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هذا المقطع قال ومصححة للفعل بالنسبة نعم القدرة القدرة لها مقدمات. مقدمات الوعي يعني العين ثم الشوق ثم الارادة تتعين ثم اعمال القدرة تتحرك العضلات نعم فليس القدرة التي تحقق الفعل ممكن بالنسبة الى الفاعل وليس الى القدرة اقول القدرة صفة تقتضي صحة الفعل من الفعل. لا اه تقتضي ايجابه يعني ظرورة فان القاتل هو الذي يصح منه الفعل والترك. يعني الفعل ينسب للقادر وليس للقدرة. نعم القدرة شرط اساسي نعم اه فان القادر هو الذي يصح منه الفعل والترك معا فلو اقتضت الايجاب لزم المحال يعني اجعلوا الفاعل موجبا غير مختار لا لا لا يعني فيه سلسلة من العلل اذا اجتمعت يصير الفعل واجبا وليس بالقدرة فقط ومعنى ومعنى قوله بالنسبة اي باعتبار نسبة الفعل الى الفاعل نعم يعني هي اخر مطاف حتى يصح الفعل بان او ينسب الفعل الى الفعل ومعنى قوله بالنسبة اي باعتبار نسبة الفعل للفاعل وذلك لان الفعل صحيح في نفسه لا يجوز ان يكون للقدرة آآ مدخل في صحته الذاتية لأن الإمكان الإمكان للممكن واجب عن ما معنى واجب هنا ليس بواجب يعني عنده علة جعلت الممكنة ممكنة. لا. ويجب هنا يعني ذاتي لا يعلم يعني الممكن في امكانه هذا الامكان ذاتي يعني لا يكسب من الخارج لا تعطيه علة لا يمكن يعني هذا تحصينه للحاصل. هو ممكن تعطيه الإمكان اذا اعطيته الإمكان يعني لم يكن ممكنا اذا الصفات الذاتية دائما تكون هكذا. نعم تجعل بالجعل البسيط. يعني الله تعالى اذا خلق الانسان كان ممكنا لا يخلقه ثم يعطيه الإمكان. هذا غير معقول هادي العبارة يجب ان تفهمها هكذا. لأن الإمكان للممكن واجب عليه امر ذاتي لا يعلل ولا يعطى واما نسبته الى الفاعل نسبة الامكان الى الفاعل فجاز ان يكون معللا يعني اذا انت اردت ان توجد الشيء ولا تعطيه الامكان فرق بين اعطاء الإمكان للشجرة وإيجاد الشجرة إعطاء الإمكان للشجرة محال تحصيله للحاصل إيجاد الشجرة يحتاج إلى مقدمات وهي اكتمال موجبات العلة اذا تمت العلة صار هذا الوجود واجب واجب بالغير هذا مروا علينا واما نسبة الفعل للفاعل فجاز ان يكون مو علنان يعني يحتاج الى علل سابقة قلنا الوعي هي الذات ذات الفاعل والحياة والعلم والشوق والارادة والقدرة. هذا الذي فهمنا من قوله بالنسبة وهذا الفهم صحيح هذا هو الصحيح قال وتعلقها بالطرفين نعم القدرة وهذا راجع للارادة وليس للقدرة. يعني هذه الصفة للارادة بالذات تسري الى القدرة قهرا يعني انت الان تريد تكتب او لا تكتب لك ان تختار الكتابة ولك ان تختار عدم الكتابة. يعني هذه خاصية للارادة التي تختار طبعا انت اذا اخترت آآ تكتب القدرة تتجلى في الكتابة اذا لم تختار الكتابة القدرة لا تتحرك اذا هي تابعة لمن? الارادة وتعلقها بالطرفين. اقول هذا هو المشهور من مذهب الحكماء والمعتزلة وهو ان القدرة متعلقة بظدين يعني بالفعل واحدة بالفعل وقالت الاشاعرة انما تتعلق بطرف واحد وهو خطأ لوقوع الفرق بين القادر والموجب الموجب يعني المجبور لا ادري الاشاعرة يؤمنون بالجبر او بالكسب قالوا يتعلق بطرف واحد اذا تعلق بطرف واحد الانسان يعني لا يفعل الا ذاك يعني لا يكتب فقط تجده فقط يكتب يكتب وياكل ويشرب يفعل كلشي على من املى الأشعة هذا هو العقل الديني العقل الديني يدخل الخرافة في الدين ويريد يعقلن هذه الخرافة مع الأسف يريد عقلا هذه الخرافات قال وتتقدم الفعل للتكليف الكافر ولتنافي للتنافي وللزوم احد المحالين لولا هذا اظن مبنى سخيف هذا الاشاعرة يقولون القدرة اين تتعين? تتعين مع الفعل مع انها هي من اسباب الفعل يعني قلت لكم ذات فاعلة حياة ليست ميتة الى الحياة اه يلازمها العلم ثم الشوق اذا كان فاعلا متكاملا كالانسان اذا كان الله تعالى ما فيه شق لان الشوق دائما يصبو الى الكمال كل انسان اقول شوك اشتد الشوك يصير ارادة ارادة قدرة ثم الفعل يترتب على هذه العلل. اذا هو متأخر الاشعري جعل القدرة هو فعيل الفعل وهذا وهذا يلزم الجبر هذا هو يلزم الجبر اقول هذا مذهب الحكماء والمعتزلة. وقالت الاشاعرة انها مقارنة للفعل. والله لا تفهم انت يعني انت لا تقدر الا اذا كتبت نعم المعتزلة استشكلوا عليهم قالوا لهم الكافر اذا من اذا اذا كلف وما دام القدرة مقرورة بالفعل اذا هذا الكافر في في راحة وفي اريحية مرتاح طوبى له. نعم. والظرورة قاضية ببطلان هذا يعني كون الكافر غير مكلفا هذا فان القائد يمكنه القيام قطعا يعني القاعد يمكن ان يقوم والقائم يمكن ان يجلس  فتتقدم القدرة على الفعل والاشاعرة بنوا مقالتهم على اصل لهم سيأتي بطلانه وهو ان العرض لا يبقى زمنين. سيأتي ان شاء الله ثم المعتزلة استدلوا على مقالتهم بوجوه ثلاث. الاول ان القدرة لو لم تتقدم الفعل قبح تكليف الكافر مسكين. هو ما عندو قدرة حتى يفعل فعله مقر مقرون بقدرته بقدرته وقدرته مقرونة به اه فعله اذن الكافر ما عنده هذه الفاصلة بين الفعل والقدرة والتالي باطل بالاجماع يعني الكافر قادر على الفعل ولهذا يكلف المقدم مثله يعني الفعل يكون متأخرا عن القدرة والقدرة متقدمة على الفعل وبيان الملازمة ان تكليف ما لا يطاق قبيح فلهم من لم فلو لم يكن الكافر متمكنا من الايمان حال كفره لزم تكليف ما لا يطاق ثاني لو لم تكن القدرة متقدمة على الفعل لزم استغناء الفعل عن القدرة كما جاء في في وللتنافي نعم لو لم تكن القدرة متقدمة على الفعل زمن استغناء الفعل عن القدرة مع فرض الحاجة اليها لانها هي من من العلل وهو تنافذ نعم تنافي ظار يعني الفعل يحتاج الى القدرة باعتبارها متقدمة لا يحتاج اليها باعتبارها مقارنة له يقول اما نحتاجك انا تعينت اذا كانت القدرة مقارنة للفعل يعني مع الفعل. الفعل تعين بالقدرة فصيروا لغوا نصير لغو  نعم ولهذا يقول وهو تنافي ظاهر. يعني الفعل يحتاج الى القدرة ولا يحتاج الى القدرة وبيان الملازمة ان الحاجة الى القدرة انما هي لاخراج الفعل من العدم الى الوجود يعني انا الان اه لا اكتب لا اكتب الان في حالة عدم الكتابة ثم اكتب يعني برزت الكتابة الى الوجود. بعدها لم تكن هذه القدرة نعم ان الحاجة الى القدرة انما هي لاخراج الفعل من العدم الى الوجود وحالة الاخراج يستغني عن القدرة نعم يعني اذا اخرجنا الفعل الى الفعل بعد الانتماء تفعل القدرة كتبت زد افعل القدرة? لا ابدا نعم</w:t>
      </w:r>
    </w:p>
    <w:p>
      <w:r>
        <w:t>وحالة الإخراج يعني تعين الفعل يستغني الفعل عن القدرة وقبله لا قدرة فلا حاجة اليها مع ان الفعل عندما يخرج بالقدرة. والى هذا اشار المصنف بقوله وللتراث بيناه الثالث في الماء فيما هو اه يقول ولزوم احد المحالين لولاه. يعني لولا تقدم القدرة على الفعل يلزم يلزم المحالات والثالث لو لمت نعم انه لم تكن القدرة متقدمة لازمة اما حدوث قدرة فالله تعالى او قدم الفعل جميل هذا الاشكال هذا اشكال نقضي اذا كانت القدرة هي مقرونة للفعل. يعني الله تعالى لم تكن له قدرة حتى يتجلى فعله. وفعله ليس في مرتبته فتكون عندو فقط قدرة فعلية ما عندو قدرة ذاتية. لا تقول الفعل ملازم للقدرة اينما كانت. اذا يلزم الفعل ان يكون قديما ايها المتكلم لان القدرة الذاتية قديمة نعم ولو لم تكن القدرة متقدمة على الفعل لازمة اما حدود قدرة الله تعالى لان قدرة الله تكون مع الفعل ليست سابقة على الفعل تعالى او قدم الفعل تقول لا الفعل مع القدرة الذاتية. اذا القدرة الذاتية قديمة فالفعل يكون قديما. يعني الكون يكون قديما. والقسمان محالان فالمقدم باطلون. يعني القدرة السابقة على الامتيال والى هذا اشار بقوله ولزوم احد المحالين لولا اي لولا التقدم. هذا ما خطر لنا في تفسير هذا الكلام انظروا لعلام الحين حتى النظر لعلام الحل استصعب عليه المتن آآ غموضه اجماله نعم ويمكن ان يكون قوله وللتلافي اشارة الى دليل مغاير للدليل الثاني الذي ذكرناه وهو ان القدرة لو قارنت الفعل يعني ما عندنا القدرة سابقة على الفعل اذا تحقق الفعل تكون القدرة معه يعني تأتي معه وقد بين ان ان القدرة تتعلق بظدين نعم قدرات تتعلق بالظبطين يعني تفعل او لا تفعل. اذا كانت مقرونة مع الفعل لا يصح بعدها الترك نعم وهذا هو التنافي يعني مفتوح على الفعل وعدم مفتوح على الفعل وقد بينا ان القذة تتعلق بظدين يعني الفعل وعدم الفعل كتابة وعدم الكتابة. قيام وعدم القيام فيلزم حصول الظيم معا وهو تنافي نعم فيكون قوله ولزوم احد المحررين من تتمة هذا الكلام. وهو ان نقول لو كانت القدرة مقارنة لزم اجتماع ضدين للقدرة عليها وهو التنافي نعم يعني انت الان الفعل ترشح الكتابة. القدرة معه مع انها هي تبقى متعلقة بممكن تحقق عدم عدم الكتابة محالها خربطة لا يلزم احد المحالين اما اجتماع اما اجتماعه مع تضادهما او تلافهما او ايجاد آآ احدهما فيتقدم على الاخر مع فرض المقارنة يعني القدرة اما تكون سابقة او تكون متأخرة وهذا غير صحيح لانها فرض قضية هذا المدعي انها تكون مقرونة للفعل نعم الإشكالات كلها واردة بالنسبة للكافر الكافر اذا لم تكن قدراته السابقة على فعله يكلف بماذا يعني انت مكلف مثلا بالايمان بالله بعدم المعصية وكذا. عندو قدرة على الفعل والترك وكفره يتعين بهذه القدرة على على العدم والترك نعم اذا كان كانت قدرته مقرونة بالفعل لا يكون مكلفا نعم تتبرأ ذمته نعم اما لزوم احد المحامين بينا لولا التقدم يعني القدرة مقارنة للفعل. جيد اذا كانت مقارنة للفعل يعني انا الان في حالة الكتابة اه صحيح القدرة مع مع الكتابة يصح لها ان لا تكتب نعم يصح من هنا يصح عدم عدم الكتابة هنا الكتابة هذا هو التنافي الصحيح قال ولا يتحدوا وقوع المقدور مع تعدد القادر. ولا يتحقق وقوع المقدور يعني متعلق القدرة معه تعدد وقادر. نعم هذا راجع الى اه البحث العلمي والمعلولية وليس بحث القدرة نعم تخيل مثلا انت الآن عندك حجرة كبيرة فتأتي مجموعة لرفع هذا الحجر نعم هذا لا يمكن ان تعدد القادر او المقدور. يعني المحصلة هي اللي ترفع الحجر ومع مقدور الشخص الاول بما يناسبه مقدور الشخص الثاني بما يناسبه مقدور الشخص الثالث بما يناسبه. لكن المحصلة المجموعة ترفع ترفع الحجر اقول لا يمكن وقوع مقدور اه مقدور واحد بقاضي بقادرين وها هو مما قد اختلف فيه نعم لان بحثا علميا بحثا علميا نعم. يعني هذا الذي رفع الحجر في دائرته لا يصدر من الثاني هذاك ذاك الرفع في ظرف اخر وبالتالي المحصلة تعطي رفع الحجر والدليل عليه انه لو وقع بهما لازم استغناه بكل واحد منهما عن كل واحد منهما. حال حاجته اليه وهو باطل بالضرورة مع يعني اذا كان هذا الانسان الاول رفع الحجر بما يناسبه والثاني رفع الحجر بما يناسبه. فينسب المقدوران ينسب المقدوران لشخص واحد لشخص واحد فاذا نستغني عن الاول والاول يستغني عن الثاني والثاني يستغني عن الثالث لا تقول كل فاعل له مقدوره الخاص تقل المقدور الخاص لا يرفع الحجر نقول لهم مو العلاقة برفع الحجر. علاقة بمقدوره الخاص فقط الا تولد المعلوم الذي يناسبها لماذا رفعت الحجر? لم ترفع بمقدور الاول لوحده او بالمقدور الثاني لوحده او الثالث. لا عشرة معهم اعطوا المحصلة. هذه المحصلة رفعت الحجر. ولا تنسب لواحد فقط تنسب لي العشرة معا يعني العشرة بشرط شيء وليس بشرط لا ولا بشرط نعم والدليل عليه انه لو وقع بهما لزم استغناءه. استغناؤه بكل واحد منهما عن كل واحد منهما. حال حاجته اليه وهو باطل بالضرورة. نعم يعني الحجر يستغني عن الفاعل الاول ويستغني عن الفعل العاشر والتاسع لا لا لا لا يمكن لماذا? لان الحجر لم يرفع بمقدور واحد بالمقدور الاول او الثاني بالمحصلة نعم ويمكن تعلق القاذرين بمقدور واحد بان يكون ذلك الشيء مقدور لكل واحد وان لم يقع الا باحدهما. ولهذا قال ولا يتحد وقوع المقدور ولم يقل ولا يتحد المقدور. لا يقع اما يتحد المقدور عشرة هذا مقدور يتحد مع المقدور الثاني مع الثالث مع الرابع المحصلة ترفع ترفع الحجر. نعم. ولذا قال ولا يتحد وقوع المقدور نعم ما قال ولا يتحد المقدور المقدور يتحد المحصلة المحصلة. اقول لا يمكن وقوع مقدور واحد بقادرين. يعني راجعة للعلية والمعلولية وهو ما وهو مما قد اختلف فيه بين المحققين. والدليل عليه انه لو وقعا بهما يعني هذا المقدور واقعة بقادرين. لزم استغناء المقدور بكل واحد منهما. يعني واحد يكفي منهما عن كل واحد منهما حال حاجته اليه وهو باطل بالضرورة نعم يعني الاول يستطيع ان يرفع الحجر. تاني لوحده يستطيع ان يرفع حجه. اذا لماذا اتحد فالمقدور يعني المقدور يعني رفع الحجر يستغني عن الثاني الثالث والرابع. واذا كان مع الثاني يستغني عن الاول عن الثالث. واذا كان في الثالث يستغني عن الاول والثانية والرابع وهكذا نعم ويمكن تعلق القادرين بمقدور واحد بان يكون ذلك الشيء مقدور لكل واحد منهما وان لم يقع الا باحدهما نعم ولهذا قال ولا يتحدوا وقوع المقدور ولم يقل ولا يتحد المقدور. نعم المقدور يتحد مع يعني هو محصنة تتوزع على المجموع نعم لا يكفي اه واحد في رفع الحجر لكن محصلة واحدة ترفع الحجر. ثم هذا المقدور يتوزع</w:t>
      </w:r>
    </w:p>
    <w:p>
      <w:r>
        <w:t>يتوزع بنسب قد تكون مختلفة قد تكون متساوية. اذا كانوا ببنية جسدية واحدة هنا التوزيع يكون متساوي لا اذا كان هذا طفل صغير والأول رياضي تتوزع المحصلة بالتثاؤب قال والاستبعاد في تماثلها ولا استبعاد في تماثلها. قال ذهب قوم من المعتزلة الى ان القدرة مختلفة ان    يعني هذا هنا القدرة يعني المجموع مجموع القدرة كيقول كثقبة وثقوب. القدر يعني مختلفة وبنوا على اصل لهم وهو انه لا تجتمع قدرة على مقدور واحد نعم لقانون السنقية والعلية والا لامكن اتصاف يمكن اتصاف ذاتين بهما فيجتمع على المقدور الواحد قادرا وهو موحد يعني اذا اجتمع قادر على مقدور واحد بقول يكفي ان يصيروا لغوا كان يكفي الثالث يصير لغول نعم يجتمعان على مقدر واحد بالمحصنة نعم نعم ولهذا يقول آآ لا تجتمع قدرة على مقدور واحد لا تشتمل قدرة على مقدر واحد في حالة عدم المحصلة كما بينا والا لامكن اتصاف ذاتين بهما فيجتمع على المقدور الواحد قادرا وهو محال. واذا ثبت امتناع اجتماع قدرة على مقدور واحد. ثبت اختلاف القدرة على المجموع اه لان التماثل في المتعلق يستلزم الاتحاد في المتعلق ونحن لما جوزنا تعلق القادرين بمقدور واحد اندفع هذا الدليل. وحينئذ جاز وقوع التماثل فيهما فيها كغيرها من الاعراض. لكن بشرط شرط انه اه قادرا على مقدر واحد بالمحصلة. وليس بالاستقلال. يعني بشرط شيء لوحده بشرط لا يكفي ذا لوحده بشرط لا يكفي نعم لا بشرط الإنفتاح والإنفتاح لا يكفي بشرط الشيء يعني بشرط المجموع فتأتي المحصلة يكون المقدور نعم. اما بنحو الاستقلال هذا لا يمكن. لان اذا اكتفينا بالاول الثاني لهم اذا اكتفينا بالثاني الاول الاول نعم. قال وتقابل عجز تقابل الملائكة والعدامة واضح جدا هذه المسألة العجز عند عند الاوائل يعني الفلاسفة وجمهور المعتزلة انه عدم القدرة. اما من شأنه ان يكون قادرا فهو عدم ملكة القدرة العجز لا يكون في الله تعالى نعم فلا نقول قدرة الله تعالى من باب الملكة وعدم الملكة. وذهبت الاشعرية الى انه معنى يضاد القدرة لانه ليس اه جعل الجزع عدم عدم للقدرة اولى من العكس. لا يكون من التظاهر لماذا من امور عدمية التضاد امران وجوديان امران وجوديان يعني القدرة امر وجودي والعدم امر وجودي القدرة امر وجودي والعجز امر وجودي حتى يصدق عليهما عنوان الضد. لكن العجز عدم القدرة يعني الانسان يقول ما اقدر ما نقدر نحط كيف نفى القدرة يعني عدم الملكة نعم وذهب الاشاية انه معنى يضاد القدرة وهذا خطأ لانه ليس جعل عجز عدم من القدرة الاولى من العكس وهذا عجيب يا اخ وهو خطأ في انه لا يلزم من عدم الاولوية عند عندهم لا يلزم عدم الاولياء عندهم عدمها في نفس الامر. ولا من عدمها في نفس الامر ثبوت العجز معناه. لا قضية قضية ليست من تضاد. لان العجز وآآ امر عدمي يعني عدم القدرة من شأنه ان يكون قادرا لكن هذه فقط في الماديات لا تصدق على العلم الملكوت والله والملائكة والعقول لان دائما عدم المناكة اه في الامور المادية وليس في الامور نعم المجردة قال وتغاير الخلق او الخلق يأتي ان شاء الله بيان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