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الخلق قال وتغايروا الخلق لتظادي احكامهما والفعل. تقول وتغاير الخلق او وتغاير الفاعل هو القدرة وتغاير القدرة الخلق نعم هكذا ظهر هو الصحيح القدرة فاعل تغايره وتغاير القدرة الخلق الخلق والخلق الخلق هي البنية البنية الخلقية نعم البنية الخلقية لا معنى لانها دعاة تغاير اه القذة لان القذى جزء من البنية. لا هنا المقصود ليس الخلق او الخلقة وانما الخلق يعني تلك الملكة التي يصدر عنها آآ الافعال الاختيارية والاخلاقية باريحية بدون حتى تأمل وتفكر الانسان يرقى الى الفضيلة ثم هذه الفضيلة تنسخ في النفس فتترشح منها الافعال الأخلاقية وحتى الدينية باريحية وبدون تفكير نعم اذا كان السخاء خلقا في الانسان نعم ينفق ويعطي باريحية. اذا كان الصدق خلقا في الانسان يصدق دائما باريحية مطلقا. يقول الخلق غير القدرة. الخلق من من الامور المكتسبة نعم مكتسبة تكرار الافعال الاختيارية الاخلاقية الافعال الانسانية فترسخ في النفس فتصير فضيلة اما القدرة لا القدرة بنية يعني قبل الفعل قبل التعين بالفعل القدرة من بنية الانسان الخلق له شيء مكتسب فحتما القدرة تغاير الخلق اقول الخلق ملكة مبدأ تصوري يعرف الخلق نفسانية لان القدرة ملكة نفسانية قد يقول قائل هو الخلق تصدر بها على النفس افعال اكتب هنا افعال انسانية في مقابل الافعال غير الانسانية كالمشي والاكل والشرب هادي افعال ليست انسانية هل يفعل الانسان وليست انسانية نفعل الانسانية لها شاخصتان الشاخصة الاولى العقلانية الشاخصة الثانية الاختيار نعم اما الافعال التي تترشح للانسان انطلاقا من غريزته هذه ليست افعال انسانية هذه افعال الانسان بسهولة يعني باريحية من غير سابقة فكر روي نعم هذا هو تعريف الخلق وهو مغاير للقدرة ما هو الدليل لتضاد احكامهما نعم يعني احكام القدرة تضاد احكام الخلق لان القدرة تتساوى نسبتها الى الظدين. قد تفعل وقد لا تفعل على مبنى المتكلم طبعا  الفيلسوف له معنى في القدرة ارقى بكثير المتكلم اخذها من الانسان الممكن الضعيف له ان يفعل وله الا يفعل. الله تعالى ليس هكذا. الله تعالى فعال دائما وهو مختار تعليل لتراضي احكامهما. لان القدرة تتساوى نسبتها الى الظدين. يعني انا اتكلم او لا تكل اني انا سكت  يعني  يعني بظدين هنا يعني الفعل عدم الفعل والخلق ليس كذلك الخلق قوة نفسانية اخلاقية دائما يصدر منها الخير. ما عنده هذا ما عندها الظدان والخلق ايضا يغاير الفعل آآ اولا يغير القدرة بيناها القدرة دائما لا بشرط من الفعل وعدم الفعل اما الخلق بشرط شيء من الفعل يصدر منه فقط الخير لانه خلق نعم ما تقول بالنسبة للخلق قد يصدق وقد لا وقد لا يصدق ابدا هذه خرافة يصدق لانها فضيلة راسخة نعم والخلق ايضا يغير الفعل لانه قد يكون تكليفا الفعل لانه هنا هاء انا ارجعها الى الفعل لانه قد يكون تكليفا. الفعل قد يكلف الانسان به. لكن انت لا تكلف بالخلق. الخلق ملكة راسخة لا تكلف ان تكون آآ يكون عندك خلق. تكلف بالافعال اذا تكررت ترسخت الفضيلة في الانسان. نعم يعني جاء بدليلين جاء بدليل اه يدلل على ان القدرة غير الخلق ودليل يدلل على ان الفعل اه غير الخلق لان الفعل قد يقع تحت دائرة التكليف والالزامات اما الخلق لا خلق ملكة رسخت انتهت وهي بلاك الفعل فالفعل يتأخر عنها نعم هذا كلام دقيق وجميل المسألة الرابعة والعشرون في الالم واللذة باعتبار ان الالم واللذة من الادراكات يعني الكيفية النفسانية ادخلها في هذا الباب قال ومنها يعني من الكيفيات النفسانية الالم واللذة وهما نوعان من الادراك يعني من الكيفيات النفسانية تقول لي اذا كانت من الكيفيات النفسانية ومن الادراك لماذا خصصت يقول باضافة تخلف باظافة تختلف بالقياس. يعني باعتبار المتعلق ميزناها باعتبار المتعلق ما هو المتعلق ادراك ما يلائم وادراك ما لا يلائم. ادراك ما يلائم لذة ادراك ما لا يلائم اه الم ثم يثار هذا البحث هل يصدق على الله تعالى اللذة والانا تقول اذا حددت التعريف ادراك ما يلائم فقط اه الله تعالى يدرك ذاته يدرك كمالاته ورياته تليق به وتلائمه مطلقا بهذا المعنى نقول الله تعالى يلتذ ولكن لا يتألم لان الله تعالى ما عنده ادراك لا يلائمه ابدا اما اذا خصصت اللذة بالحالات الطبيعية فقط والله تعالى ليس له طبيعة. بهذا المعنى لا يصدق عليه. ولا تتحسس كما بين ذلك المحقق التونسي في الفصول الناصرية. هنا بين هذا الامر في الفصول بينوا هنا لا ادري سيبينه ام لا اقول من الكيفيات النفسانية الالم واللذة والمرجع الى بهما الى الادراك يعني يعودان الى الكيف النفسي التي هو العلم فهما نوعان منه الادراك جنس واللذة والالم نوعان منه بما تخصص عن باقي الكيفيات النفسانية الادراكية باضافة تختلف بالقياس لان اللذة ياتي اه التعريف عبارة عنه من هنا يبدأ التعريف ادراك من هنا ادراك ادراك الملائم للطبيعة والالم عبارة عن ماذا? ادراك المنافي للطبيعة تاهوما نوعان من الإدراك تخصصا كل واحد منهما بإضافة الى الملائم والمنافق بهذه الحيثية فصلوه معنا الادراك بالمعنى العام. نعم نعم وهما امران يختلفان بالقياس الى الاشخاص كل شخص وما يلائم طبيعته طبيعته وما يخالف طبيعته. اذ قد يكون الشيء ملائما لشخص ومناصر للاخر. اذا هذا له علاقة بالطبيعة بهذا المعنى لا يصدقان على الله تعالى. اما مطلق ادراك الملائم في واحد يدرك الملائم كما يدرك الله تعالى ذاته وكمالاته فهو يلتذ بهذا المعنى. اما اذا قاربنا المسألة بتعريف يخص الطبيعة فلا يصدق عن الله تعالى. قالوا وليست اللذة خروجا عن الحالة الطبيعية لا غير. هذا مبنى الطبيب الكبير اه ان اه الرازي اظن انظن هو ابو حاتم الرازي الطبيب الكبير والفيلسوف كذلك نعم اقول نقل عن محمد بن زكريا الطبيب ان اللذة حقيقة هذا كان طبيب كبير عنده كتاب الحاوي في الطب لا ادري كم مجلد عشرين مجلد اكثر اقل. المهم كتاب موسوعة في الطب فوقعت جامعة السوربون في ازمة مالية خانقة ما عندها ما حتى تصرف على العمال وكذا فكان هناك تاجر كبير غني وقال لهم انتم تستعيرون الحاوي مدة سنة وانا امول الجامعة مدة سنة فتم الاتفاق اخذ الحاوي الى بيته حتى يطالعه يستفيد منه والجامعة استفادت من ماله مدة زمنية خاصة هذا دليل على ان هذا الكتاب كان محور الدراسات الطبية في سوربول نعم ماذا قال زكريا الطبيب ان اللذة هي الخروج عن الحالة الطبيعية لانها انما تعرض بانفعال يعرض لحاسة يقتضيه تبدل حال تعرف هو ابو زكريا الرازي هنا يقارب المسألة ليس فلسفيا يقاربها فسيولوجيا. ما يراه حسب التجربة</w:t>
      </w:r>
    </w:p>
    <w:p>
      <w:r>
        <w:t>وقد تكون المعطيات التجريبية ناقصة فيخطئ عادي جدا وهو غير جيد على نقله عنه الفخر الرازي في المباحث المشرقية نعم اللي هنا الجزء الأول الطبعة الأولى صفحة تلتمية وسبعة وثمانين في المباحث المشرقية للفخر لا يهم المصدر الان هو عندو هذا المبنى ان اللذة هي الخروج عن الحالة الطبيعية يعني فيه خلل في الطبيعة. لماذا عللها? لانها انما تعرض بانفعال يعرض للحاسة يقتضيه تبدل الحل نعم الطبيعة تخرج من حالاتها الطبيعية. نعم وهو غير جيد كما يقول العلم الحلي فانه اخذ ما بالعرض ما كان ما بالذات من اقسام المغالطات تلطاش كما بينها المحقق الطوسي بالتفصيل والان وصلت الى مية وثلاثين مغالطة لكن يفصلون اه يفصلون اه تقسيم الاصناف واليه كلها يمكن ارجاعها الى ماء اخذنا بالذات ما بالعرض ما كان بالذات واخذ ما وعلة وليس بعلة نعم ولهذا نلتذ بصورة نشاهدها من غير سابقة ابصار لها حتى لا تجعل اللذة عبارة عن الخلاص عن الم الشوق نعم فانه آآ فانه اخذ ما بالعرض مكان بالذات وهذه المغالطة سارية عند حتى المحققين نعم اه في الاشهار يقولون باللغة الفرنسية للإشهار في بالقنوات الفضائية الاشهار يعني يأتي اشهار عن البيبسي وعن كوكاكولا وعن امور اخرى مثلا بيبسي يأتي بميسي لاعب كرة القدم يشرب البيبسي هذا الغبي الذي يرى الصورة هذا الغبي يعطي اه كفاءة وجودة اه اللعب ميسي في كرة القدم يعطيها للبيبسي. يعني مادام ميسي ان شاء الله بالبيبسي وهو عبقري في الكرة يعني يجيد الكرة فالبيبسي كذلك اه جيدة فيروح يشتري هذه مغالطة من باب اخذ ما بالذات ما بين العرض. ما دخل ميسي في جودة البيبسي كورة على اغنى بالعرب ما بالذات ما بالذات يعني البيبسي هل فيه هي في ذاتها جيدة ام لا وهذا في الاشهار سعر كثير كثير. نعم. بل هي المغالطة تقريبا الوحيدة في الاشهار وتنطلي على الاغبياء. آآ خصوصا الذين يحرمون المنطقة وهم اكثر من غباء من غيرهم نعم الغزي يقول الامام الصادق عليه السلام لا يقبل المنطق رستو للمنطقة هو صنع المنطق انه وصل عالمنطق يعني الله تعالى اذا قال لو كان فيهما الهة الا الله لفسدتا يأتي بقياس استثنائي شرطية اتصالية ثم يأتي بالاستثناء فارجع البصر هل ترى من الفطور ينقلب اليك البصر خاسئا وهو حسير  هذا استثناء يعني ما في فطور وانشقاق ثم المقدم يكون باطنا لو كان كان فيهما اليات هذا باطل اله واحد في التدبير الرب واحد ما منطق اذا الله تعالى اتبع رستو معهم الله تعالى مقلد في القرآن غباء هذا غباء. العقل الديني هذا هو العقل الديني مع الأسف الشديد. نعم وهو غير جيد فانه اخذنا بالعرظ مكان ما بالذات. مغالطة اخذ ما بالعرض ما كان بالذات ولهذا نلتذ بصورة نشاهدها يعني تلائمنا لماذا نلتذ لانها تلائمنا? لماذا تلائمنا? لان فيها جمال فيها تناغم صارخ نعم يدركها الخيال ثم العقل يلتذ بها. يعني النفس في مرتبة الادراك تلتذ بها. نعم من غير سابقة ابصار لها نعم يعني مجرد ان نبصرها مرة اولى نلتذ لماذا? لان ذلك التناغم الخارجي في الصورة يورث ادراكنا هذا الادراك هو لذة. نعم حتى لا تجعل اللذة عبارة عن الخلاص من الم شوق ما عندنا نحن الم حالة طبيعية سابقة على هذه الصورة حتى نريد نتخلص منها لا ابدا قالوا وقد يستند الالم الى التفرق. نعم قد يعني تفيد الظن نعم الالم ما هو تفرق تفرق ما هو آآ مجتمع. ولهذا عندك صديق تحبو اذا سافرت تتألم من الفراق اذا توفى لك عزيز للفراق الم نعم تضع يدك في النار النار تقص تقطع الاوصال تفرق الاوصال فيأتي الالم. اذا اذا دققت جيدا التفرقة امور عدمية. فالألم امور عدمية. يعني غياب الوجود. غياب الوحدة الجم. فلا معنى للملائكة ان تتألم. ابدا ولا معنى لله لان هناك حالة جمعية التفرق هناك مستحيل بساطة وتامة ببساطة تامة نعم اقول للالم سببا قال هنا وقد يستند الالم الى التفرق اشارة الى ملاكو الألم اقول للالم سببان احدهما تفرق الاتصال نعم يعني هذه الوحدة الجمعية تروح تنتهي. ولهذا اذا كان هناك حزب متماسك متوافق ثم ينشق شخص حزب اخر ويقسم الجماعة فيأتي الالم الكبير. اذا دائما الالم من التفرقة. نعم احدهما تفرق الاتصال يعني الوحدة الجمعية والاتحاد فان مقطوع اليد يحس بالالم بسبب تفرق اتصاله عن البدن وقد نازع في ذلك بعض المتأخرين بان التفرق عدم فلا يكون كونوا عنا للوجود نعم العدم لا يكون الا للوجود الذي يكون على الوجود فقدان الوجود فقدان الكمال العرف يدرك هذا يقول كنا لحمة واحدة كنا حقيقة واحدة ثم فرقونا فرقونا اذن الألم ليس للتفرقة بالذات لانكفاء الوجود غياب الوحدة والاتصال هذا الغياب اه الاتصال كان له اثر يفرح جاء التفرقة جاء الالم. الالم من ماذا? لغياب تلك الوحدة. هو السبب وينسب للتفرقة بالعرض لان الامر عدمي وفيه نظر لان التفرق ليس عدما محضن يعني عدم مضاف. فجاز التعليل به على ان التفرقة انما كان علة بالعراظ نعم لا علب العرض العلة بالذات هو هذه الوحدة التي كانت تثمر صارت لا تخبر نعم فان العلة بالذات انما هي سوء المزاج نعم سوى المزاج يعني هذا هو التفرقة المزاج يعني اختل ثاني سوء المزاج المختلف لان الحمى توجب الالم ولا تفرق هناك نعم المزاج يعني لم يعتدل ما معناه يعني هذا الاعتدال تفرق اترجع الى التفرق في النهاية فالميزاج امارة على التفرق يعني اختلال المزاج سوء المزاج امارة ماذا? علامة على التفرق سوء المزاج المختلف نعم لان الحمى توجب الالم ولا تفرق هناك. وانما قلنا المختلف اننا سوء المزاج المتفق لا يقتضي التألم ما ادري انا في تصوري غياب الوجود يعني المزاج هذا مختل يعني غاب ذلك الاتحاد والتناغم في المزاج. فيرجع الى التفرق والاختلال في تلك الوحدة التي تجمع اقول وكل منهما يعني من الالم واللذة حسي وعقلي وهو اقوى العقلي كما قلت لكم اللذة العقلية عند الله تعالى او الإنسان يكتشف نظرية او يكتشف مسألة او حل معضلة فتأتيه اللذة العقلية. اقول يريد قسمة الالم واللذة بالنسبة الى الحس والعقل وذلك لان جماعة انكروا العقل منها والحق خلافه فانا نلتزم بالمعارف وهي لذة عقلية لا تعلق لحسبها نعم حتى الله تعالى يلتذ بذاته وبكمالاته نعم وتتألف بفقدانها ونتألم بفقدانها نتألم بفقدان اه هذه اللذة العقلية. بل هذه اللذة اقوى من اللذة الحسية بدرجات بدرجات نعم بدرجات بعضهم يريد آآ لذة وهمية اكثر من اللذة الحسية يعني يفضل الأمر والنهي يعني السلطة والحكومة على المال والنساء والأولاد وو اليوما عنا لذة وهمية ليست حتى عقلية بل هذه اللذة اقوى من اللذة الحسية نعم. ولهذا كثيرا ما تترك اللذة الحسية لاجل اللذة الوهمية مثل الرئاسة</w:t>
      </w:r>
    </w:p>
    <w:p>
      <w:r>
        <w:t>ولا العقلية مثل المعارف فكيف بالعقلية? وايضا فان الحس انما يدرك ظواهر الاجسام انظر هذه هذه حط عليها اه خطا بالاحمر نعم انظر ماذا يقول هذه الدرر في المتون هادي هذا اصل في نظرية المعرفة. انظر ماذا يقول فان الحس انما يدرك ظواهر الاجسام لا يدرك الاجسام ظوار الاجسام نعم حط اه تحته خطا بالاحمر ولا تعلق تعلق له بالامور الكلية. لا يدرك الكليات. هذه من خاصية العقل والعقل يدرك باطن الشيء ما شاء الله اعمل تحتها خط كذلك باطن الشين مثلا انا عندي الآن زيد بلال ليلى سعاد ادرك باطن هذه الاشياء بالعقل وهو طبيعة الانسان ادركها في زايد في بلال في ليلة وفي سعاد عمق العقل نعم والعقل يدرك باطن الشاي ويميز بين والعوارض ويفرق بين الجنس والفصل فيكون ادراك اتم فتكون اللذة فيه اقوى جدا جميل هذا الكلام جدا جميل هذا قال كلام نعم المسألة الخامسة والعشرون في الارادة والكراهة هذا بحث آآ قد يكون ميتافيزيقيا من جهة وقد يكون في فلسفة الاخلاق من اروع البحوث بحث الارادة والان تسمى الحرية يعني الارادة اذا كانت في دائرة النفي والاثبات يعني بين الشيء و اه ناقيض الشيء. يعني بين ان ابادر او لا ابادر. الارادة اذا كانت في هذا المناخ تسمى الاختيار. الان تسمى الحرية الارادة قوة عقلية في الانسان. قوة عقلية. يعني قوة راقية قوة عقلية بالمعنى ليست مادية ليست حسية. قوة تنتمي الى النفس الراقية. النسل العاقلة. وظيفته ما هي وظيفتها ايجاد الفعل يعني ترجح بين الشواء نقيض الشيء. من اروع البحوث هي الارادة. نعم كتبوا فيها مجلدات. قال ومنها يعني ومن الكيفيات النفسانية الارادة والكراهة نعم وهما نوعان من العلم يعني هنا المحقق التونسي يرجع الارادة الى العلم نعم الارادة الى العين ما الارادة غير العين? نعم العلم كاشفية الارادة لا تحريك نعم لا ليس من العلم يا المحقق الطوسي ايها العزيز اقول من الكيفيات النفسانية نعم هي كيفية نفسانية لا نعلم ابناء صدر متألهين حقيقة وجودية اعمق بكثير من الكيفية النفسية لان نسف الاعراض والجواهر وذلك لان الارادة عبارة عنه يأتي بالمبدأ التصوري قلت لكم في المنهجية الفكرية دائما راعوا السياق المنطقي مبدأ الهوية مبدأ الجوهرية مبدأ السبب الكافي. يرجعك الى مبدأ التناقض او آآ مبدأ الثالث المرفوع. اذا راعيتم هذه المنهجية الجميلة وراعيت بقواعد المنطقية المتن تفكيك المتن يمسي في غاية السهولة والروعة نعم اذا المسألة الخامسة والعشرون في الارادة والكراهة قال ومنها الارادة والكراهة وهما نوعان من العين اقول من الكيفيات النفسانية الارادة والكراهية. وهما نوعان من العلم بالمعنى الاعم انظر قال بالمعنى الاعم يعني وكأنه اه لمس ان الارادة ليست هي علم العلم كاشفية. العلم ادراك الواقع الحقيقة والارادة لا عندها علاقة بالتحرك نحو هذا الواقع نعم كما هي مع الارادة. نعم ولذلك قال هما نوعان يعني الارادة والكراهة نوعان من العلم بالمعنى الاعم نعم يعني العلم عندنا ادراك الحقيقة والتماهي في الحقيقة التماهي في الحقيقة هو الارادة. هكذا فهمت من كلامي المحقق التونسي والاعلام المحلي. وذلك لان الارادة دائما مبدأ الهوية والحاكم لماذا? لانها لا تستطيع ان تناقشني وانا لم افهم ماذا تريد نعم يجب ان يبدأ المبدأ التصوري في النقاش لان الارادة عبارة عن علم الحي او اعتقاد الحي او ظن الحي بما في الفعل من المصلحة مصلحة لحد يعني العين بالمصلحة. فالارادة نوع من العلم الإحاطة المصلحة نحن نقول لا الارادة هي التماهي في المصلحة عمليا نعم والكراهة علم الحي او ظن الحي او اعتقاد الحي بما في الفعل من المفسدة هذا مذهب جماعتين وقال اخرون ان الارادة والكراهة زائدات على هذا العلم وهذا هو المبنى الصحيح مترتبة على العلم نعم بعد العلم يعني انا اكشف الحقيقة ثم اتماهى في الحقيقة هذا هو المبنى الصحيح لاننا نجد من انفسنا علم شهودي مبدأ السبب الكافي تقول لماذا? قل شهود نعم لاننا نجد نجد من انفسنا ميلا الى الشيء او عنه يعني نتخلى عنه مترتبا على هذا العلم. يعني الميل هذا يأتي بعد العلم وهو التماهي في الحقيقة نعم. وهي تفارق الشهوة قد يقول تقول هي الشهوة نقول لا الارادة غير الشهوة وهي تفارق الشهوة فان المريض يريد شرب الدواء ولا يشتهيه كذلك الله يريد ولا يشتهي الاشياء نعم وقد نريد اشياء ولا نشتهيها كما قال في المريض. المريض يريد شرب الدواء ولا يشتهي. قال واحدها لازم مع التقابل يأتي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