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لما فيه الخير وصلنا الى اخر مسألة من الكيفيات النفسانية وهي الصحة والمرض المسألة السادسة والعشرون في باقي الكيفيات النفسانية قال ومن الكيفيات النفسانية الصحة والمرض الصحة ما هي لا علاقة بالنفس بدلها يعني النفس ترتاح اذا كان المزاج معتدلا نعم اذا اختل المزاج يعني زادت الحرارة على البرودة او البرودة على الحرارة او اليبوسة على الرطوبة او الرطوبة على اليبوسة يختل الميزان فيأتي المرض اذن تستطيع ان تقول الصحة وجود والمرض عدم او الصحة اه امر وجودي يعني ملكة والمرظ عدم الملك اقول الصحة والمرض من الكيفية النفسانية عند الشيخ. شيخ الرئيس اما الصحة فقد حدها في الشفاء بانها ملكة في الجسم اه الحيواني طبعا عندها علاقة بالبعد الحيواني تصدر عنه عن هذا الحيوان او عن هذا الجسم لاجلها افعاله الطبيعية. نعم التي تسانخ الحيوانية نعم فالروح ليس لها مرض من هذا النوع الحيواني. عندها مرض معنوي عندها مزاج معنوي نعم تصدر عنه يعني عن هذا الجسم وهو الصحة لأجلها يعني لأجل الصحة افعاله الطبيعية وغيرها على المجرى الطبيعي. نعم على المجرى الطبيعي نعم  غير مأوفة نعم يعني لا يتأفف منها ولا يمل والمرض حالة او ملكة لا العرض ليس المرض ليس ملكا لان المرض اختلال في بالمزاج كيف يكون ملكة؟ ملاك يعني قوة مقابلة لتلك انا اظن ان المقابلة اما مقابلة الوجود والعدم او ملكة او عدم الملك مع وهنا اشكال فان المتضادين المتضادين يدخلان تحت جنس واحد. قلنا ليس من قسم التضاد لينا المزاج اختلال اه المرض اختلال المزاج يعني فقدان اه اعتدال المزاج كيف يكون من التضاد الصحة وان دخلت في الحال والملكة فكذا المرض المرض ليس ملكي يا الله يعني الانسان ممكن يجري وراء المرض حتى يؤسس له ملكة ايش اي كلام هذا لكن اجناس المرض سوء المزاج ننظر سوء المزاج وسوء التركيب وتفريق الاتصال تنسوء المزاج ان كان هو الحرارة الزائدة او البرودة الزائدة او الرطوبة الزائدة او اليبسة الزائدة مثلا وهو من الكيفيات الفعلية لا من الحال والملكة وان كان هو اتصاف البدن بها فهو من مقولة ان يفعل يعني الحرارة لانها تؤدي الى الفعل وسوء التركيب عبارة عن مقدار او عدد او وضع او شكل او انسداد مجرى يخل بالافعال ولا شيء من هذه بحال ولا ملكة وتفرق الاتصال عدمي لا يدخل تحت مقولة اذن التقابل اما وجود وعدم. يعني المزاج امر وجودي آآ المرض امر عدمي يعني عدم الاعتدال المزاج او تقول لا ملكة وعدم الملكة هذا هو الصحيح. قال والفرح والغم ان فرح احد الكيفية النفسانية وكذا الغم يعني الذي يقع في مقابل الفرح والسبب المعد للفرح يعني من يوجد الارضية للفرح نعم اه كون حامل الفرح الذي هو الروح نعم النفس على افضل احواله من حيث الكم ولا من حيث الكيف. نعم هذا هو الفرح والفاعل تخيل الكمال. نعم والضاد هادي هي اسباب يعني اذا اختل الحال في الكمون كيف يأتي الغم والفاعل تخيلوا الكمال نعم  اه الفرح دائما يأتينا من امور اه مادية. ولهذا يتصل بالخيال اما بالامور المعنوية اه قد يكون الفرح ليس ليس بهذا المعنى فراح من صنخ اخر. المؤمن يفرح به اه عمل حسن يعني وبإطاعة الله تعالى الغم ما هو? الغم فقدان هذه حالة الاعتدال في الكيمياء والكيف قال والغضب والحزن والهم والخجل والحقد هاذو كلها كذلك من الكيفيات النفسية اقول هذا ايضا من الاعراض النفسية واعلم ان جميع العوارض النفسانية تستلزم حركة الروح يعني تعين من تعينات الروح الغضب تعين الحزن تعين الهم تعين والخجل تعين والحق تعين اما الى داخل او خارج يعني اما في البعد الجوارحي او في البعد الجوارحي والاول اه ان كانت كثيرة كما في الفزع او قليلة كما في الحزن. نعم ان والثاني اما الدفع فكما في الغضب او يسير يسيرا كما في اللذة. اللذة الانسان اه مثلا في الاكل بالتدرج تحصل لدى الانسان وقد يتفق ان يتحرك الى جهة دفعة واحدة. اذا كان العارض يلزمه عارضان كالهم فانه يوجد معه غضب وحزن. نعم بل تختلف حركة وكالخجل الذي وتنقبض الروح معه اولا الى الباطن ثم يخطر بالبال انتفاء الظرر فتنبسط ثانية. قبض وبسط في الخجل قبض داخلي ان ان انتفاء الظرر انبساط النفس ويعتبر في الحقد غضب ثابت. يعني الحقد هو غضب ثابت. لان الانسان الحاقد يبقى يحقد عشرين سنة على على انسان. نعم الخزرج والاوس رباهم النبي علمهم النبي توفى النبي راحوا الى السقيفة بدأوا يتشاجرون كالاطفال. كأنهم لم يرد بهم النبي غوتهم الدنيا والسلطة نسوا كل القيم الالهية بدلا من ان يقفوا مع امير المؤمنين بدأت التشاجر بينهم هذا هو الحق حقد يبقى حد الدين لا يرفح نعم لضعف الانسان حقارة الانسان. ويعتبر في الحقد غضب ثابت كحال بين الوضع بين الانصاري خزج واليهود بالنسبة لنا الان نحن المسلمين وعدم سهولة الإنتقام يعني اذا لم يتمكن من الإنتقام فهذا الحقد يصير غضبا ثابتا وعدم اه صعوبته يعني سهولة الانتقام وسهولة اه صعوبة الانتقام وسهولة الانتقام نعم هذه الامور كلها الان تدرس في علم النفس الفلسفي. المسألة السابعة والعشرون دخل في كيفية جديدة وهي مختصة بالكم والكيف الكمة اعداد. والكيف امتداد امتداد خطي ام خلال سطح حجمي سطحي وهكذا قال والمختص بالكمية اما المتصلة كالاستقامة والاستدارة والانحناء والتقعير والتنقيب والشكل والحلقة او المنفصلة في الاعداد كالزوجية والفردية. نعم هذه تسمى كيفيات متصلة بالكميات. اقول لما فرغ من البحث عن الكيفية النفسية شرع في الكيفيات المختصة بالكميات ونعني بها الكيفية التي تعرض للكمية اما المتصلة او المنفصلة اولا وبالذات وللجسم ثانيا وبالعرض نعم واعلم ان الكم على قسمين كما درسناه متصل يعني امتداد ومنفصل اعداد اما المتصد فقد اما المتصل فقد يعرض له الكيف مثل الاستقامة متصلة للامتداد قد يكون مستقيما قد يكون مستديلا منحنيا مقعر محدب نعم تنقيب شكل الحلقة. اما المنفصل فقد يعرض له ايضا انواع اخرى من الكيف كالزوجية والفردية وغيرها من الكيفيات التي تعرض الكم المنفصل عن العدد قال فالمستقيم اقصر الخطوط نعم ما قاعدة رياضية اه اقصر خط بين وقطنتين هو الخط المستقيم القاعدة هادي تعلمناها ونحن في الصغر. فالمستقيم اقصر الخطوط الواصلة بين نقطتين بشكل ان يكون الخط يكون في شكل في مسطحا ما اذا كان اه محدبا ام لا? في المسطح. وكما انه موجود هكذا الدائرة. الخط موجود فالدائرة ماذا الخط انت لو دور هكذا يصير دائرة</w:t>
      </w:r>
    </w:p>
    <w:p>
      <w:r>
        <w:t>اقول رسم الرشميتس الخط المستقيم بانه ارشمت يعني ارشيمة اه رشيماديس باليونانية هذا عالم في الهندسة من المنظرين في الهندسة الخط رسم الخط يعني عرفه لماذا رسم يعرف باللوازم رسم ارشاميدس الخط المستقيم بانه اقصر خط يصل بين نقطتين لان كل نقطة يمكن ان يوصل بينهما خطوط غير مستقيمة مختلفة في الطول والقصر وبخط واحد مستقيم واقصرها نعم اذن الخط المستقيم هو اقصر مسافة بين نقطة اذا عرفت هذا فنقول الخط المستقيم موجود بالضرورة موجود طبعا موجود بالتبعة نعم بطبع الامتداد للجسم الطبيعي. والا هو نهاية الجسم اذا هنا موجود اه بتبعي الجسم الطبيعي اما الدائرة وهي سطح مساوي يحيط يحيط بخط واحد في داخلهم نقطة يعني المركز كل الخطوط المستقيمة الخارجة منها الى المحيط متساوية نعم هذا هو التعريف الدائري. فقد اختلف الناس في وجودها فالذين اثبتوا ما لا ينقسم من ذوات الاوضاع نفوها والباقون اثبتوها وهو اختيار المصنف لأن الدائرة المحصوصة موجودة انظر الشهود لما تقول انت ما عندنا دائرة. الدائرة موجودة لكن افهموا جيدا الكم المتصل والمنفصل اه حيثيات لا هوية لها. نهاية الاجسام فاذا قلنا موجودة موجودة يعني اه نتكلم عن نحو الوجود نعم يعني الجسم اذا انطلق من نقطة وتساوت ابعاده وهو خارج من هذه النقطة بأبعاد متعددة وتحدث الدائرة سهلة جدا هذه ولهذا يقول لان الدائرة المحسوسة المحسوسة موجودة بالشهود بالشهود الحسي والشهود العقلي فاذا وصلنا بين المركز المحسوس منها وبين المحيط بخط ثم نقلنا طرف الخط الذي عند المحيط الى جزء اخر فان لم ينطبق عليه فان كان لزيادة جزء ازلناه وان كان لنقصان جزء منعناه به وان كان لنقصان لنقصان اقل من جزء او لزيادة اقل منه لزم انقسام الجور وايم كامل العمل وان كان العمل ايضا. هذا هوس انا اسميه هوس الاستدلالات الشهود يكفي يا حبيبي جهود ابني. في واحد يشك في كون القمر في شكل دائرة او الشمس في شكل دائرة على الاقل عرفا على الاقل عرفا نعم اذا هذه اه الاستدلالات كلها انا اسميها هوس الاستدلال بعضهم اذا لم تستدل لهم ما يمنع حبيبي في كثير من امور شهودية كتير امور ترجع الى المرتكزات اما المرتكزات الفطرية او المرتكزات التجريبية. يا ناس لماذا هكذا عندكم هوس بالاستدلال؟ ما هو واضح يصير غامضا يصير بعيدا نعم والباقون اثبتوها يعني الدائرة وهو اختيار المصنف رحمه الله المحقق الطوسي لان الدائرة المحسوسة موجودة. انتهى الامر ما تستدل شهود فاذا وصلنا بين المركز المحسوس منها وبين المحيط بخط ثم نقلنا طرف الخط الذي عند المحيط الى جزء اخر يعني دورناه. يخرج من المركز خط ثم دورناه دورنا اذا كان زائد نحذفه اذا كان ناقص نزيده. وهكذا دواليك تحصل للدائرة فان لم ينطبق عليه نعم اه نعم ثم نقول نقلنا طرف الخط الى الذي عند المحيط الى جزء اخر. فان لم ينطبق عليه فان كان لزيادة جزء ازلناه وان كان لنقصان جزم لنا وان كان لي نقصان اقل من جزء او للزيادة اقل من لزم انقسام الجوهر. وامكان العمل ايضا ما يحتاج هذه الصفصطة انا نسميها سفسطة وهوس الاستدلال نتا عندك نقطة وتخرج الى المحيط ها ثم تتحرك تتحرك. اذا كنت في الزائد احذفه. اذا كنت في النقص احذفه حتى تبقى الاستواء هكذا دواليك حتى ترجع الى النقطة آآ ذاتها فتمت الدائرة يعني هذا فقط دليل عملي دليل عملي اذا صح هذا الدين عمل يعني تجربة تجربة ذهنية تجربة ذهنية فقط تجربة ذهنيا ما معنى? يعني ترجعك الى المرتكز الى ما هو مشهود قال والتضاد منتف عن المستقيم والمستدير فكذا عن عارضيهما اقول انه ربما توهم بعض الناس ان الخط المستقيم يضاد الخط المستدير لا لا لا ابدا كل نوع في دائرته المستدر نوع والمستقيم نوع للتناف بينهم. لا لا التضاد هما يعرضان موضوع واحد من شروط التضاد يعرضان لموضوع واحد يعني امران يندرجان تحت جنس قريب بينهما غاية الخلاف ولا غاية الخلاف بين المستقيم والمستدير والتحقيق خلاف هذا فان الظدين يجب اتحاد موضوعهما والموظوع هنا ليس بواحد مستقيم اذا المستقيم يستحيل ان ينقلب الى المستدير وبالعكس. نعم مسألة جدا بسيطة لا نعقدها نعم لا تظاد بين المستقيم والمستدير. كل في دائرته وايضا فان المستقيم قد يكون وترا لقسم غير متناهي لقسمين غير متناهي كثرة الظد الواحد. وواحد لا غير. واذا انتفى التضاد عنهما كذا عن عوارظهما. نعم اذا انتفى التضاد على المستقيم والمستدير ما يعرض المستقيم والمستدير ليس بينهما تضاد نعم تقول وايضا فان المستقيم قد يكون وترا اه وتر يعني في الدائرة. الدائرة  يمر خط على المركز هذا يسموه الوتر نعم او مثلث اه مثلث له قاعدة اه الرأس مع الطرف النهائي للمثلث يأتي الوتر نعم. وايضا فان القسم قد يكون وترا لقسمي غير متناهية اي نعم امكانيتي كثرة نعم في بعض النسخ غير متشابهة نعم والوجهان يفيدان معنى صحيحا الا ان الاول متعين ولا تكون القسم غير متناهي نعم لقسم غير متعة نهاية نعم ما عندنا حنا قسم متناهي لان الخطوط تعرض المادة والمادة تنقسم الى منهجها اه كثرة وضد الواحد وواحد لا غير واذا انتفى التضاد عنهما يعني على المستقيم والمستدير فكذا عن عارضيهما ويفهم منه امران احدهما ان التضاد منتفي عن الاستقامة والاستدارة. الانتفاع موضوعي انتفاء موضوعي. خرج خرج عن تخصصان آآ ويوفى منه امران احدهما ان التضاد منتف عن الاستقامة والاستدارة. من باب الخروج التخصصي من باب التضاض العارضتين للخط المستقيم والمستدير. نعم والثاني ان التضاد منتفي عن الحركتين الواقعتين على الخطين المستقيم والمستدير. يعني هذه من العوارض الحركة في المستقيم غير الحركة في المستدير اذا لا تظاد بين الحركة المستقيمة والحركة ولا تظاد قال والشكل شكل نهاية الجيز والشكل هيئة احاطة الحد او الحدود بالجسم نعم هذه كلها تقريبات فقط يعني الحدود لا شيء حتى تحيط بالجسم الجسم هو يتعين ويتناهى بمجرد ان يتعين ويتناهى يعني يتعين بالتناهي يأتي الشكر. الشكل نهاية الجسم نعم. والشكل هيئة احاطة الحد او الحدود بالجسم. احاطة مجزية الحدود اصلا لا معنى لها امور عدمية قل هكذا قل الجسم تعين بالنهاية انتهى الامر. يأتي الشكل. اذا الشكل ما هو? نهاية الجسم. انتهى الامر ومع انضمام اللون تحصل الخلقة انا قرأت الحلقة في تطبيق المتن. معليش نعم اقول ذكر القدماء ان الشكل ما احاط بحد او حدود يعني انت اذا جيت تقارب المسألة من الخارج تأتي بالحدود اما من الداخل هو نهاية الجسم. نعم اذا لا شكل بدون حدود ولا يمكن ان تكون هناك حدود بالاذين بدون شك والتحقيق انه من باب الكيف فانه هيئة تعرض للجسم بسبب احاطة الحد الواحد او الحدود به او قل الهيئة تعرض الجسم لتناهيه احسن كالكورية</w:t>
      </w:r>
    </w:p>
    <w:p>
      <w:r>
        <w:t>والتربيع وهو مغاير للضوء والوضع بمعنى المقولة. نعم واذا اعتبر الشكل والنون معا حصلت الخلق لا ادري بالظن او بالفتح نعم انت الآن عندك تفاحة امامك عندها شكل وهي حمراء. المجموع يعطي هذه اه الخلق. اقول الثالث المضاف. خرج من الكيف المختص بالكم. المتصل المنفصل راح الى الاضافة النسبة نعم الاضافة النسبة تسمى عند المشة آآ المقولة مقولة ضعيفة اعتبار مقولة ضعف اعتبار لاعتبار له معاني متعددة عندك الاعتبار بمعنى الاعتبار بالمعنى الجهل نعم الامور الشرعية اعتبارية رجالية كبار يعني المقولة الضعيفة كالاضافة هنا نعم الاعتبار يعني الانتزاع بالاعتبار في علم الاصول ها هذا هو الجهل نفس الجعل وعندك الاعتبار العملي العلامة الحلي للعلامة الطبطاغي صاحب الميزان وهو اعطاء اعطاء حد تكويني لحد غير تكويني هذا يسموه الاعتبار العملي نعم يعني الان انا عندي وجوب بين العلة والمعلول هذا وجوب تكويني. نأتي هذا الوجوب وضحوا على الصدق. تقول الصدق واجب لامر عملي حتى اتحرك نحو الصدق هذا لا يهمنا الان فقط مصطلحات وبينتها. الاضافة هنا مقولة ضعيفة اذا مقولة اعتبارية ما معنى الاعتبار هنا? المقولة الضعيفة وهي الاضافة اقول لما فرغ من البحث عن الكيف واقسامه شرع في المضاف وهو المقولة الثالثة من المقولات العشر وهذه المقولة مع بعدها من المقولات اه كلها نسبية وهو قسم مقابل لما تقدم من مقولات وفي هذا القسم سائل المقولة الاخرى لم تكن نسبية هذه نسبية يعني لها طرفان نعم يتعقلان معا المسألة الاولى في اقسامه وهو حقيقي ومشهور نعم بالاضافة الحقيقية والاضافة المشهورية. يعني انت الان اه الاب والابن في اضافة حقيقية يعني انت لا تتعقل الاب الا بالابن ولا الابن بالاب دي اضافة حقيقية شخص الاب وشخص الابن اضافة مشهورية قال المضاف قد يقال للنفس الاضافة عن العارضة للشيء باعتبار قياسه لغيره كالابوع والبنوة ويقال له المضاف الحقيقي فانه لذاتي يقتضي الاضافة. يعني لا تتعقل الاب الابوة الا بالبنوة ولا البنوة الا بالابوة وغيره انما يقتضي الاضافة بواسطته. ويقال للذات التي عرضها الاضافة بالفعل كالاب والابن ويسمى الاضافة المشهور بالاضافة لمشهور يعني شخص الاب وشخص الابن وقد يقال للذات نفسها مضاف مشهور باعتباره كونها معروضة للاضافة نعم المسألة الثانية في خواص الاضافة. ويجب فيه الانعكاس والتكافؤ بالفعل والقوة. نعم اب وابن يعني هنا فيها التكافؤ فوق تحت يمين شمال نعم اذا كان نعم اه الطرف الاول بالقوة يجب الطرف الثاني يكون بالقوة. اذا كان الطرف الاول بالفعل يجب ان يكون الطرف الثاني من الفعل اقول هاتان خاصتان مطلقتان للمضاف يعني لما قلت لا يشاركه فيها غيره احداهما وجوب الانعكاس فانه كما ان الاب اب للابن فكذلك الابن اب للابن للاب والمراد بالعني الانعكاس الحكم باضافة كل واحد منهما الى صاحبه من حيث كان مضافا اليه كما مثلناه. اذا اضافة بين الاب وابوه منعكسة يعني انت الاب كيف تتعين فيه الابوة ببركة البنوة. والبنوة كيف تتعين فيه هذا العنوان ببركة الابوة فان لم تراعي هذه الحيثية لا لا يجب الانعكاس كما تقول الاب اب للانسان ابو ابو للإنسان لكن الإنسان ليس ابا للأب يجب ان يكون الإبن ثانيا التكافل في الوجود يعني اذا كان الطرف الاول بالفعل الثاني بالفعل. واذا كان الطرف الاول بالقوة الطرف الثاني يكون بالقوة التكافؤ في الوجود بالفعل او القوة والمتقدم مصاحب للمتأخر ذهنا. نعم هذا والمتقدم مصاحب للمتأخر ذهنا. هذا يركز عليها جيدا. اكتب تحتها خط. مثلا في الوجود الابن المتأخر على الاب كشخص ونبي كشخص لكن في الدين دائما معا. هذه هي المضاف. المضاف تواجد ديني معا. فلا يعقل الابن بدون اب واب بدون ابن. مع ان الابن متأخر في الوجود عن والده قال ويعرض الموجودات اجمع يا الله يعني الاظافة تعرض الموجودات اجمع. اقول المضاف الحقيقي يعرض للجميع لجميع الموجودات كما يقال للواجب تعالى قادر عالم خالق رازق فعندنا مقدور معلوم مخلوق مرزوق ويقال انه نوع من الجواهر انه اب وابن وغيرهما. ويقال للخط طويل وقصير وللعدد قليل وكثير وللكيف اسخن وابرد وللمضاف الاقرب والابعد وللابن اه وللاين اعلى واسفل وللمتى اقدم واحدث وللوضع اشد استقامة او انحاء وللملك يعني الجداء اكسى واعرى وللفعل اقطع واصرم وللانفعال اشد تسخنا دقات تقاطعا كل المأكولات التي مر حتى الواجب تعالى تعرضه الاضافة نعم المسألة الثالثة في ان الاضافة ليست ثابتة في الاعيان يأتي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