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جوانحنا وفي جوارحنا وصلنا معكم الى المسألة الثانية في ان الاضافة ليست ثابتة في الاعيان هذه ليست مختصة بالاضافة مختصة بكل الحيثيات اذا تكلمنا باللسان صدرائي ومختصة بكل الاعراض اذا تكلمنا بلسان المشة لكن الورطة اين? هم جعلوها مهيات والماهيات يعني حقائق فتحيلوا الاظافة قياسية والقياسي قائم بطرفيه هو ليس له هوية فوقعوا في حيسبيس لا كل الاعراض كل الاعراض عبارة عن ماذا? عن اه نحو وجود ليس لها متن ومستقل فهنا الاظافة ليس لها مثل مستقل وبالتالي تكون انتزاعية ولهذا قلنا اعتبار  والدليل هو الدليل الاعتباريات والانتزاعيات الحيثيات اذا تمثلت تسلسلت اقول اه في ان الاظافة ليست ثابتة في الاعيان قال وثبوت اظافة ذهني ذهني بمعنى اه يعني الفوقية والتحتية اه في دينك? لا ذهن يعني تتعقل بعملية انتزاعية ولا تتعقل كمتن يعطيك يعطيك معناه مباشرة كالشجر والماء والزجاج. لا لا لا يعني مشاركة عقلية لكشفه كواقعية خارجية. ثم هذه الواقعة الخارجية نسأل ما هو نحو جدة? نقول وجود ربطي نعم وليست متن مستقلا نعم. وثبوته يعني ثبوت هذه الاضافة ذهني والا تسلسل هذه قاعدة الشيخ الاشراق ولا ينفع تعلق الاظافة بذاتها هذا ولا ينفع التعلق الاضافة بذاتها هذا كأنه رد على الشيخ الرئيس اقول اختلف العقلاء هنا فذهب قوم الى ان الاظافة ثابتة في الاعياد يعني كاماتن خارجي لا ثابتة في العيان صحيح لكن كوجود ربطي لان فوقية السماء ليست عدما محضا ولا امرا ذهنيا غير غير مطابق. نعم هذا الكلام صحيح. لكن المشكل اية في نحو وجودها متن مستقل ام وجود ربطي وجود ربطي وليس وجودا مستقل. فالذي ينفيها كوجود متن مستقل صحيح والذي يثبتها كوجود ربط صحيح وقال اخرون انها عدمية في العدمية في الاعيان عدمية يعني ليس له وجود مستقل ثابتة في الاذهان ثبوت الذهني هنا بهذا المعنى يعني العاقل له مدخلية في كشفها يعني ينتزعها ينتزعها بالادعاء فيعتبرها متن مستقلا ثم يتعقلها مستقل وهو اختيار المصنف المحقق الطوسي وحققتو بأن حيثية يعني وجود ربطي وليس لها متن لها متن مستقل واكثر المحققين على هذا والدليل عليه وجوه كما ذكرها المصنف احدها ان الاظافة لو كانت ثابتة في الاعيان لازم التسلسل. هذه القاعدة الذهبية التي بيناها لان الحيثيات اذا تمكنت اتصفت بالحيثيات حيثياتها تتمتن تتصف بالحيثيات. لا واقعية بدون حيثيات اذا تمكنت كانت الحيثية تكون متصفة بالحيثيات يعني بالاضافة هنا ثم يتسلسل لان حلولها في المحل اضافة اخرى وحلول ذلك الحلول ثابت يستدعي محلا وحلولا ذلك يوجب التسلسل اجاب الشيخ ابو علي المسلمة عن هذا بان بان قال يجب ان نرجع في حل هذه الشبهة الى حد مضاف المطلق يعني المسألة تصورية عند ابن سينا تحتاج الى تنقيح تصوري نعم كيف اه فنقول المضاف هو الذي ماهيته مقولة بالقياس الى غيره. نعم مقولة بالقياس العقلي. يعني انت لا تحمل الفوقية على شيء يعني تقول السطح فوق الا اذا قسته الى تحت ولا تقل يدي على اليمين الا اذا كانت على اعتقد قسطها الى اليسار. هذه معنى مقولة بالقياس الى غيره فكل شيء في الاعيان يكون بحسب ماهيته اما ان يقال بالقياس لغيره فذلك الشيء والبغض المضاف لكن في العيان اشياء كثيرة بهذه الصفة فالمضاف في العيان موجود نعم موجود ياي معنى متن مستقل كوجود رابطي نعم كوجود ربي. يعني آآ خصوصيات الحيثيات كلها وجود جلوسي هنا لا شك انه موجود مما خلاف الوقوف لكن الجلوس له مستقل تدركه الكاميرا? لا ابدا هو وجود ربطي يعني انا بنحوي فاذا قال الشيخ الرئيس هو موجود في العيان يعني نحو وجود الاشياء نعم صحيح ثم ان كان في المضاف ماهية اخرى فينبغي ان يجرد ما ما له من المعنى المقول بالقياس الى غير ذلك الى غيره فذلك المعنى هو بالحقيقة المعنى المعقول بالقياس الى غيره وغيره انما هو مقول بالقياس لغيره بسبب هذا المعنى. يعني بسبب الاضافة. يعني الاضافة اضافة بنفسها بذاتها و تأمن تعرضه يكون آآ مضافا ببركتها يعني مضاف بالمجاز نعم مم ثم ان كان في المضاف ما هي اخرى فينبغي ان يجرد ما له من المعنى المعقول بالقياس الى غيره. فذلك المعنى هو بالحقيقة المعنى المقول بالقياس الى غيره. يعني الاضافة وغيره انما هو معقول بالقياس الى غيره بسبب هذا المعنى يعني باعتبار ان الاضافة عرضته يعني شخص الاب مع الشخص الابن ما عندهم علاقة اضافة. شخص وشخص بمجرد تأتي الابوة تتعين البنوة تاتي البنوة لانها متعاكسة تتعين الابوة. فالاضافة بين الابوة والبنوع ثم الشخص الاب وشخص الابن تعرضهم للاضافة آآ بالتبع. يعني المضاف المشهوري نعم فليس هناك ذات وشيء هو الاظافة. جميل جدا فليس هناك ذات وشيء الاضافة. بل هناك مضاف بذاته لا بضعفة اخرى فتنتهي هذا الذي دائما نحن نبينه ان آآ هذه الامور الاعتبارية والانتزاعية يعني الحيثيات كلها ماذا وجود ربطي. انظروا العبارة جدا جميلة. كنوز في التراث يجب فقط ان تستخرج نعم فليس هناك ذات وشيء هو الاضافة. يعني ما عندنا ذاتان ذات متن اول. وشرناه هو الاضافة متن ثاني. بل هناك مضاف بذاته لا باضافة اخرى ستنتهي يعني ينتهي التسلسل من هذا الطريق للاضافات. واما كون هذا المعنى المضاف بذاته في هذا الموضع فله وجود اخر. مثلا وجود الابوة في الاب امر زائد على ذات الاب على شخص الابناء. وذلك الموجود امر مضاف ايضا فليكن هذا عارضا من المضاف الذي المضاف يكون مضافا مشهوريا وكل واحد منها مضاف لذاته الى ما هو مضاف اليه لا لإضافة اخرى حتى يلزم التسلسل يعني بنفس الإضافة تتحقق العلاقة فالكون محمول مضاف لذاته والكون ابوة مضافة لذاته هنا فالكون محمولا مضاف لذاته. فالكون يعني كون الاب. فالكون محمولا مضاف لذاته والكون ابوة مضافة لذاته يعني انت عندك شخص الاب الشخص الاب شخص شخص بدون عنوان الابوة انظر الى شخص هنا ما في اضافة ثم يورث له هذا الولد فيكتسب عنوان الابوة. كيف تعقله ببركة الابن البنوة والبنوة كذلك تعرظه اظافة يعني لا تعقل الا ببركة الابوة. اذا هنا عندنا امران الشخص الاب شخص الابن والاظافة جيد قبل الم تكن الإضافة كيف اكتسب شخص الأب وشخص ابن الإضافة لهذه العلاقة المتعاكسة التي تسمى الإضافة نعم وهذا الكلام على طوله غير مفيد للمطلوب. نعم انا هذا اوافق على منحلي. لان التسلسل الذي الزمناه ليس من حيث ان المضاف الذي هو المقولة يكون مضاف باضافة اخرى حتى آآ</w:t>
      </w:r>
    </w:p>
    <w:p>
      <w:r>
        <w:t>تقسم الاشياء الى ما هو مضاف بذاته والى ما هو مضاف بغيره يعني المضاف المشهور بل من حيث ان المضاف الحقيقي كالابوة تفتقر الى محل تتقوم به لنوارض. لعرضيتها وحلولها في ذلك المحل. اضافة لها الى ذلك المنح يستدعي محلا وحلولا ويتسلسل نعم نعم اذا صار ماذا اه مات من مستقلا والى هذا اشار المصنف رحمه الله بقوله ولا ينفع تعلق الاضافة بذاتها ما عندنا تعلق الاضافة بذاتها اي التعلق بالاضافة بالمضاف اليه لذاتها لا لإضافة اخرى حتى يلزم التسلسل. نعم نعم ولتقدم ولتقدم ولتقدم وجودها عليه. نعم ما وجودها نعم ولتقدم وجودها. اقول هذا وجه ثاني دال على ان الاضافة ليست ثابتة في الاعيان يعني ليست مستقل مستقلة في الوجود كواقعية مستقلة وانما هي وجود رابط وجود ربطي. يقولوا الوجود ربطي وتقريره انها لو كانت ثبوتية. اكتب تحتها يعني مثل مستقل لشاركت الموجودات في الوجود نعم تكون الطاردة لعدمها نعم لتقدم وجودها عليه نعم آآ  لشاركت الموجودات في الوجود. يعني تمكنت يعني توقعت صارت واقعية وامتازت عنها بخصوصية ما نعم لان كل الوجودات ممتازة فاتصاف وجودها بتلك الخصوصية اضافة سابقة على الوجود على وجود الاضافة تلزم تقدم وجود الاضافة على وجودها وهو محال. نعم فالضمير في علي ولتقدم وجودي عليه يرجع الى وجودها نعم ولتقدم وجودها على وجودها ويحتمل عوده الى المحل ويكون معنى الكلام ان الاظافة لو كانت موجودة يعني متن مستقلة لزم التقدم على محلها نعم لان وجودها وجود محلها حقيقة له فاتصافه به نوع اضافة سابقة على وجود الاضافة واعاد الضمير اليه من غير ذكر لفظا لظهوره اذا انت تصور حتى تفهم المسألة جيدا تصور الإضافة آآ اضافة اه واقعيا متن مستقل وهي مم وحقيقتها ماذا مقولة مقاسة الى غيرها مقاصة الى غيرها اذا قبل آآ التحقق هذه القياس عند وجود سابق ام لا? نعم لتقدم وجودي عليها اذا هي وجودها السابق على ماذا? سابق على كونها من مقولة الاضافة الوجود سابق على اه كوني هام مضاف. جيد. اذا كان وجودها سابقا على كونها مضافة ما تحتاج الى محل. عندها محل خاص فيه بوجودها فلا تجد من الموجودات اه عندهم هذا الوصف وصف الاظافة ينال اضافة تمكنت وعندها وجود مستقل تتميز عن غيرها. فلا تجد الابوة والبنوة. لا تجد الفوقية والتحتية. لا تجد اليمين واليسار. لان ماذا? لان الاظافة استقلت بوجودها. لا تحتاج الى موضوعات تعرظها حتى تتحقق هذه العلاقة المتعاكسة. نعم هذا كلام جدا فاخر من محقق الطوسي. قال ولزم عدم التنافي كل مرتبة من مراتب الاعداد اقول هذا وجه ثالث واعتقد ان الاضافات لو كانت ثابتة في الاعيان يعني اضافة اضافة اضافة يعني انها تتسلسل. لازم ان تكون كل مرتبة من مراتب الاعداد تجتمع في اضافات وجودية لا تتناهى نعم لان الاثنين مثلا له اعتبار بالنسبة الى الاربعة يعني تقول الاثنين نصف الاربعة وتعرضه بذلك الاعتبار اضافة نصفية والى التسعة وتعرضه بحاسبها اضافة الثلثية وهكذا ما لا يتناهى وهو محال يعني اضافات لا حد لها. فتكون واقعية لا حد لها هذا واقعي وهذا التسلسل وهو محال نعم وهكذا الى ما لا يتلى هو محال يعني التسلسل الوجودي محال اما اولا فلما بينا من امتناع وجود ما لا يتناهى مطلقا تسلسل واما الثاني فان تلك الاضافات موجودة دفعة ومترتبة في الوجود باعتبار تقدم بعض المضاف اليه على بعض ليلزم اجتماع اعداد لا تتناهى دفعة مترتبة ومحال اتفاقا. لماذا? لان الاعداد لا تنوجد دفعة واحدة. العدد يقولون اه لا تناهي لا لا تناهي لا لا يقع فيه. يعني انت اذا كنت في الاربعة بالفعل لا تكن خمسة يعني الخمسة تكون بالقوة صرت خمسة بالفعل ستة ماذا بالقوة ام بالفعل تكون بالقوة صرت ستة سبعة بالقوة طبيعة العدد هكذا ولا يتناهى هذا التناهي لا يقع في ليس محالا لان من شروط التسلسل تكون الفعلية بين المتقدم والمتأخر فيلزم اجتماع فيلزم اجتماع اعدادي لا تتناهى دفعة مترتبة وهو محال اتفاقان واما ثالثا فلان وجود الاضافات يستلزم وجود المضاف اليه نعم لان الاظافة نسبة تحتاج الى محل فيلزم وجود ما لا يتناه من الاعداد دفعا من ترتبها وكذلك الواقعيات اذا كنا غير في غير الاعداد وكل ذلك مما برهن على استحالته لان العدد في فعليته محدودة. نعم بالقوة ليس بمحدود. قال وتكثر صفاته تعالى. اقول هذا وجه رابع وتقريره ان الاضافات لو كانت وجودية لازمة وجود صفات الله تعالى متكاملة لا تتناهى لان له اضافات لا تمت لها وذلك محال. نعم الله تعالى له اضافات متعددة بهذه الاضافات ان وجدت الاشياء وهذه الاضافات العرفاء يسمونها الاسماء نسب ببركة الاسماء ان وجدت اه هذه الواقعية. اذا قلنا الاظافة لها متن واقعي  لاظافات قبل تحقق الموجودات لها واقعيات لا متناهية فتنضم اليها الوجودات التي تعرضها فتكون واقعيات لا متتناهية. وتتكفل في تتكثر صفاته تعالى. اقول هذا وجه رابع وتقريره ان الاضافات لو كانت موجودة يعني لهامات وواقعي لازم وجود صفات الله تعالى متكاثرة لا تتناهى. نعم. لان له اضافات لا تتناهى. لو اضافات مع الاشياء لا تتناهى وذلك محال نعم يلزم التسلسل في صفاته تعالى. يعني هويته لا تتحدد. هوية الواجب لا تتحدد. اكثر من ذلك فعله كذلك لا يتحدد اعطيك مثالا حسيا تجربة ذهنية تفيدك في هذا المطلب. غني لا حد له من الاموال عنده اموال لا حد له فقير لا شيء عنده صفر على الحديدة كما يقولوا يأتي الى هذا الغني الغني ويستدعيه قل انا سأغليك ما شاء الله فيعطيه عشر دنانير  العشرة يجب ان تتعين حتى يأخذها الفقير لا هو يقولو وازيدك عشر وازيدك عشر وازيدك عشر ازيدك عشر ويزيد ويزيد ويزيد المبلغ لا يتعين الفقير لا يصير غنيا الى يوم القيام. يجب ان يتعين المبلغ بتوقف هذا الغني من الاعطاء. يتعين المبلغ المبلغ الذي كان كثيرا ام قرين حتى يستفيدوا منه الفقير. اما اذا استمر العطاء وبدون توقف يعني المبلغ لم يتعين. نعم. يبلغ لم يتعين نعم المسألة الرابعة في باب في في باقي مباحث الاضافة ويخص كل مضاف مشهور مضاف حقيقي نعم فيعرض له الاختلاف والاتفاق اما باعتبار زائد او لا. نعم الاضافة المشهورية يعني الاضافة للشخص من تعرضه الاضافة الحقيقية يعني الشخص الأب وشخص الإبن الآن يدي على اليمين ويدي على على اليسار. اليد هنا اه واليد على اليمين وعلى اليسار اليد بما هي يد مضاف مشهورين اقول المضاف المشهوري كالاب يعرض له مضاف حقيقي كالابوة. لو قال الشخص الاب كان افضل شخص الاب يعرض له مضاف حقيقي كالابوء وكذا الابن شخص الابن تعرض له البلوة فكل مضاف مشهور يعرض له يعرض له مضاف حقيقي بدون المضاف الحقيقي لا معنى للمضاف مشهورين. ولا يمكن ان يكون مضاف حقيقي واحد عارضا لمضاعفين مشهورين لامتناع قيام قيام عرض واحد بمحل</w:t>
      </w:r>
    </w:p>
    <w:p>
      <w:r>
        <w:t>نعم هذا واضح جدا نعم مضاف حقيقي يعرض يعرض موضوعات متعددة خطأ لان العرب لا يعرض الى وجوه الا جوهره لا يعرظ جواهر متعددة نعم فاذا كان كل مضاف مشهور يعرض له مضاف حقيقي آآ عرض حيل للاختلاف في المضاف الحقيقي كالابوة والبنوع والاتفاق كالاخوة والجوار نعم واليمين واليسار وو ومن الاضافات ثم ان هذا المضاف الحقيقي يعرض للمضاف المشهور اما باعتبار زائد يحصل فيهما كالعاشق والمعشوق العاشق والمعشوق هنا اضافة حقيقية باعتبار العشق نعم فان في العشق هيئة مدركة وهي المعشوق نعم وفي المعشوق هيئة يتعلق بها الادراك. فيحصل حينئذ اضافة العشق باعتبار هذا الزائد وقد يكون الزائد في احدهما الى العالم المضاف الى المعلوم باعتبار قيام صفة العلم وقد لا يكون باعتبار زائد الميامن والمياسر نعم اليمين واليسار تساوي فانهما يتظايفا لا لاجل صفة زائدة لا معنى ان يكون اليمين زائد على اليسار نعم على الاضافة هذا خلاصة ما فهمنا من هذا الكلام انتهت الاضافة نأتي الان الى مقولة العين كون الشي في مكان العين ما هي? كون الشيء في مكان يعني هذا الشيء مادي له علاقة بالاجسام. فالفوق علم الملكوت لا ان ولا يحزنون نعم عالم الاخرة لا عين ولا يحزنون لان هناك ما في اجسام باجسام اخروية ليست اجسام عنصرية هذا الامتداد لا معنى له الله يعطيك جنة لا متناهية تزاحم جنة الاخر? لا تقول كيف شيخنا العزيز? ما في انت جنتك تنتهي في حد ثم تبدأ جنة صديقك. لا ابدا ليس من هذه من هذا السلخ خرافات جنتك عندها اه عندها عالمها الخاص وهو جنته عند عالم الخاص ما عندها علاقة هذا الامتداد منتفي لك نعم وقد نقرب لك المسألة بتجربة ذهنية. كم مفهوم عندك انت في ذهنك عندك الاف المفاهيم في ذهنك كحوزوي عندك مفاهيم كثيرة كمثقف خارج الحوزة علم اجتماع علم النفس علم الاقتصاد علم السياسة عندك مفاهيم كثيرة جدا. هل يزاحم مفهوم مفهوم اخر في افق ذهنك? ابدا. لماذا? لان هناك عالم التجرد. وليس عالم الامتداد حتى اه يكون هذا الامر. اقول الرابع الاين وهي النسبة الى المكان. يعني نسبة الجسم الى المكان اقول لما فرغ من البحث عن المضاف شرع في البحث عن الاين وهي نسبة الشيء يعني المادي الى مكانه بالحصول فيه يعني الاستقرار فيه. وهو حقيقي وهو نسبة الشيء الى مكانه الخاص به وغير حقيقي وهو نسبة الى مكان عام كقولنا زيد في الدار نعم وهذه نسبة مغايرة للوجود ولكل واحد من الجسم والمكان. ولا تقبل الشدة والضعف نعم يعني الجسم غير الجسم والمكان غير الأين الجسم يعني انت الان كتاب في المكتبة تقول ظرف المكتبشي والكتاب شيء تأتي نسبة نسبة الكتاب الى ذلك الظرف اللي هو المكتبة تقول الكتاب في المكتبة ان تأين تأين نعم اذا انت كنت مسلطا بالنحو بالنحو العربي تجد النحو العربي تابع لهذه المقولات العشرة العشرة نعم اي نعم نعم تصدق زيد قربة لله بمقدار من المال في يوم الجمعة يوم الجمعة نعم تصدق ان يفعل زيد جوهر قربة المفعول لاجله قربة المفعول به. يعني الغاية على لاي غاية تصدق قربة لله بصدقة صدقة هادي قد تكون معنوية يعني كيف كيف نفساني او ومعنويا تصدق بسلام بثواب قد يكون بمال يعني جوهر وفيه اعراض كذلك في يوم الجمعة اه ظرف يعني ما قلت الاين نعم يعني فيما كان اذا في يوم الجمعة لا في زمان هذه في يأتي في المتى اه في المسجد هنا اه مقولة المكان نعم. تفهم جيدا التميز بين التمييز وبين مفعول اجله وبين الظرف المظروف وهذه الامور اذا ما قلت لاين لا تخضع للتشكيك عندك مكان وعندك جسم مادي انسب الجسم المادي الى المكان نعم وفيه دقة فلسفية لا اشير اليها هنا. اقول وانواعه اربعة عند قوم هي الحركة والسكون والاجتماع والافتراق نعم اقول انواع الكون عند المتكلمين اربعة يعني هذا عند المتكلمين ليس عند الفلاسفة نعم يعني عند المعتزلة الحركة الحركة ليست اين نعم الحركة مفهوم فلسفي والسكون امر عدمي. مفهوم فلسفي والاجتماع والافتراق هذه اه هو النص الحركة الحركة في حالة الجمع والافتراق اقول انواع الكون عند المتكلمين اربعة. الحركة حيثية مفهوم فلسفي والسكون مفهوم فلسفي وهما حالتا الجسم الانفرادي باعتبار المكان نعم يتحرك في المكان او يعني المكان يتغير او المكان يستقر. اذا استقر المكان سكون واذا تغير المكان حركي والاجتماع والافتراق وهما حالتا باعتبار الانضمام الى الغير من الاجسام يعني الانظمام اجتماع. عدم الانضمام للافتراق قال فالحركة كمال اول كمال اول من هنا يقول كمال والمتكلم ماذا يقول? يقول اين والله ما تفهم الحركة كمال اولى هذا تعريف ارسطو للحركة لما بالقوة من حيث بالقوة او حصول الجسم في مكان بعد اخر نعم صاروا متألين يعرفها خروج من القوة بالفعل يعني تكامل خروج من القوى بالفعل اشتدادا هذه الحركة كمال اول ما بالقوة من حيث ما بالقوة تعريف ارسطو او حصول الجسم في مكان بعد اخر التعريف العرفي التعرف العرفي نعم كان هنا ثم صار هناك هذا هو حصول الجسم في مكان بعد اخر اقول هذا ان تعرفان الحركة الأولى منهما للحكماء يعني السطو والثانيين المتكلمين اما التعريف الارزطي فاعلم ان الحركة حال حصول الجسم في المكان المنتقن عنه معدومة عند عنه ممكنة له فهي كمال للجسم. الجسم الذي هو بالقوة الى بالنسبة الى آآ الكمال يعني انت الان عندك فسيلة تسهيل لها قوة ان تصير نخلة تصير نخلة يعني الكمال الثاني الكمال الأول ماذا? يجب ان تتدرج حركة اذا الحركة كمال اولي لمن للفسيلة حتى تتحصل على الكمال الثاني وهو تنتصر نخلة نعم ان الحركة حال حصول الجسم في المكان المنتقل عنه المنتقل منه يعني من مكان الى مكان معدوما عنه يعني تنفصل عنه ممكنة له فهي كمال للجسم ثم ان حصوله في المكان الثاني معدوم عنه ممكن له فهو كمال ايضا يعني انتقال من فعلية من قوة الى فعلية من قوة الى فعلية من قوة الى فعلية يعني كمال والجسم اه في تلك الحالة بالقوة في المكان الثاني. نعم يعني الان انا هنا انتقل الى السوق انا بالنسبة الى السوق اللي هو كمال تان بالقوة. لأن بعد ما وصلت لكن الحركة اسبق الكمالين. نعم الحركة اسبق التمارين. يعني الحركة هي التي توصل الكمال الاول الى الكمال الثاني فالحركة كمال اولم بالقوة عن الجسم الذي هو بالقوة في المكان الثاني نعم يعني الفسيلة اذا تحركت فهي بالقوة بالنسبة الى النخلة فالحركة كمال اول بالنسبة الى النخلة لانها بعد لم تصل الى اه النخل وانما قيدنا بقولنا من حيث وبالقوة من حيث بالقوة لمن? للكمال الثاني. يعني ايه? النخلة. لان الحركة تفارق تفارق سائر الكمالات بان جميع الكمالات اذا حصلت خرج ذو الكمال من القوى الى الفعل. وهذا الكمال من حيث ان كمال يستلزم كون ذي الكمال</w:t>
      </w:r>
    </w:p>
    <w:p>
      <w:r>
        <w:t>قوة طبعا لا يمكن للفسيلة ان تتحرك نحو النخلة اذا لم تكن لها اه قوة نعم استعداد هذا الاستعداد لازم يتحرك يجب ان يتحرك كلما اقتربت الى النخلة هذه الحركة تتوقف شوية شوية تتوقف لا لان لا معنى ان تتحرك النخلة آآ الفسيلة بعد تعينها نخلة. نعم نعم تأتي حركة اخرى اذا لم تسقى هذه النخلة ولم يعتنى بها النخلة تتحرك نحو التراب سير ترابا واما الثاني فان المتكلم من قالوا ليس الحركة هي الحصول في المكان الاول لان الجسم لم يتحرك بعد ولا واسطة بين اول والثاني يعني المكان الاول والمكان الثاني واذا لم يكن ما فرضناه ثانيا بثاني فهي الحصول في المكان الثاني لا غير فالحصول في المكان الثاني خلاص حركة ما فيه صارت فعلية نعم هذي خربطة المتكلم الفيلسوف هكذا يقول يقول تسيل بالقوة نخلة. كيف تصير نخلة بكمال اول ما هو؟ يجب ان متكل تتكل على الله وتتحرك اذا الحركة والخروج من القوة الى الفعل كما الاول لماذا سمينا كول? بالنسبة الى مكان كمال ثاني وهو فعلية الكمال الثاني وهو النخلة نعم. قال ووجودها ضروري يأتي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