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وفقني الله واياكم لكل خير ما زلنا في بحث الحركة وهو من البحوث الراقية والجميلة خصوصا على الصدر المتألهين فانها تعالج مشكلات كبيرة ومعضلات كبيرة في الفكر وفي الدين قال ووجودها يعني الحركة ضروري ضروري يعني شهودي انت تتعامل مع الواقعيات المادية لان الحركة تتصور فقط في الواقعيات المادية تركز على هذا التغير الشهودي بمساعدة الخيال تصنع لها مفهوما كليا هو مفهوم الحركة شهودية بمعنى ان الحس يدركها والعقل باعتباره مرتبة من مراتب النفس ينوجد اينما تنوجد يدرك وجودها. لان الوجود حيثية ميتافيزيقية استعلائية لا يلمس بالحس نعم العرف لا يفرق بين الشهود الحسي والشهود العقلي انت الان امام شجرة تدرك هذه الهوية ناوي الشجرية وتدرك وجودها واصلة لا تلتفت الى الوجود ولهذا قال الفلاسفة ان الوجود امر اعتباري غفلوا عن الوجود وجعلوه اعتباريا ركزوا فقط على الماهية والهوية مع ان الدين يدرك الوجود بالشهود العقل فكذلك الحراك انت بجنبك العرف قل له هذه السيارة التي تتحرك من النجف الى كربلاء ليست متحركة. يراك مجنونا اذا المسألة شهودية ضروري يعني نشاهدها نعاينها اقول اتفق اكثر العقلاء يعني اكثر العلماء على ان الحركة موجودة وادعوا الضرورة في ذلك. يعني الشهود وخالفهم جماعة من القدماء كازينون زينون فيلسوف اه يوناني وكان ينفي الحركة بدليل سيأتي. والعجيب ان محاولة زينون اه جعلت العقل البشري يتحرك اكتشف كثير من الامور ببركة اشكال زينون في الحركة اه وخلفهم جماعة من القدماء كازنون واتباعه قالوا انها ليست موجودة واستدلوا على ذلك بوجوه احدها دقق جيد مع الاستدلال فيه عبقرية الى ان الدليل غير تام ان الحركة لو كانت موجودة قياس استثنائي نعم لو لو كانت موجودة لك انت اما منقسمة فيكون الماضي غير المستقبل وغير منقسمة فيلزم تركبها من الاجزاء التي لا تتجزأ يعني قضية اه شرطية متصلة يعني تليها ليست متصلة منفصلة كريهة منفصلة دقق جيد لو كانت الحركة موجودة. يعني لو كان الف باء لكانت اما اما دائما انفصال اما منقسمة في مقابل الانقسام عدم الانقسام عدم الانقسام يعني وصلنا الى الجزء الذي لا يتجزأ وقلنا الجزء الذي لا يتجزأ لا يمكن الالتزام به نعم واذا كانت آآ منقسمة يعني هي ممتدة تنقسم يعني الى قسم اه اول وقسم ثاني  اه بعد ما نقع في اشكال. نعم ان الحركة لو كانت موجودة لك انت اما منقسمة فيكون الماضي غير المستقبل لان منقسمة في جزء مر وجزء بعد لم يأتي اذا جزء مر وجزء بعد لا يرمي يمتي يأتي يعني جزء انتفى اندثر وجزء بعد لم ينتفي ماذا بقي لا شيء يعني بقي الفراغ وهذا يعني ان الحركة ليست مو موجودة نعم اذا قلت لا اه تنقسم منقسمة فيلزم تركبه من الاجزاء التي لا تتجزأ يعني يجب ان نصل الى جزء لا يتجزأ حتى تتعين الحركة. هويتها تتعين بالوجود فنصل الى الجزء الذي لا يتجزأ قلنا هذا محال. لماذا? لان الجزء الذي لا يتجزأ ما هو? امتداد بدون انقسام امتداد يعني الانقسام بدون انقسام يعني انقسام ولا انقسام ببدا الطلاق مبدأ التناقض واللازمان باطلا يعني الجزء الذي لا يتجزأ باطنون وكون الحركة لها جزء تصرم هو الماضي وجزء بعد لم يأتي فهويتها يعني لا شيء. نعم الثاني ان الحركة ليست هي الحصول في المكان الأول. نعم الحركة هي انتقال من المكان الأول ولهذا في الفلسفة يقولون ان البداية والنهاية ليستا من مقومات من مقومات الحركة لان هذه اندفاعية الانطلاقة الدفاعية والحركة تصرمية والوصول اندفاعي كذلك ليست تصرمية فيقولون ليس المبدأ والمنتهى من مقومات الحركة. هذه قاعدة صحيحة ان الحركة ليست هي الحصول في المكان الأول ان بعد لم تتحرك لان الجسم حينئذ لم يتحرك بعد ولا في المكان الثاني. سر هذا الكلام ليس في المكان الاول لان المكان الاول دفعي ولان الجسم حين اذنهم يتحرك بعد ولا في المكان الثاني لان الحركة انتهت وانقطعت دفعيا ولا المجموع لامتنع تحقق تحقق جزئي معا في الوجود. يعني اه لا يمكن ان يكون المكان الاول هو المكان الثاني فلا تكون موجودة خلصنا من شرها نعلم الحل لا يناقش هذه المسألة يقول خلاف الشهود يعني خلاف المرتكز نعم الفكر مطلق الفكر يجب ان نرجعه الى المرتكزات والمرتكزات يعني الشهود اذا سمعت الحوزاوي يقول مرتكز مرتكز يعني ما هو بفطرتنا مشاة نعم الثالث ان الحركة ليست واحدة فلا تكون موجودة نعم الوجود يسابق الوحدة. يعني الشيء الذي ليس له توحد في ذاته اه لا يكون موجودا والحركة تسرم كثرة نعم فلا تكونوا موجودة نحن نقول الحركة جمالها ان تكون كثيرة في الوحدة هوية الحركة كثرة في وحدة. يعني شيء واحد تتجدد له الحالات يعني يتكثر في حين وحدته فالكثرة تندك في الوحدة وهذا على فلسفة الوجود مبين بطريقة رائعة جدا وهذه الاستدلالات فتوى العلامة الحلي رحمة الله عليه في مقابل الحكم الضروري يعني الشهود فلا تكونوا مسموعا. خلاف المرتكزات. نعم اذا الحركة موجودة بالظرورة وبالشهود. قال يتوقف يعني وجود الحركة على المتقابلين والعلتين والمنسوب اليه والمقدار. هذه العبارة تشير الى اه مقومات الحركة مكونات الحركة المبدأ والمنتهى العلة الفاعلة العالية الفاعلية للحركة يعني العلة الفاعلة للحركة عن الطبيعة المتحركة والمادة القابلة للحركة ثم الزمان والسرعة وو مكونات متعددة فقط فقط مع هذه الدقيقة. المبدأ المنتهى مقومات نعم لكن ليس داخلين في هوية الحركة لان الانطلاقة الدفعية والوصول دفعي اقول وجود الحركة يتوقف يتوقف على امور ستة. لا معنى للحركة بدون انطلاقة ولا معنى للحركة بدون وصول نعم احدها ما منه الحركة يعني المبدأ والثاني ما اليه الحركة يعني مبدأ الحركة وموجهة. نعم فقط فقط لا يدخلان في هوية الحركة لان الحركة تسرم والمبدأ دفعي والمنتهى دفعي والظاهر ان مراده بالمتقابلين هذان. يعني المبدأ المنتهى لان المبدأ المنتهى متقابلا. ذاك في البداية وذاك في النهاية لا يجتمعان في شيء واحد باعتبار واحد. نعم الثالث ما هو ما به الحركة وهو السبب والعلة الفاعلية لوجودها يعني الطبيعة طبيعة الجسم التي تتحرك يعني انت الان فسيلة تتحرك الى النخلة في سياق تكاملي من يتحرك? تفضل هي الصورة صورة ببركة الاستعداد والمادة حاملة لهذا التغير فقط المادة حاملة للتغير في الانسان نطفة. الصورة النطفية هي التي تتغير وتتكامل الى الانسان. والبدن ارضية فقط تحمل هذا التغير لكن الصورة تتغير في صوريتها ام في الاستعداد الذي هو آآ من شؤوناتها في الاستعداد نعم يعني الصورة انظر بهذا الاستعداد من النطفية ببركة ذلك الاستعداد تنتقل من النطفية الى</w:t>
      </w:r>
    </w:p>
    <w:p>
      <w:r>
        <w:t>العلاقية ثم المبغية ثم الجنينية ثم الانسان آآ الارضي ثم الايس الملكوت ثم الانسان الاخروي هذا بحث في الحركة في الفلسفة هنا اه البحث الضيق وليس بذلك بتلك الدقة والوسعة. نعم الرابع ما له الحركة عن الجسم يعني الارضية الجسم المتحرك وهو العلة القابلية يقبل الحركة وهذان هما المرادان بقوله والعلتين في المتن يتوقف على المتقابلين يعني المبدأ والمنتهى والعلتين يعني العلة فاعلية للحركة وهي الصورة والعلة القابلية وهي المادة الخامس المنسوب اليه يعني المقولة نعم نعم المنسوب اليه يعني المقولة الخامس ما فيه الحركة اعني المقولة التي ينتقل الجسم فيها من نوع الى النوع من النوع من نوع النطفة الى مول النوع العرقان نوع المضغة نوع الجنين نوع الانسان الأرضي نوع الإنسان البرزقي نوع الإنسان الملكي نعم هذا ظاهرا مقولة الايب مقولة المتى والاين اثنين معا لتتحقق فيهما الحركة والظاهر انه المراد بقوله والمنسوب اليه يعني المقولة اذا المقولة تنسب الحركة اليها بالتبعية نعم نعم السادس هو مقدار الحركة. الزمن الذي تقع فيه الحركة وهو المراد بقوله والمقدار فان الزمان مقدار الحركة خليني ابين لك الزمان هنا في زمان عرفي يعني انت تقول انتقلت من النجف الى كربلاء في ساعة يعني انت عندك زمان اه هو ظرف للحركة تقول وفيه زمن خاص بحركتك انت. الزمن الاول للجميع ظرف للجميع وفيه الزمن مقدار الحركة لك انت فقط. نعم هذا الزمن الخاص نعم السادس الزمان الذي تقع فيه الحركة هو تعين من تعينات الحركة. اذا قلنا الزمن الخاص اذا قلنا الزمن العام هو الظرف الذي تنواجد فيه الحركة وهو المراد بقوله والمقدار فان الزمان مقدار الحركي. يوم مثلا زمن عرفي عام سنة زمن عرفي عام قرن زمن عرفي عام. تقول انه وجدت في القرن الفلاني من الف وتسعمية وستين الى اجل اخير. مم. اطال الله في اجلك في الخير والتقوى. نعم. اما الزمن الخاص لم يقبل دار الحركة الخاصة بك انت هنا العلامة الحلي لم يفكك بين الامرين مع الاسف. قال فما منه واليه قد يتحدا المحل محلا وقد يتضادان ذات وعرضا ما منه تمامين يعني المبدأ قلت لك من مقومات الحركة لكن لا يدخل في ماهية الحركة وكذلك المنتهى قد يتحدان محلا يعني انت انظر الان اه دوران الارض حول الشمس تبدأ من نقطة وتدور وتدور تعود اليها يعني هذه النقطة هي المبدأ وهي المنتهى لكن باعتبار باعتبار الانتقال وباعتبار الوصول. كما اعتبار اعتبارا لا يكون المبدأ من جميع الحيثيات هو المبدأ والمنتهى غير معقول مبدأ التناقض يقول غير معقول الانتقالة غير النهاية غير الوصول اذا يجب ان يكون هناك لحاظ. لحاظ الانتقالة يعني الف الانتقال والاندفاع والوصول نعم وقد يتضادان ذاتا وعرضا الحركة المستقيمة عندك النجف وعندك اللي كربلاء اقول ما منه ما اليه يعني المبدأ والمنتهى قد يكون محلهما واحدا لكن لا باعتبار باعتبار واحد. مشكلة كالنقطة في الحركة المستديرة كما قلت لك الارض تدور حول الشمس فانها بعينها مبدأ الحركة المستديرة ومنتهى لها. لكن باعتبارين يعني باعتبار الانتقاء انتقال او البداية وان باعتبار النهاية وقد يتغاير محلهما وقد يتغاير محلهما كالحركات المستقيمة اراكان مستقيم اما يعني من من النجف الى اه كربلاء ثم قد يتضاد المحل في المتكثر اما ذاتا كالحركة من السواد الى البياض هادي حركة في في الكيف الكيف المبصر والالوان  شي يتحرك من البياض الى الى السواد او بالعكس من السواد الى البياض بركة الملحد ثم يتأمل في الكون حتى التحرك فطرته يؤمن خرج من سواد سواد سواد الحقيقة الى ضياء الحقيقة. او العكس يكون مؤمنا ثم يرتد نعم فيتحرك من من البياض الى البياض المعنوي الى السواد المعنوي. طبعا السواد البياض مقولتان متظادتان لا يجتمعان في محل واحد او عرضا كالحركة من اليمين الى الشمال نعم الحركة من اليمين ومن الشمال ممكن تتكرر من اليمين الى الشمال. يعني ما كان اه مبدا صار منتهى وما كان منتهى صار مبدأ ولهذا يقولون بالعرظ عرضا وليس او عرظا نعم المسألة واضحة جدا قال ولهما اعتباران متقابلان اه احدهما بالنظر الى ما يقابلان له. هذه طبيعة طبيعة المحقق الطوسي يأتي بعبارات مغلقة تحتاج الى حوزوي استطلاب خاص بالحوزة يفكك هذه العبارات الحوزاوي انا في تصوري هو اللغة والمنطق ولهذا الطالب اول ما يدرس يدرس اللغة والمنطق نعم اللغة تساعد كثيرا في فهم النصوص والمنطق كذلك يساعد كثير في فهم النصوص ما هو السبب لان الذي يخاطبك بكلام او يكتب عنده معنى يريد ان يوصله لك. لا يستغني عن اللغة. لان اللغة هي التي تعطيه ادوات ايصال المعنى وعندهم طريقة عقلانية ايصال المعنى ولا معنى الطريقة العقلانية بدون معايير منطقية  حتى لعل من حلي لا يدعي انه احاط العبارة المغلقة احاطت تامة. ولهذا يقول الذي فهمناه من هذا الكلام يعني يمكن ان يكون هناك اه فهم اخر الذي فهمناه من هذا الكلام ان لكل واحد مما منه وما اليه اعتبارين. يعني المبدأ والمنتهى. اذا كلمة ولهما بحسب السياق واذا طبقت انت الادوات اللغوية تقول استئناف بياني. استئناف بياني يعني تربطه الماضي ولهما يعني المبدأ والمنتهى وحط اللغة كيف تفيد استئناف بيان يعني استمرار في الكلام يبين ما سبق ولهما اعتباران يعني للمبدأ والمنتهى اعتبارا لحظان متقابلا احدهما بالنظر الى ما يقال يقالان له يقول ان لكل واحد مما منه اليه وما اليه اعتبارين اعتبارين اسم ان اذا الكلام عن ماذا? عن المبدأ والمنتهى. جيد احدهما بالقياس الى ما يقال له اعني ذا المبدأ وذل منتهى نعم والثاني بقياس كل واحد الى صاحبه نعم ان المبدأ ويقاس الى ماذا يقاس الى ذي المبدأ يعني الشيء الذي يتحرك لان المبدأ لا معنى له يبقى في فراغ بدون متحرك فيكون مبدأ لمن? للجسم المتحرك طبعا الجسم هنا ارضية الذي يتحرك هو الصورة. نحن نقول هذه الاجسام ونقصد بها الصورة والمادة. ثانيا نقول الحديث جسم حديد جسمه ليس جسما والحديد مطلقا فيه جسم يعني امتداد وفيه صورة حديدية الذي وبما يغتقل حديد ام جسم الحديد الحديد يتحرك حتى يذوب يصير مثلا سائلا او الماء يتحرك حتى يصير بخارا اذا الماء اذا قيس الى المبدأ نقول ذو مبدأ قياس اعتبار والمنتهى كذلك نقيسو نقيسو الى البخار لأن هو المنتهى بعد تبخر الماء ما اليه نهاية الحركة نقول ثمن تاء هذا هو نعم يقول اه احدهما بالقياس الى ما يقال له يعني الذل مبدأ وذا المنتهى. والثاني بقياس كل واحد الى صاحبه نعم فالاول قياس التظايف والثاني قياس التظاد. نعم. قياس التظايف. لماذا نسبة تنسب المبدأ الى ذي المبدأ لا يعقل المبدأ الا بذي المبدأ وذي المبدأ لا يكون ذا مبدأ الا بالمبدأ. قياس هنا قياسية يعني مقولة اضافة. اما اذا قست المبدأ الى المنتهى</w:t>
      </w:r>
    </w:p>
    <w:p>
      <w:r>
        <w:t>المبدأ لا يقبل المنتهى والمنتهى لا يقبل المبدأ. المبدأ المنتهى غائب والمنتهى اذا تعين المبدأ انتفى راح لاحظت كيف نعم لكن هذا ليس التضاد المقولي تظل المقولة عرظا يعرضان موضوعا واحدا. لا هنا لا. المبدأ يجب ان ينتفي حتى يتعين المنتهى والمبدأ اذا تعين بعد غير موجود اذا لا لا يكونان من مقولة العرظ وبالتالي ليس التظادل التظادل العرضي. انا اسميه التضاد الوجودي مثل النار والماء او النار والخشب في تظاد النار تأتي وتهشم الخشب. نعم وذلك لان المبدأ لا يضايف المنتهى. اصلا المبدأ ينتفي حتى يتعين المنتهى. والمنتهى لم يتحقق بعد حتى يتعين المبدأ. لانسكاكهما تصورا. نعم صحيح? يعني انت تتصور المبدأ. المنتهى غير موجود واذا تصورت المنتهى المبدأ غير موجود بل يظايف ذا المبدأ. نعم يظايف ذا المبدأ المبدأ يظايف ذا المبدأ والمنتهى يظايف اه ذا المنتهى. فان المبدأ مبدأ لذي المبدأ. وكذا المنتهى اكتب تحتها هذا خط تحت آآ خطا يفيدك كثيرا. هذه هي القصدية التي بنى عليها الفيلسوف الالماني اليهودي هوسل مدرسة جديدة وهي الظاهراتية في نيمولوجي وهي منهجية وليست مدرسة فلسفية في الحقيقة هي منهجية فلسفية غيرت الرؤية تماما في الغرب فازدادت منهجية جديدة. ونحن نمارسها في الحوزة  تستطيع ان تقول اصالة المعية مبنية على هذه المنهجية المنهجية الظاء هيراتية هذه الظاهرات هي قامت على مبدأ ومبدأ القصدية. مبدأ القصدية احنا نسميه في في فلسفتنا المتعلق. يعني علم يحتاج الى معلوم نعم ارادة تحتاج الى مراد ومبدأ يحتاج الى آآ ذي المبدأ المنتهى يحتاج الى ذي المنتهى. هذا الاتجاه هذا القصد يسمى القصدية اخذها اخذها القرون الوسطى اخذتها القرون الوسطى من ابن سينا ثم احياها الفيلسوف برينتانو وتبناها تلميذه ارسل وتأسس علم جديد سمى الظاهراتية. انا اوصي الطلاب العزيز بدراسة هذا العلم لانه منهجية في فهم الوجود وحتى في فهم اه الدين نعم انظر ماذا قال يقول فان المبدأ مبدأ لذي المبدأ يحتاج الى متعة يعني اضافة قصد وكذا المنتهى نعم منتهى لدين منتهى واما اعتبار المبدأ الى المنتهى هناك قيس المبدأ الى المنتهى اذا كان المبدأ متعينا المنتهى غير موجود واذا وصلنا الى المنتهى المبدأ تبخرت فانه مضاد له. اذ ليس مضايفا نعم تظايف يستدعي ووجود الطرفين نعم ولا سلبا ولا ايجابا ولا عدما وما لك فلم يبق الا التضاد. ليس التضاد المقولي لان المبدأ والمنتهى لا يعرظان موظوعا واحدا. وهم امور عدنية امور عدمية نعم. اذا من التواضع الفلسفي او تقول من امور عدمية اصلا لا مقياس للمنتهى والى المبدأ. وهذان الاعتباران عن والتظايف والتضاد وبلال ولهذا قال ولهما اعتباران متقابلان احدهم بالنظر الى ما يقالان له يعني باعتبار يعني المبدأ باعتبار ذي المبدأ المنتهى باعتبار ذي المنتهى وف بينهما كذلك تضاد وانا لا اؤمن بهذا التضاد واعلم ان ها هنا اشكال وهو ان يقول الظدان لا يعرضان لموضوع واحد مجتمعا في نعم والمبذل الموتى قد يعرضان لجسم واحد نعم الظدان لا يعرضان لموضوع مجتمع فيه. لماذا? لان السواد مثلا اذا حل في موضوع البياض لا يكون والبياظ اذا حل في موظوع مادين لا يكون السواد والمبدأ المتعة يعرضان لجسم الواحد المتحرك اه كيف يكونان من الظدين يعني العلامة الحلي حس بالما حسيت انا به ان المبدأ المنتهى ليس من مقولة الفضائل اصلا امور عدمية لا وجود لهم الا بتبعي ماذا الحراك والجواب ان الظدين قد يجتمعان في جسم واحد اذا لم يكن الجسم موظوعا قريبا لهما. يعني هذا الاشكال الذي اثاره العلامة الحلي هو نفسه يرد عليه. والجواب ان الظدين قد يجتمعان في جسم واحد. قد قد يعني جزئيا اذا لم يكن الجسم موظوعا قريبا لهما وحال المبلغ وحال المبدأ والمنتهى هنا كذلك. لان موضوعهما الاطراف في الحركة المستقيمة. الاطراف يعني المبدأ المنتهى. الاطراف امور عدمية. يا سماحة الشيخ العزيز الإنطلاقة امر عدمي ولهذا لا تدخل في هوية الحركة. والمنتهى يعلن انطلاقة دفعية والمنتهى الدفعي فتكون من الامور العدمية اصلا ليست من سلخ الوجود حتى تدخل في مقولة الاظافة مقولة اه تقابل التظايف او تقابل الظدي او عدمها او التظاد سلب بانتفاء الموضوع. نعم لان موظوعهما الاطراف في الحركة المستقيمة وتلك متغايرة. بقي ان يقول هذا لا يتأتى في الحركات المستديرة وقد نبه المصنف رحمه الله عن ذلك بقوله قد يتحدان محلا فيكون وجه الخلاص عدم اجتماع الوصفين. اذ حال وصفه لكونهم منتهي ينتفع عنه كله مبدئا وفيه ما فيه يعني انما الحل لم يقبل هذا الكلام. وانا اقول لكم بصريح العبارة الانتقال يعني الحركة يعني بداية الحركة امر عدمي. انه دفعي والنهاية دفعية فتنتمي الى الامور العدمية والامور الدينية لا شيء نعم لا شيء منسوبة الى الحركة التي هي حقيقة منسوب كالعمى بالنسبة الى زيد. نعم نسبة مجازية نعم قال ولو تحرك يأتي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