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الطاهرين اعزائي الطلاب السلام عليكم ورحمة الله وبركاته وفقنا الله واياكم لكل خير ورزقنا الاخلاص بجوانحنا وفي جوارحنا فقط قبل الدخول في تحليل المتن اشير الى مسألة لماذا الحوزة العلمية تركز على دراسة النصوص بين قوسين المتون بالسلاح الحوزاوي قد يتعجب الانسان لماذا تربطني بكتاب وهذا الكتاب يبين او التجلي لسليقة المؤلف هذا الكلام انا سمعته من بعض الشخصيات في الحوزة يقول سبب التركيز على المتون لسببين يعني اية التركيز على المتون لسببين السبب الاول انت مثلا الان تدرس شرح شرح التجريد اه كشف المراد للاعلام الحلي يشرح التجريد لمن? للمحقق الطوسي متن كلامي وان كانت الالهيت بالمعنى العام ليس كلاما وانما هي فلسفة. الفلسفة مش شرعية حسب القديم الإلهيات او تقول عقيدة تبدأ من الالهيات بالمعنى الاخص لم يبقى شيء كثير حتى نصل اليها ان شاء الله اذا درست انت كشف المراد تفهم كل الكتب التي سبقت كشف المراد في هذا الفن الى لا بداية تفهمها كلها. لماذا? لان انت احطت بهذا المتن وباسرار المتن. والمتن السابقة ما بنيت على هذه الطريقة. ولا تكون اقوى من اللاحق ابدا هذه مهمة جدا فالانسان ينفتح على كنوز من الكتب ويستفيد ويستخرج الدرر ويفهم مباني العلماء في هذه الكتب هذه واحدة يعني السبب الاول. السبب الثاني الطالب مع هذه السجلات المعرفية. الاشكالات والمباني والمتن اه العميق والمعقد يجعل عقله يتحرك كثيرا فيتربى عقله على ماذا? على التحليل والتركيب والنقد والتطبيقات المنطقية وكشف المباني ولوازم المباني وهذا هو تكوين الشخصية العلمية هذا هو تكوين الشخصية العلمية. لا يكون الطالب اه متحركا نحو اه الاجتهاد في الفن فن من الفنون الا بهذه الطريقة. فنربطه بمتن اذا ترقى في الدراسة يصل الى الدراسات العليا ما يسمى بدرس خارج خرجت هناك يتعاطى مع النظريات بعيدة عن المتون قال ولو اتحدت العلتان ولو اتحدت العلة لانتفى المعلول قلنا العلة في الحركة هي الصورة النوعية وقابل الحركة هو الجسم يعني انت الان نطفة في الرحم الشريف تتحرك نحو الإنسان علاقة وهي حتى هي لها سابقة ممكن تكون لحما تفاحا موزا تما لا يهم الان نبدا منو نطفة في الرحم الشريف عندنا في النطفة اه لنقول في هذه الظاهرة احسن. ابعاد متعددة الظرف يعني الرحمة الشريف وما يعطيه لهذه اللطف علل الخارجية على اللطف نأتي الى التكوين الداخلي الصورة اللطفية المادة النطفية يعني الجسم ذلك الامتداد اذا رأيت النطفة على الشاشة في المكبر المجهر تراها ممتدة جسم وقابلية هذه النطفة ان تكون علقة ثم تتطور تصير مضغة ثم تتطور تصير جنينة ثم تتطور تصير انسانا ارظيا ثم انسانا برزخيا انسانا اخرويا قد يكون نورانيا قد يكون شيطانيا حسب وعيه وارادته لا يهمنا هذا الامر نأتي الى العلل الداخلية. خلينا من الرحمة الشريف الرحمي الشريف خليه جانبا صورة نطفية الجسم والقابلية بدون قابلية النطفة لا تصير علقة ابدا لان الصورة بفضل هذا الشأن اللي هو شأنها القابلية شأن الصورة لكن من يحمله الجسم؟ بهذا بهذا الاستعداد تصير هي علقة فتنتفي صورتها الاولى. يعني تتكامل سر علاقة وهكذا دوالي كلا الإنسان الأخروي الجسم ما هو؟ دور حامل للحركة فقط عامل لحركة هذه الصورة في سياقها التكامل. ببركة الاستعدادات فاذا صارت علقة تشأنت باستعداد جديد ما هو? الاستعداد الذي يؤهلها للمضغة. اذا صارت مضغة تأهلت باستعداد جديد لسيرورتها جنينا ثم في الجنينية تتشائم باستعداد جديد لان تصير انسانا ارضيا وهكذا اذا اساس الحركة هي الصورة خليلة من الاستعداد الاستعداد هذا ضروري الذي هو الذي يجعل الصورة النطفية تصير صورة آآ عراقية نأتي الى المادة. اذا من يكون سبب الحركة سبب الحركة الصورة الطبيعية وليس الجسم نعم هذه الصورة الطبيعية في الانسان مثلا عندها علة اساسية هي النفس خارجة عن الطبيعة الانسانية هي تحرك الطبيعة الانسانية لان النفسية التي تعي بغايتها فتكون عندنا علة داخلية هي الصورة الانسانية وعندنا النفس. في حالة الانسان هي الصورة الانسانية هي النفس هل الجسم يكون علة للحركة ابدا لماذا? لان الجسم لا بشرط لا بشرط لا بشرط من اي اتجاه اذا قلت الجسم هو اعلن للحركة يعني انت الان ترى النطفة تتحرك نحو المضغة العلق النطفة علاقة مضغة جنين. تتحرك في هذا السياق اذا كان الجسم هو سبب الحركة والجسم موجود في جميع الاشياء. الامتداد واحد في جميع الاشياء فالعلة الواحدة تولد معلوما واحدا. فكل هذه الاجسام تكون متحركة اه نفس الحركة. وهذا غير معقول غير معقول الارض لها امتداد وتتحرك في حركتها لا تصير علاقة ولا مضغة اذن الجسم لا بشرط يعني منفتح على جميع الاحتمالات اذا الذي جعل هذا الكيان النطفة على قهوة الصورة نعم وليس  الجسم طبعا هذه الصورة ليست لوحدها مسخرة من علل فوقية ومنها الله تعالى نحن نتكلم عن العلة القريبة في اصل النطفة قال ولو اتحدت العلتان يعني انتفى المعلول? نعم لو كانت كان الجسم اه هو العلة كالصورة وهذا هو الاتحاد لن تفاءل معلول السبب الذي بيناه. قد بينا انه يريد بالعلتين هما العلة الفاعلية عن المحرك والعلة القابلية اعني المتحركة للجسم. وادعى تغايرهما على معنى انه لا يجوز ان يكون الشيء اه محرك لنفسه بل انما يتحرك بقوة موجودة اما فيه كالطبيعة يعني الطبيعة النطفية او خارجة عنه كالعلل الراقية منها النفس منها الملائكة منها والله لانه لو تحرك لذاته لانتفت الحركة نعم اذ بقى العلم يستلزم بقاء اه المعلول تخيل الجسم هو هو المحرك نعم فالجسم ارضية يبقى ام لا? نعم يبقى تقول شيخنا هو مطية النطفة وهو معطية العلقة هو مطية المضغة مطية الجنين ومطية الانسان الارضي فقط فقط في البرزخ يأتي جسم برزخي لان النشأة تغيرت وجسم اخروي لان النشأة تغيرت فاذا كان الجسم هو العلة فالجسم يكون ساكنا ثم هو يكون عللين الى الحركة اذا كان الجسم علة للسكون فكيف يكون علل الحركة فتستمر هذه المعلولية فالحركة تنتفي جسم ساكن ثم يتحرك. من على السكون الجسم فكفى يكون متحركا اذا كان علل السكون والعلة ثابتة الجسم ثابت هذه الارضية هذه الارضية المطية جاءت ثابتة فالمعلول وهو السكون يكون ثابتا مع تابعا لها فلتنتفي الحركة نعم ولهذا يقول ولو اتحدت العلة لانتفى يعني انتفت الحراك نعم لانه لو تحرك لذاته لانتفت الحركة اذ تعلين مبدأ السبب الكافي. اذ بقى العلة يعني الجنس يستلزم بقاء المعلول فالجسم في حال السكون هو علة السكون وتقول انت في الحركة هو علة للحركة. اذا الجسم اذا كان علة للسكون فالسكون يبقى معه لان المعلول دائما تابع للعلة</w:t>
      </w:r>
    </w:p>
    <w:p>
      <w:r>
        <w:t>فإذا فرضنا الجسم لذاته علة للحركة كان كان علة لأجزائها فيكون كل جزء وجزء كل جزء منها باقيا ببقاء الجيز. يعني ما في حركة نعم حتى لو تحرك في مقطع وعلة هذا المقطع قوم الجسم لماذا هذا المقطع ينتفي والجسم يبقى? اذا المقطع يبقى مع بقاء الجسم والحركة يجب ان يزول هذا المقطع حتى يأتي مقطع ثاني نبين لك بالنطفة من علة الحركة الحركة النطفية الى الانسان الارضي تقول جسمها جيد جسم علة للنطفة على نطفة. كيف تغير انتفت النطفة وجاء الى العلاقة؟ وهو علة كذلك العلاقة العلة لا ينفك عنها معلولها. يعني اذا وصل الى العلاقة النطفة موجودة كذلك النطفة موجودة اذن النطفة لم تندثر والحركة ان المقطع الاول يزول حتى يترك النوبة للمقطع الثاني ثم المقطع الثاني يزول ثم يأتي المقطع الثالث. هذه هي طبيعة الحركة. فاذا كان الجسم هو العلة فيكون تكون النطفة حاضرة في جميع انه شعر فانا انا انسان ارضي فالنطفة حاضرة معي معقول! تقول شيخنا كيف حضر معك? لان علته هو الجسم والجسم موجود عندي انا فيكون المعلول معه. انظر هذه الدقة لانه لو تحرك لذاته يعني الجسم لانتفت الحركة اذ بقاء العلة يعني الجسم يستلزم بقاء المعلول فاذا فرظنا الجسم لذاته علة للحركة كان علة لاجزائها. يعني علة للنطفة والعلاقة والمضغة. والجنين والانسان الارضي. فيكون كل جزء منها باقي ببقاء الجسم يعني انت اذا كنت في الجنين تجد النطفة موجودة والعلاقة موجودة والمضغة موجودة. تقول شيخ كيف؟ نقول لان الجسم هو العلة. فاذا ان وجدت العلة ين وجد المعلول. لكن بقاء الجزء الاول منها يقتضي ان لا يوجد الثاني نعم لان الثاني متوقف على الزوال الاول. لامتناع اجتماعات زائية في الوجود. هذا يكتب. تحت اكتب هذا هو السر. لامتناع اجتماع اجزاء الحركة في الوجود طبيعة الحركة يجب ان تتصرم الاجزاء السابقة. حتى تترك الفرصة للاجزاء اللاحقة. فلا توجد الحركة ابدا تنتفي لان التصرف منتفي. الاجزاء كلها باقية. ثابتة. هذا الثبات وليس التصلب وقد فرضناها موجودة يعني الحركة وهذا خلف مبدأ التناقض والى نفي الحركة اشار بقوله انت فالمعلول انت دائما في تعاملك مع النصوص ركز على هذا الامر حبيبي جيدا نعطيك مفتاحا رائعا نعم ركز على مبدأ الهوية الان الكلام عن ماذا? عن الحراك هذه الحركة تتعين به امور تتعين بامور بمحمولات الملاك ما هو مبدأ السبب الكافي يبحث عن ملاك تعينها بالمحمول ثم انت ترقب مبدأ التناقض يدخل ام لا? اذا ادخل فالكلام كله زيف كله باطل. يعني هذا التعين خاطئ زيف لا يحكي الواقع اذا لم تتدخل مبدأ تدخل مبدأ التناقض فهذا التعين صحيح ثم يجر تعين اخر ثم تعين اخر يتشكل المسائل العينية قالوا عما هذا عما يكتب تحتها الا بشرط الجسم عام في جميع الواقعيات المادية نعم اذا كان هو علل الحركة يعني انا اذا تحركت خطوتين نحو الكاميرا انتم كلكم بوصفكم بوصفكم اجساما تتحركون حركتي انا. انه عام عام يعني لا بشرط موجود في جميع الواقعيات. غير معقول هذا خلاف البذاهة اقول هذه حجة ثانية على ان الفاعل للحركة ليس هو القابل يعني ليس هو الجسم. اعني نفس الجسمية والتقرير الحجة ان نقول اجسام متساوية في لا بشرط هذا والله بشرط يعني كلها امتداد كلها امتداد قابلة لا بشرط يعني تنسجم مع جميع التعينات. ماذا يقولون لا بشرط ينسجم مع الف شرط نعم جيد ماذا ينفعنا هنا? فلو قد قضت لذاتها فلو اقتضت لذاتها الحركة يعني هي تكون علة للحركة وليس الصورة النوعية اللازمة عمومها لكل جسم. فكان كل جسم مت حركا وهذا خلف يعني آآ يخالف الواقع فعندنا اجسام ثابتة يعني ساكنة هذا اشكال صحيح لكن الاشكال الدقيق انها كلها تتحرك حركة واحدة كلها حركة واحدة. يعني بمجرد انا اتحرك خطوتين الى الكاميرا. كل الواقعيات المادية تتبعني نحو نحو الكاميرا لماذا? لان الجسم واحد والعلة الواحدة تعطي الاثار واحد تعطي المال الواحد نعم. هذا هو السر يا العلامة الحلي ثم ان الجسمية ان اقتضت الحركة الى جهة معينة لازمت حركة كل الاجسام اليها هذا هو كلامي نعم هذا هو الكلام. نفس الكلام. يعني انا اذا تحركت نحو الكاميرا ثلاث خطوات ربع خطوات كل الواقعيات المادية تتحرك نحو الكاميرا. انظر ماذا يقول. ثم ان الجسمية ان اقتضت الحركة الى جهة معينة. يعني انا بوصفي جسم اتحرك نحو الكاميرا بخطوة طيب لزم حركة كل الاجسام كل الاجسام. ما السر ما هو؟ لان لا بشرط كلها امتداد علة واحدة ينسب اليها وهو باطل بالضرورة. خلاف الشهود يعني خلاف الشهود مبدأ التناقض نعم. وان كان الى جهة غير معينة انتفت الحركة. من جهة متقوة بالقصد يعني بالنهاية. بالغاية. واشار الى هذا الدليل بقوله وعام. اي وعمم فرضناه معلول وهو الحركة اما مطلقا او الى جهة معينة على ما قررناه اه ما قررناه الوجهين فيه هذا هو ونعم لان الجسم قلت له نعم حتى في الصور النوعية اذا كان الجسم علة الصورة النوعية وليس الله تعالى كما المادية تعتقد هذا الان عندك نتا تفاحة هنا وعندك عنب هنا وعندك ماء هنا وعندك ذهب الكل يشترك في الامتداد تقول شيخنا كيف? انظر امامك بالمعاينة امتداد امتداد امتداد العنب امامك ممتد الماء ممتد الذهب ممتد التفاح ممتد اليس كذلك اذا كان الامتداد علة للصورة التفاحية فتصير الواقعيات كلها تفاحة واحدة فقط. تفاحة تفاحة تفاحة عنب عنب عنب ماء ماء ماء ذهب ذهب ذهب ان العلة الواحدة تورث ماذا? معلول واحدا انظر الى ملحلي والمحقق الطوسي يطبقون قاعدة الواحد لا يزرعونه الا الواحد شاء ام ابى نعم ردوها بقوة فيما مضى اذا تتذكرون والان يطبقها في مساحات كبيرة من الفكر لانها شهودية نعم قال بخلاف الطبيعة المختلفة المستلزمة في حال ما اقول هذا جواب عن اشكال يعني دفع الدخل المقدر بقول الحوزوي يورد على هذين هذين الدليلين يعني الجسمية اه اذا كانت هي ملاك الحركة فتكن كل الاجسام متجهة نحو غاية واحدة. هذا اولا ثم ان الاجسام كما قال هنا الدليل الأول اه كل الاجسام تكون متحركة. ما عندنا جسم ساكن اه لان العلة العلة واحدة واذا كان الجسم هو علة الحركة الحركة اصلا تنتفي نعم الحركة تنتفي كما بينا هنا الاشكال على هذين هذين الدليلين. وتقريره يعني الاشكال ان نقول الطبيعة قد تقتضي الحركة. ولا يلزم اه ولا يلزم دوامها بدوام الطبيعة. ولا عمومها بعمومها. يعني قد يكون الجسم هو علة للحركة ولا لا يلزم الدوام  يعني اذا كان اه الجسم النطفة هو علة الحركة يعني هو يحرك النطفية الى العراقية هادي هي الحركة الحركة يعني تدرج النطفية حتى تصير علاقة ثم مضغة ثم جنين ثم انسان ارضي اليس كذلك الجسم واحد يقول له قد يكون هذا الجسم علة للنطفية</w:t>
      </w:r>
    </w:p>
    <w:p>
      <w:r>
        <w:t>ثم النطفة تستقر يعني تتدرج الى انه العلاقية الجسم لا يدوم كيف يعني موجود بدون علة بتروند روسل على مؤسس الرياضيات مؤسس المنطقة الرياضي الجديد اني عبقرية عجيبة لكن يقول ان الفلاسفة يقولون الميتافيزيقون يقولون لا يمكن الانشكاك بين العلة والمعلول ابدا زمنيا يقول قد تكون هناك علة تنتفي والمحلول يأتي ولا علاقة لنا بالعلة. طبعا باعتبارهم ماديين في الفكر يخلطون بين العلل الواقعية والعلل العرضية العلل العرضية اه هي العلل الاعدادية يعني مثلا النطفة هي علة للعلاقة ليس علة للعلاقة نعيلة اعدادية فتكون العلاقة تنتفي والعلاقة النطفة تنتفي والعلاقة تتعين نعم وانا اسأل كيف يكون المعلول معنون بالمعلولية والعلة غير موجودة اليس نقول في التعقل اه هم متظايفة لا ادري والله شيء عجيب غريب. نعم. وهذا اه المفكر الكبير دخل ابنه هكذا مصادفة الى غرفته تواجد بطروض روس والده نائم مع زوجته مع زوجته يعني هو نائم مع زوجة ابنه يمارس الجنس اذا غاب الدين عن الانسان فالانسان اتعس من الحيوان حيوان صدقني الحيوان هندسه الله تعالى بالغريزة في غاية الجمال نعم لا يتعدى غريزته ابدا. اما الانسان ينزل الى ادنى من الحيوان بل هم اضل اذا لا تقول ان العلم يفيد. العلم جزء علة للتزكية نعم قد يكون الانسان شق الشعر في العلم وهو في غاية السقوط نعم فكيف تكون الطبيعة اه زائلة واثرها موجود انا لا ادري. انظر ماذا يقول? ان نقول الطبيعة قد تقتضي الحركة. يعني الطبيعة الجسمية تولد الحركة العلة تولد المعلول. الطبيعة هي العلة والمعلول هو الحركة. ولا يلزم دوام الطبيعة او لا يلزم دوام الحركة بدوام الطبيعة ولا عموم الحركة بعموم الطبيعة هنا حافظ على العلة ونفى المعلول. كيف لا ادري يعني العلة موجودة والمعنى والغير موجود. هذا عقل  لا ادري كيف. وتقرير الجواب ان نقول الطبائع مختلفة فجاز اقتضاء بعضها الحركة الى جهة معينة بخلاف غيرها والى هذا اشار بقوله بقوله المختلفة يعني الطبائع مختلفة مختلفة بماذا? بصورها ليس بجسميتها. نعم اذا لان مختلفة بالصور والصور هي العلة والصور مختلفة فتكون الحركات مختلفة. يعني هذه الحركات التي تراها في الكون كلها ببركة الصور المختلفة. اذا علل متعددة لمعلومات متعددة. يعني طبائع متعددة لحركات متعددة ليس الجسم هو الذي يحرك الا يحد هو الذي يحرك او يعطي الحركة. اذا هنا جواب الحلي جواب مبنائي. يعني يريد يبين ان الطبيعة هي الصورة الطبيعية هي العلة وليس الجسم وتقرير الجواب ان نقول الطبائع مختلفة بصور نوعية فجاز اقتضاء بعضها الحركة الى جهة معينة بخلاف غيرها نعم نعم ذاك يتحرك نحو العلقة نحو المضغة والارض حول الشمس لان طبيعة الصورة الطبيعية للأرض غير الصورة الطبيعية للنطفأ وايضا الطبيعة لم نقل انها مطلقا علة للحركة يعني علة معدة فقط والا لزم المحال بل انما تقتضيها في حال ما وهو حال خروج الجسم عن مكانه الطبيعي نعم يعني فيه خروج من مبدأ الى منتهى اما حال بقاء الجسم في مكانه الطبيعي فلا تقتضي الحركة عن السكون واليه اشار بقوله مستلزمة في حال انما نعم في العبارة نعم بخلاف الطبيعة المختلفة يعني مختلفة في صور مستلزمة في حال ما يعني قد تكون متحركة قد تكون ساكنة نعم قال والمنسوب اليه اربع فان بسائط الجوار توجد دفعة ومركبات وتعدم بعدم اجزائها لان الوقت يكاد ينتهي انفكه لي حصة قادمة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