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جوانحنا وجوارحنا يا رب العالمين. قال والمنسوب اليه المنسوب اليه يعني ايه? المنسوب الحركة اليه اربع فإن بسائط الجوهر توجد دفعة ومركباتها تعدم بعدم اجزائها. فيشير الى المقولة التي تقع فيه الحركة كم كيف وضع وآآ اي نفقات هادي هي المقولة الاربعة العربية التي تحدث فيها الحركة والباقي لا امة قد تقول والحركة في الجوهر? يقول لا ابدا مستحيل لان الجوهر اما جزء فقط واحد فقط لا ينقسم وهو الدفعي نعم واذا كان الجوهر مركبا من اجزاء تخيل انه يحدث فيه اراك يعني تنتفي اجزاء اه تحدث اجزاء بمجرد ان تنتفئ اجزاء ينتفي الجوهر ولهذا لما سأل باه منيار الشيخ الرئيس بن سينا هل تؤمن بالحركة الجوهرية يعني بين السؤال والجواب فيه تصلم زماني قليل. قال اسأل ابن سينا آآ هو الذي يجيبك الذي سألته. يعني انا تغيرت في جوهري الان في هذه الثواني تغيرت انا صرت شخصية اخرى غير ابن سينا فاسأله ايجيبك وهذا مستحيل فان الحركة في الجور مستحيل حقيقة لانها مهوية مبدأ الهوية يحافظ على الهوية. لا معنى لتغير الهوية والا حياتنا كلها تختل يعني الان انت اه في عند الغروب وعندك شجرة في الحياط. في حوشك نخلة ثم الصباح تجدها ليست نقلة تجدها حية لا ادري ماذا فالحياة تختل لا تبقى نعم والحياة المجتمع المدني ملاكه اصالة المالية اسارة الوجود لا اما اصالة الوجود خرجنا من الجوهر. الجوهر صار  آآ المحاق وجئنا بالوجود والوجود يشتد الحركة هناك موجودة في متن الذات التي هي الوجود. هذا بحث في اصالة الوجود والحركة الجوهرية عند صدر المتألين لا تهمنا الان الذي يهمنا هو بيان الحركة في هذه المقولات يعني الكم والكيف والان والوضع واستحالة الحركة في الجمهور نعم والمنسوب اليه الحركة اربعة يعني المقولات فان اربعة يعني الكم والكيف والعين والوضع فان بسائط الجوهر يعني اذا قلت والجوهر كيف? نقول الجوهر مستحيل فيه الحركة لان مبدأ الهوية يحافظ على ماذا? يحافظ على الهوية. اذا الحركة دائما في المحمولات لمبدأ الجوهرية فإن بسائط الجوار توجد دفعة ما في حركة ومركباتها تعدم بعدم ارزاها. واذا انعدمت الاجزاء انعدم المركب ذهبت الهوية. تصبح تجد النخلة حية تنتظرك نعم وتجدها ماذا لا يدري ذهابا من يدريني انا اقول يريد المحقق المنسوب اليه ما توجد فيه الحركة على ما تقدم تفسيره يعني المقولة والحركة تقع في اربع مقولات لا غير مم  السي الحسن زاد املي في الحاشي يقول التحقيق في المقام يطلب في كتابنا الفارس الموسوم حركة بني كتاب هناك يبين الحركة على مبنى صدر المتألهين. هذا الكتاب لم ارى انا حتما يكونون نفيسا لان الرجل اية في العلم انصافا هناك يبطل هذه المقولة ويثبت ان الحركة في اصل الوجود موجود يعني في ذات الانسان موجودة نعم ما هي هذه المقولات الاربع الكم والكيف والاين والوظع لاين يعني كون الشيء في المكان والوظع كون شي منسوب الاجزاء ولا غيره ولا تقعوا فيما سوى ذلك الحركة اما الجوهر فقسمان بسيط ومركب فالبسيط يوجد دفعة فلا تتحقق فيه حركة لان البسيط اذا كان فيه جزء اخر يتحرك نحوه حتى يأتي الالتئام وتكون حركة نعم فلا تقع في حركة اذا المتحرك باقي حال الحركة نعم فلا تقع في الحركة. والمركب يعدم بعدم احد اجزائه. لان الحركة طبيعة التسرب الاجزاء الانتفاع الادزا ومجيء اجزاء اخرى. فلا تقع في الجوهر المركب حركة اذا المتحرك باقي حال الحركة والمركب ليس بباقي لان ينتفي بانتفاية زائه حال الحركة فلا تقع فيه حركة ايضا. هذا هو دليل المشاة على انتفال حركة الجوال. صدمة تأليين يغير المبنى ينتقل الجوهر والعوض بعد ماهيات تنتفي من براديج مهيات الى الوجود نعم قال والمضاف تابع هل الحركة تقع في مقولة الاضافة? لا يقول مقولة الاضافة التابعة لهذه المقولات الاربعة. فتتحرك بالمجاز نعم وليس بالحقيقة اقول المضاف لا تقع في حركة بالذات لانه اه ابدا تابع لغيره. قلنا  من اطلاقات اصطلاح الاعتبار يطلق على المقولة مقولة الاضافة يقول المقولة اعتبارية ما معناه ظعيفة الوجود ضعيفة الوجود نعم فان كان متبوعه قابل للشدة والظهر قابلها هو يعني بالمجاز وبالتبع والا فلا يمكن ان تكون حركة في الاضافة نعم خصوصا ان طرفي الاظافة يتعقلان معا اذا صارت الحركة في مقولة الاظافة التعقل يختل نعم التعقل يقتل. انا انا ارى السطح العنوان الفوقية والارض بعنوان التحتية. تخيل صارت حركة في هذه. يعني هذا استوديو ماذا يصير بالله عليك فوقية والتحتية تغير. ماذا يصنع الاستوديو لا ادري. ممكن الكاميرا تنقلب على رأسها وانا انقلب على رأسي. غير معقول هذا غير معقول نعم وكذا المتى كلشي في الزمن الحركة هي زمن. حركة من مقوماتها الزمان فتكون الحركة في الزمن. يعني كيف يعني الزمان يكون له زمان غير معقول. نعم ذكر الشيخ في النجاة ان متى يوجد للجسم بتوسط الحركة يعني الجسم متى يكون اه متى اذا تحرك عن الزمان يكون ببساطة بواسطة الحركة فكيف يكون في المة حركة بأن كل حركة في متى فلو كان في المتحركة حركة لكان المتى متى اخر ويلزم التسلسل وقال في الشفاء يشبه ان يكون المتى حال المتى كحال الاظافة في ان الانتقال لا يكون فيه بل يكون في كم او كيف ويكون الزمان لازما لذلك التغير فيعرض بسببه في تبدل يعني تبدل اضافي اه مجازي وتابعيين وهذا صحيح نعم اذا كانت الحركة تكون في اصل الزمان وهو حيثية من حيثيات الحركة اصل لا هوية له وحيثية كيف تكون الحركة فيه? كما ان الحركة في الحركة لا معنى لها هذا الكلام قالوا والجدة يعني الملك ودفعة اقول مقولة الملك يعني الجداء لا تتحقق فيها حركة لاننا قد بينا انها عبارة عن نسبة التملك اضافة فان حصل وقعت دفعة والا فلا حصول له فلا تعقل في حركة. اصلا هو اه اه دفعي تخيل انت الان تضع الخاتم في اصبعك قولوا انتم المحبس ها? الما حبسنا انظروا الان اه ندخل في يده هذا يوم ما قلت مقولة الجداء من مصادقها طبعا فاذا كانت هو يتحرك يعني هذه المقولة آآ متحركة. كون السي في اه يعني يكون شي محيطا محيطا او محاطا الحركة هنا لا تتعين الاحاطة ولا المحاطية لا الاحاطية ولا المحاطية فلا يمكن ان تتلبس بالخاتم ابدا اه ولا تعقل حركة في مقولته الفعل والانفعال. طبعا الفعل والانفعال هما من هما من سلخ الحركة</w:t>
      </w:r>
    </w:p>
    <w:p>
      <w:r>
        <w:t>انفعالي انا اكتب يعني حركة ان فعل يعني انا اتغير هما من مقولة الحركة. اقول هاتان المقولتان لا توجد حركة فيهما. لان الانتقال من التبرد الى التسخن. حركة انتقال وانت قلت انتقال ان كان بعد كمال التبرد وانتهائه لم يكن الانتقال من تبرد من التبرد من البرودة اذا التبرد قد قد عدم وانقطع وان كان قبل كمالي كان الجسم في حال واحد يعني حال الحركة متوجه الى كيفيتين متظديتين هذا هو الفعل برودة لا اقول صراحة ان كما قلت ان يفعل وان ينفعل من مقولات الحركة نعم المقولات الحركي تخيل انت النار وبجنب شمعة النار تلف الشمعة النار ان يفعل والشمعة ان تنفعل يعني ذوبان شمعة خرجت من الجمعية الى السائل. حركة والنار كذلك وهي تهشم هذه تذوب هذه الشمعة. كذلك حركة ان يفعل وان ينفعل. ينمي سلخ الحركة فلا تكون الحركة في الحركة غير معقول نعم قال ففي الكم باعتبارين يعني يبدأ يشعر في في المقولات. مقولات التي تحدث فيها الحركة كم كيف اين ووضع ففي الكم يبدأ بالكم نعم يمكن بطبيعة الحال في حجم ظاهرا نعم الحجم فقط اذا كنا في الكم المتصل راه كتصور في الحجم وليس في السطح والخط لان هذه امور عدمية ففي الكم باعتبارين يعني تحدث الحركة باعتبارين لدخول الماء القارورة المكبوتة عليه ان جاء مثال مصداقي حتى يبين المسألة لان تحتاج الى خيال واسع حتى تفهم هذه الامر وتصدعي الانية عند الغليان. خلي شوف تحليل العلماء الحلي لهذا الامر. عندنا ماء نصب عليه قارورة ماذا يحدث اقول لما بين ان الحركة تقع في اربع مقولات وابطل وقوعها في الزائد يعني في المقولات الاخرى ومنها الجوهر شرع في تفصيل ووقوع الحلقة في الحركة في مقولة مقولة مقولة بدأ بالكم فابتدأ بالكم وذكر ان الحركة تقع فيه باعتبارين. الى هنا لا شيء عليه واضح جدا احدهما تخلخل والتكاثف والثاني النمو والذبول. النمو حركة اجتدادية والذبل حركة تقهقرية نعم التخلخل يعني فيه داخل شي في داخل في شيء. والتكاثف نعم يعني كذلك اتساع في الحجم اما الاول فالمراد به زيادة مقدار الجسم ونقصان الجسم. يعني في التخلخل والتكاثر من غير ورود اجزاء جسمانية عليه يعني ما عندنا اجزاء خارجية دخلت في الجسم. فحادث التخلخل والتكاثف. يعني اه الزيادة في الحجم مقدار الجسم ولا الحجم ونقصان الحجم او انفصال او انفصال اجزاء منه يعني اجزاء تنتفي منه بناء على ان المقدار امر زائد على على الجسم المقدار طبعا المقدار عرض والجسم امتداد وان الجسم قابل للانتقال من نوع من الى نوع اخر على التدريج نعم ما يصير بخارا والبخار يصير معا. واستدل على وقوع الحركة بهذا الاعتبار بوجهين يعني باشارة مصداقية فقط. الاول ان القارورة قالوا لا يعني يعني اه القارورة او حتى كوب لا يهم ان القارورة اذا كبت على الماء كبى على الماء يعني الماء يصير محتويا داخل القارورة. فإن كان بعد المص دخلها الماء دخلها الماء يدخل لماذا تمس الهواء هي والا فلا مع ان الخلاء والملأ في البابين واحد فليس ذلك الا لان الهواء المحتقن داخل القارورة له مقدار طبيعي وبسبب المص اما القارورة تمصه او الماء يمصه يخرج شيء من الهواء يعني يخرج من القارورة شيء من الهواء فيكسب الباقي لضرورة الخلاء يعني لضرورة استحالة الخلاء مقدارا اكثر غير طبيعي فإذا كبت القارورة على الماء داخلها الماء فعاد الهواء الى مقداره الطبيعي لوجود المستخلف لنستخلفه الماء عن الهواء الخارج بالماس نعم طبيعة لا تخاف الخلاء نعم اذا هنا عندنا تخلل وعندنا كما يقول في المتن والتكاثف من احتاج الى تجربة تعرف ان القارورة واذا كبت على الماء بل ما لماذا يدخل؟ لان الهواء كان مسيطر على القارورة لا يمكن ان يدخل الماء الا اذا اختفى الهواء لان الطبيعة على مبناهم لا تقبل الخلاء ولا تقبل الفراغ فاذا اذا دخل داخل القارورة حتما يدخل بكل القارورة يعني الهواء كله يخرج يدخل جزء القارورة نصف نصف الهواء يخرج هذه قاعدة نعم نعيد التطبيق لعله يتضح لنا اكثر. يقول ان القارورة اذا كبت على الماء يعني عندنا ماء كبنا على آآ القارورة على الماء يعني الماء يدخل في القارورة فان كان بعد المص دخلها الماء مص الهواء يعني الهواء يختفي نعم والا فلا يعني اذا لم يكن النمص يعني اذا لم يختفي الهوى من القارورة لا يمكن الماء يدخل. لماذا? لان الماء لا يمكن ان يحتل الهواء. الهواء مسيطر على القارورة جسم الهواجس مع ما في خلاء يعني القارورة لا تكون خالية. الخلا محال نعم مع ان الخلاء والمنا في البابين واحد يعني اه اه الخلا يعني الفراغ من كل شيء. والملا يعني مملوءة من كل شيء. في البابين واحد نعم هنا لعل ما حسن زاد اموري يأتي مخطوطات بدل يعني يقول هذا الكلام في مخطوطة شين دال قاف صار نعم وهذ في مخطوطة زاء مع ان الخلاء والماء في البابين واحد قل هنا في البابين واحد وفي ميم مخطوطة ميم مع ان الخلا والما والماء في الماءين واحد نعم في المائين واحد وفي نسخة اخرى مع ان الخلاء والمناع في التأثير واحد وفي المطبوعة مع ان الخلا والماء في البابين واحد وانا انا اتصور ان الصحيح هو هذا. ولهذا المعنى لا لا لا يتوب. مع ان الخلاء والملا في التأثير واحد ايه التأثير واحد يعني الملأ يعني اذا كانت القارورة ممتلئة بالهواء الملا ياتي نعم لا يأتي اذا خلت من الهواء الماء يأتي التأثير واحد يعني اذا كان الملأ موجود الملاية لا يدخل قارورة نعم واذا كان الخلاء يعني الهوا راحة ياتي ياتي الماء وان كان الخلاء غير موجود ابدا غير موجود ابدا نعم يعني القارورة لا تخلو اما من الهواء واما من ماء. اذا ماذا يحدث تمص الهواء من يمص اما القارورة واما الا الما جيد فليس ذلك الا لان الهواء المحتقن داخل القارورة المحتقن يعني المحتوى له مقدار طبيعي طبعا له مقدار من يعني يحجب طبيعي وبسبب المص من يمصه الماء القارورة يخرج شيء من الهواء كي يكتسب الباقي لضرورة الخلاء مقدارا اكثر غير طبيعي. يعني الهواء الباقي يمتد فاذا كبت القارورة على الماء يعني يخرج مقدارا من الهواء الهواء ذاك يزداد نعم فاذا كبت القارورة على الماء يعني انت الان عندك قارورة على مبنى القدماء هذه القارورة مملوءة الهواء. تريد دخل شوية فيها ماء يجب تنقص شوية هواء. تمص الهواء بمثلا بهذا الابرة خرج شوية هوا نعم قليلي كيف وصل الى ان الاجسام اه اه هي فحركاتها تكون متساوية. فكيف هي غير متساوية في الطبيعة لأجل المانع من هوى وموانع. اخذ قنينة زجاجة مغلوقة من كل الجوانب. وسحب الهواء خالية من الهواء يقولون هم الخلاء مستحيل. فوضع ريشة اه رصاص</w:t>
      </w:r>
    </w:p>
    <w:p>
      <w:r>
        <w:t>فنزلت الريشة تابعة مصاحبة  للرصاص فكان كشف علمي خارقا نعم جيد انت اذا اردت من القارورة ان تدخل فيها الماء. تدخل شيا ماء نفرض مثلا كمية سين فيجب ان تخرج من من الهواء كمية سين المنطق يقول هكذا كيف بالمص خرجها بالمص نعم فاذا كبت القارورة حال اخراج جزء من من الهوى منها ذاك الهواء الباقي ينتشر لان الخلاء مستحيل فيزداد في كميته مقدارا اكثر من غير طبيعي فاذا كبت القارورة على الماء دخلها الماء فعاد الهواء الى مقداره الطبيعي. لان الماء اذا احتل ذاك المقدار من الفراغ الما يرجع. اذا اذا فيه تخلل وفيه تكاثف تكاثف يعني اندكاك وتخلل يعني انبساط. نعم عاد فعاد الهواء الى مقداره الطبيعي لوجود المستخلف استخدف ما هو عن الهواء وهو الماء الخارج بالمص يعني هذا الهواء الذي خرجناه بالمص اه عوضه الماء اذا حصل ماذا حصل للهواء تضخم وانكماش. التضخم يسمى التخلل. الانكماش يسمى التكاثف او العكس. ثاني ان الانية اذا ملئت ماء انيم ثم اذا ملئت ماء وسد رأسها سدا محكما وغليت بالنار فانها تنشق تنفجر تنفجر لماذا? لان هذا آآ الماء يغلى يعني يحدث ماذا? يحدث التخلل نعم وليس ذلك لمداخلة اجزاء النار لعدم الثقب في الانية فبقي ان يكون ذلك لزيادة مقدار ما فيها من الماء. وعندي في هذا للوجه نظر وان افاد الظن العلامة الحالية عندو اشكال على هذا اذن من هذا المثال الحسي تبتنا اه مسألة اه التخلل ومسألة ماذا? التكاثف كما جاء في في العبارة وكذلك اه مسألة النمو والذبول. النمو الذبل ممكن اه يأتي في التغذية بعد. قال وحركة اجزاء المتغذي في جميع الاقطار على التناسب نعم هنا يأتي النمو والذبول. اقول هذا هو الاعتبار الثاني وهو الحركة في الكم باعتبار النمو يعني الانسان ياكل ينمو واعلم ان النامي يزداد جسمه بسبب اتصال جسم اخر به. يعني لولا هذا الغذاء الذي يأتي ويدخل كيف ينمو? انا عندي صديق كان عندي صديق في الجزائر ممكن ياكل مقدار خمسة اشخاص ونحيف نحيف انا اتعجب انت روح هذه المادة اين تذهب هذه المادة? حقيقة شيء عجيب اتعجب منه. اذا جلس ما شاء الله عليه. جلس على الصفرة لا يتوقف من الاكل ياكل مقدار خمسة من الناس وجسمه لا يزداد لا في الوزن ولا يحزن. والله اتعجب من هذه المسألة. نعم يقول واعلم ان النامي الذي ينمو مثل الصبي ينمو في جسمه يزداد جسمه نعم بسبب اتصال جسم اخر من اين يأتي من الغداء به وتلك الزيادة ليست مطلقا بل اذا داخلت اجزاء المزيد عليه وتشبهت به. طبعا هذه اشارة الى ماذا الى هذه العملية الهضمة يولد خلطا يسمى خلطا هذا الخلط يروح للكبد وو ثم يصير دما. هذا الدم يوصل هذا الخلط الى آآ الاعضاء. كل عضو ياخذ ما يناسبه من هذا الخيط. فيعوض ما تخلل من الجسم. حتى يبقى الانسان نعم. ولهذا يقول اه اه وتلك الزيادة يعني الخلط ليست مطلقا بل اذا داخلت اجزاء المزيد عليه وتشبهت به. يعني تناسب الكبد تناسب اه الاعضاء الاخرى القلب اه فظد هذه الحالة الذبول. نعم. عندك صديق ثمين تخين ثم بعد سنة لم ترى تجده نحيفا تقولو راه ذبلت نتا راحت وقد يشتبه هذا بالسمن. نعم نعم السم ظهير المرظ والفرق بينهما ان الواقف في النمو قد يسمن كما ان المتزايد في النمو قد يهزل نعم. وذلك لان الزيادة اذا احدثت المنافذ في الاصل ودخلت فيها وتشبهت بطبيعة الاصل واندفعت اجزاء الاصيلة الى جميع الأقطار على نسبة واحدة في نوعه فذلك هو النمو. نعم هذا الخلط يعطي زائد للأعضاء فتنمو الأعضاء. نعم نعم والشيخ قد والشيخ قد يسمن لان اجزاءه الاصلية قد جفت وصلبت فلا يقوي يقوى المتغذي على تفريقها والنفوذ فيها نعم فلا تتحرك اجزاؤه الاصلية الى الزيادة فلا يكون ناميان وان تحرك لحمه الى الزيادة. ولهذا تجد انت تجد الكبار اه عادة لا يسمنون. فيكون ذلك في الحقيقة نمو في اللحم. لكن المقسم المسمى باسم النمو انما هو حركة الاعذار الاصلية وليست المتصلبة. نعم هذه كلها الآن تدرس بالفيزيولوجية وليس في الفلسفة ولا في العقائد. هذه بحوث فسلجية والفسلة فسلجة تقدمت تقدما ورائعا رائعا. وهي التي تؤدي الى تقدم الطب والعلوم الطبية نعم قال وفي الكيف لاستحالة المحسوس مع مع الجزم ببطلان الكمون والورود لتكذيب الحس لهما ياتي ان شاء الله لان ما بقي وقت كثير والمطلب واسع جدا نكمله ان شاء الله في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