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 الحركة وانتقلنا الى الحركة في الكيف يقول وفي الكيف للاستحالة المحسوسة وتقع الحركة في الكيف للاستحالة المحسوسة نرى يعود بخارا والبخار يعود ماء واللون الاسود يعود بياضا والبياض يعود اسود وهكذا نعم مع الجزم ببطلان الكمون يعني يقول صاحب الكمون ان الماء يصير بخارا ويتبخر يعني يصير حارا ثم يتبخر تتفكك اجزاؤه ويتلاشى ويصير بخارا لان في داخله في كمونه في بطونه اجزاء حارة بمجرد ان تجد ما يسانخها من تآثير خارجي تبرز للوجود فتحدث الحركة او الورود ورود اجزاء حارة من الخارج المحقق التونسي يقول مع الجزمي يعني مع القاطع ببطلان الكمون والورود يعني ورود اجزاء حارة على الماء من الخارج. لتكذيب الحس لهما لكن الحمد لله لأن هذه امور تجريبية والتجربة والاحكام الكلية الاحكام العقلية الكلية هي الميلاد ليس فقط نأتي من قبليات عقلية وبالتحليل والتركيب نصل الى الواقعية لا ابدا تجريبات تساعد كثيرا نعم الان اكتشفوا ان الماء لا عنده اجزاء في الكمون ولا ترد عليه الزامنا من الخارج طبيعة المعنى انها مادية اذا كان عامل خارجي كالنار او اي شيء يحرك ذراته الداخلية. هذه الحراكة الحركة اذا تحركت الذرات تشع وتعطي اشاعة فتحدث الحرارة اذن الحرارة حركة اجزاء لا هي كانت حارة بالكمون ولا جاءت من الخارج. هي بعد تأثير حراري خارجي  هذه الاجزاء تتحرك مثلا فاذا  عملت احتكاك بين يديك فهذه الذرات في اليد تتحرك وتشع اذا جاءت الاشعة تأتي الحرارة اقول لما فرغ من البحث عن الحركة في الكم شرع في الحركة في الكيف اعني الاستحالة يعني تحول من حالة الى حالة هذه هي الاستحالة واستدل على ذلك بالحس يعني بالشهود والحس لا يمكن التدليل به. التدليل دايما بالعقل لكن العقل بما انه حاضر في دائرة الحس ينسب للاستدلال للحس مجازا والا الشهود اصلا شهود ليس استدلالا مسامحة شهود يعني معاينة تعاين الواقع واستدل على ذلك بالحس يعني ليس استدلال المعاينة فانه يعني الحس او العقل في دائرة الحس يقتضي بسيرورة الماء البارد حارا. على التدريج بالتدرج وبالعكس كذلك الماء الحار يبرد بالتدرج وكذا في الالوان. يعني انت من اللون الابيض العمامة تصير صفراء وهكذا وكحلها تسود وغيرها من المصاديق من الكيفيات المصحف نعم اذا معنى دليل معاينة واذا كنا في المعاينة لا معنى للدليل واعلم ان الاراء لم تتفق على هذا يعني فيه اختلاف فان جماعة من القدماء انكروا الاستحالة وافترقوا في الاعتذار على الحرارة المحسوسة في الماء الى قسمين. يعني هم لم يرفضوا المعاينة اذعن بالمعاينة لماذا? لان الشهود شهود عقلي في ذلك في الحس المقاربة فقط تختلف احدهما ذهب الى ان في الماء اجزاء نارية كاملة هذه الكمون فيه فاذا ورد عليه نار من الخارج يعني علة معدة برزت تلك الاجزاء وظهرت للحس هذا مبنى الكمون والثاني ذهب الى الاجزاء النارية ترد عليه من خارج ورود وتداخل فيحس منه بالحرارة. فيحس منه بالحرارة والقولان باطنان فان الحس يكذبهما يعني الشهود العقلي يكذب هذان هذين الامرين. اما الاول ان الاجزاء كاملة يجب الاحساس بها عند مداخلة اليد لاجزاء لجميع اجزاء الماء وتفرقها قبل ورود الحرارة عليه ولما لم يكن كذلك دل على بطل الكمون. يعني انت اذا ادخلت يدك في الماء اذا كانت اه هذه الاجزاء موجودة في الكبول فتفرق اوصال اليد لانها حارة طبيعة الحرارة تقطع الاوصال نعم واليد تشعر بها في جميع انما نعم وهذا دليل على بطلان بطلان ولما لم يكن كذلك دل على بطلان الكمون يعني بطلانكم بتجربة تجربة معاينة واما الثاني الورود فلاننا نشاهد جبنا من كبريت اقرب منه منه نار صغيرة فيحترق مع انا نعلم انه لم يكن في تلك النار الصغيرة من الاجزاء النارية فيلاقي الجبل ويغلب عليه حس النعمة هذه كذلك مشاهدة فأبطل الدعوتين بالمشاهدة جدا اذا لا شك ان في حركة في الكيف نشاهدها ونعاينها نعم نطفة صغيرة تصير علقة مضغة جنين اه حجمه كبير ثم انسان ارضي حجمه اكثر قال ولف الاين والوضع ظاهر قالك في العلم انتقال السيارة منه النجف لا كربلاء في لوان الضنك حركة الارض حول الشمس وهكذا. اقول وقوع الحركة في هاتين المقلتين اعني الاي. والوضع ظاهر شهود لكن الشيخ ادعى انه الذي استخرج وقوع الحركة في الوضع نعم وقد وجد في كلام ابي نصر الفارابي اه وقوعها فيه يعني سبقه الفارابي الطبقة والفنادق نعم العالم الدين او الطالب يطالع يطالع كثيرا هذه المطالعة تعطيه خلفيات في ذاكرته ثم مع الزمن ينساها ثم يسترجعها مع النسيان ويقول انا ابتكرت هذه المسألة نعم كما يقال عن الشيخ الانصاري ادعى انه ابتكر مسألة وهي موجودة عند العلام الحلي لما طلع احد العلامة الحلي رسخت في ذاكرتي ثم مع الزمن نسي ثم استرجعها وقال انا ادعيتها وهي للعلام الحلي رحمة الله عليهم  اذا الفرابي سبق ابن سينا في الايمان بالحركة في الوضع. واعلم ان الحركة في الوضع وان استلزمت حركة الاجزاء في العين لكن ذلك باعتبار اخر مغاير لاعتبار حركة الجميع في الوضع السيد العلامة في نهاية الحكمة ينفي الحركة في العين. كل حركة في الوضع. لماذا? لان الكوب الكون مقعر او محدبة احسن نقول. محدب يعني انت الآن من النجف والى كربلاء ترى حركة مستقيمة يعني في الاين والا هذا اذا جئت الى الفيزيائي اقول هي مقوسة الا ان هذا القوس لا يلاحظ بالحس العرفي فيعتبرها مدى حراك في الان. يعني المسألة بحركة في الوضع الان تختفي تصير الحركة في الوضع نعم واعلم ان الحركة في الوضع وان استلزمت حركة الاجزاء في الاين وانا اقول تبعا للسيد العلامة ان الحركة في العين ما موجودة يعني كلها وضع لكن ذلك باعتبار اخر مغاير لاعتبار الحركة حركة الجميع في الوضع حركة الورد خير غير حركة العين. حركة العين تستدعي الاستقامة حركة الوضع تستدعي التحدب او التقعر قال وتعرظ لها وحدة باعتبار وحدة المقدار والمحل والقابل يعني الحركات في المقولة قد تتحد باعتبار باعتبار المحل يعني الموضوع والقابل  اقول حركة منها واحدة بالعدد ومنها كثيرة. واحدة بالعدد يعني تجتمع تتحد. كثيران متنوعة لا تجتمع امل واحدة في الحركة المتصلة من مبدأ المسافة الى نهايتها وقد بينا تعلق الحركة بامور ستة. والمقتضى لوحدتها انما هو ثلاثة منها لا غير. الأول وحدة الموضوع وهو امر ضروري في وحدة كل عرض لاستحالة قيام العرض بنحره. نعم يعني الجوهر واحد يعني موضوع الحركة واليه اشار بقوله والمحل يعني وتعرض لها وحدة باعتبار وحدة المقدار</w:t>
      </w:r>
    </w:p>
    <w:p>
      <w:r>
        <w:t>والمحل هذا هو الموضوع والقابل قبل يعني الجسم تاني وحدة الزمان وكذلك ايضا لاستحالة اعادة المعدوم بعينه. واليه اشار بقوله المقدار يعني مع الحركة من النجف الى كربلاء لا تقول تحركتها في ساعة وفي ربعين دقيقة في نفس الحركة غير معقول هذا. غير معقول نعم زمن واحد تالت واحد بس المقولة التي فيها الحركة فان الجسم الواحد قد يتحرك في الزمن الواحد حركتي كيف واي واليه اشار بقليل والقابل نعم قد يتحدن ويحتمل ان يكون القابل هو الموضوع والمحو هو المقولة. نعم. القابل الموضوع عن الجسم والمحل والمقولة ووحدة المحرك غير شرط في ان المتحرك بقوة بقوة ما ما مسافة اذا تحرك باخرى قبل انقطاع فعل الأولى اتحدت الحراك هنا واضحة جدا. واذا اتحدت الاشياء الثلاثة اتحد ما عنه وما اليه. يعني اتحدت الحركات في في الموضوع والمحل والفاعل اتحدت ما منه وما اليه يعني المبدأ والمنتهى. لكن كل واحد منا غير كافي فان المتحرك من مبدأ واحد ينتهي الى شيئين والمنتهي الى شيء واحد قد يتحرك من مبدأنا. يعني عندك انت اه السيارة تنتقل من بغداد والسيارة تنتقل من النجف الى كربلاء المنتهى واحد لكن المبدأ يختلف نعم هذه امور تحتاج الى مشاهدة بالدليل العقلي لوحده لا تكفنا نعم قال واختلاف المتقابلين والمنسوب اليه يقتضي الاختلاف قال اذا اختلف احد الامور الثلاثة اعلي ما منه يعني المبدأ وامي اليه المنتهى وما فيه يعني المقولة تلفت الحركة بالنوع يعني اما ان تكون حركة في الكيف او حركة في العين نعم او حركة في الوضع فان الحركة في الكيف تغير الحركة في الايد. وهذا ظاهر نعم ما دخل الحركة في الحجم؟ يعني عندك نطفة صارت جنينا هذا الجنين انتفخ زاد حجمه نعم هنا ليست حركة اينية يعني ولم يتحرك من مكان الى مكان. ما زال في بطن امه وايضا الصاعدة ضد الهابطة. نعم الحركة الصاعدة تضاد الهابطة واراد بالمتقابلين منه ومن اليه والمنسوب اليه. ما فيه ولا يشترط اختلاف الموضوع في الموضوعين الجسم فان الحجر والنار قد يتحركان حركة واحدة بالنوع نعم حركة بالنوع يعني مثلا الاستقامة ولا الفعل لان الطبيعة والقصيرية قد تصدر عنهما حركة واحدة به نعم طبيعة اذا رميتها انت الى السماء تكن قصرية والطبيعة موجودة يعني موضوع واحد نعم ولا الزمان لعدم اختلافه. الزمان ثابت نعم. ما عندك انت حركة عندها زمنا ابدا وفي هذه المباحث ذكرناه في كتاب الاسرار. يريد يعمق هذه المسائل لان البحث ليس في الحركة البحث في مقولتي الأين والوضع فقط ليبين ان هذه المقولة فيها حركة. اذا اردت الحركة بروح الى بحث الحركة. الان الجزء الثالث اللي الأصفار  طرحه الشيخ جويدي امرني لا ادري في خمس اجزاء او اكثر او اقل هناك اشبع الحركة بالمعنى القديم وبالمعنى الصدرائي هذه الامور تبحث في محلها بعمق على مبانيها اصولها نعم قال وتضادوا الاولين التظاد يعني الصاعدة والهابطة اقول من الحركات ما هو متضاد وهي الداخلة تحت جنس اخير كالصاعد او الهابطة فعمة تظادهما ليست تظاد المتحرك بإمكان صعود الحجر والنار يعني الحجر صاعد وحجر هابط صعود وهبوط ليس الملاك في التضاد هو الجسم يعني الحجر لانه قد يصعد وقد يهبط الجسم لا بشرط من الصعود الهبوط ولا تظاد المحرك لصدور الصعود من الطبع والقصر. نعم. يعني المتحرك يعني آآ الطبيعة المتحركة قد تكون الطبيعة بحالة القصر صاعدة في حالة غير القصر نازلة ولا الزمان لعدم تضاده. الزمان لا معنى للتضاد. يعني انت صعد مثلا في ثواني خمس ثواني. والنازلة في الهابطة يعني في خمس ثواني. زمني قد يكون واحدا ولا ما فيه الاتحاد ما فيه ولا ما فيه لاتحاد المسافة فيهما يعني الهابطة تقطع عشر امتار الصاعدة عشر امتار. فلم يبق الا ما منه وما اليه. يعني التضاد بالمبدأ والمنتهى الصاعدة مبدأها هو منتهى النازلة الهابطة ومنتهاه هو مبدأ الهابطة وهذا واضح جدا فلم يبق الا ما منه يعني المبدأ وما اليه المنتهى واليه واليه اشار بقوله وتضاد الاول التضاد ايوه التضاد الاولين يقضي التضاد واعني بالاول ما منه يعني المبدأ والمنتهى. ولا يمكن التضاد بالاستقامة تدارا لأن هوما غير متضادين آآ الحركة الاستقامية يعني من النجف والى كربلاء والحركة الإستدارية مثلا الإنسان يدور على ضريح المولى طمعا في الثواب ما عندها علاقة بهذا بهذا داك النوع وداك نوع لا تضاد بينهما. لماذا? لان الموضوع ليس واحدا امور جميلة الا انها ليس في موضعها تحتاج الى دراسة مفصلة في باب الحركة وانا تعجبت مما طلب مني المسؤول في هذه المؤسسة الجميلة ندرس الكتاب من بدايته في قوم يدرسوني فقط الالهيات. لماذا ما هو السبب? لان هذه الامور انطبخت وتعمقت وكثير منها بطل وكثير منها جديد قرأ الجديد عليها فلا معنى انت تبقى في القديم لا معنى ان تبقى في القضيب الذي يدرس الحلقة الثالثة مع من يدرس الكفاية فرق كبير من حيث الاحاطة بالمباني وهذه من حيث جمال العبارة والعمق والتحليل والتركيب الذي يتميز به السيد الصدر رحمة الله عليه فرق كبير نعم قال ولا مدخل للمتقابلين والفاعل في الانقسام نعم الحركة تنقسم باعتبار الزمان باعتبار المسافة باعتبار اعتبارات متعددة. قسمة تصورية نعم اقول حركة تنقسم بانقسام الزمان. فان الحركة في نصف الزمن نصف الحركة. في جميع جميع مع التساوي في السرعة والبطء نعم عندك انت من النجف الى كربلاء تتحرك بالسيارة اه اه عندك نصف الزمن لنفرض مثلا من النجف الى الى كربلاء ساعة فانت تقطع آآ وربع المسافة في نصف ساعة للإزدحام ممكن ممكن آآ اه نصف الزمان يعني ثلاثين دقيقة اه تقترب من كربلاء ثم يأتي الازدحام ما عنده علاقة السرعة والبطء وبانقسام المتحرك فانها اه الانقسام المتحرك يعني اه الطبيعة المتحركة فانها عرض حال فيه. يعني الحركة حالة في الطبيعة والحال في المنقسم يكون لا شك قاسمان وبينقسام ما فيه عن المسافة مسافة يعني هذه المسافة بين النجف وكربلاء. فان الحركة الى منتصفها منتصفها نصف الحركة الى منتهى ولا لا مدخل للمتقابلين يعني المبدأ والمنتهى وما اليه يعني منه وماله في الانقسام ولا الفاعل فعل الحركة. وذلك كله وظاهر هذه امور اه تحليلية للحركة والامور التحليلية في الاعم الاغلب تكون شهودية. تكون واضحة كما قال وذلك كله ظاهر اذا كنت في التحليل هناك الملاك لماذا? الملاك للشهود اذا كنت في التركيب هنالك الملاك للاستدلال ان التركيبة زيادة معلومة تظخم في المعلومة تراكم المعلومة هناك الملاك الاستدلال. اذا كنت في التحليل هناك لا تزيد المعلومة تدخل في قعر المعلومة وتبحث عن مكوناتها ومبادئها. هناك الشهود هو الملاك خذها قاعدة هذه لدائرة تحرير الملف هو الشهود فتكون المسائل واضحة الى الكشف المكشوف بسط المكشوف في التركيب تزيد المعلومة. هناك اتجه الى من بينك مبدأ السبب الكافي يبحث عن الملاك</w:t>
      </w:r>
    </w:p>
    <w:p>
      <w:r>
        <w:t>واذا تحرك مبنى السبب الكافي يعني انت في الاستدلال نعم قال وتعرض له كيفية تشتد فتكون الحركة سريعة وتضعف فتكون بطيئة ولا تختلف بها المهية. نعم الحركة هي الحركة لكن تشددت اذا امتنع المانع وتضعف اذا جاء المانع في الطريق مع قرا كيتحرك من النجف سريعا الى خرنص يتوقف شوية شوية. لماذا الازدحام لماذا للفهمان واضحة جدا اقول تعرض للحركة كيفية واحدة تشتد تارة وتضعف اخرى. شدة وضعف ولهذا الحركة التشكيكية فتكون الحركة باعتبار شدتها سريعة وباعتبار ضعفها بطيء وتلك الكيفية هي السرعة والبطء. نعم ولا تختلف مادة الحركة بهاتين الكيفيتين لوجهين الاول ان هذه الكيفية واحدة وانما تختلف بالقياس الى غيرها. يعني مفهوم قياسي التشكيك هو هذا التشكيك فلسفته ما هو؟ حقيقة واحدة تشتد هي الحقيقة هذه الحقيقة تبقى في سياق الاشتداد لا لا تختفي نعم تظلمه تاني يقول الحركي في الجوهر لانه اثبت ان الموضوع يبقى وهو الوجود. امل ما هي ما هي الجوهرية? اذا تحركت اختفت جوهريتها فمستحيل ان تكون الحركة في الجوهر بالذوق المعوي اما اذا قلنا الوجود لا الوجود يشتد لانها حقيقة واحدة اذن الهوية لا تختلف نعم ولا تختلف ماهية الحركة بهاتين الكيفيتين يعني الشدة والبطء لوجهين سببين. اول ان هذه الكيفية واحدة نعم شدة او ضعف وانما تختلف بالقياس الى غيرها فما هو سريع بالنسبة الي شيء قد يكون بطين بالنسبة الى غيره. نعم. قياسية نسبية. الثاني انا نقسم الجنس الواحد من الحركة الى الصاعد والهابط مثلا ونقسمه اذا الى السريع والبطيء وهاتان القسمتان ليستا مترتبتين حتى يكونوا عروظ احداهما للجنس بوسط الاخرى بل يعرظان ولذلك الجنس يعني للحركة وقد تبين ان الجنس واحد الحركة واحدة لا يعرض له فصلان من غير ترتيب الفصل احدهما خاص يعني الجنس اذا جاءه فصل يشكل نوعا ما وهي الحراك السرعة والبطء واذا جاء فصل اخر يتشكل الصعود والهبوط نعم اذا الحركة ثابتة في هويتها انها تشتد. من المشتد? تقول الحركة مشتدة سرعة الحركة بطيئة فهو البطء. اذا السرعة هي نفس الحركة بنحو. هذا نحو الاشتداد البطن هو نفس الحركة نعم اذا كان هناك منيع يعني ضعف في السرعة قال وسبب الوضوء نقول ان السبب السرعة ما هو رفع الموانع سبب البطء وجود الموانئ واضحة جدا. قال وسبب البطء الممانعة الخارجية. او الداخلية نعم الداخلية يعني الجسم في حد ذاته تقيل نعم ثقيل  صعب ان يتحرك في داخله فيه ممانعة نعم يقولون كيف نميز البيضة المسلوقة من غير المسلوقة? دورها. دورها سريعا اذا كانت مسلوقة في الماء تدور سريعا لماذا? لان المانع ما فيه اذا لم تكن مسروقة هذا السائل الداخلي ثقيل كفيلا ثقيل وغير متماسك البيضة المسلوقة فيكون مانعا داخليا فالدورة سريعة ان تقف نعم هذا هو السبب. سبب المانع وعدم المانع نعم وسبب البطء الممانعة الخارجية او الداخلية لا تخلوا السكنات. والا لا ما احس الدماء اتصف بالمقابل. هذا خلوه ان شاء الله للحصة القادمة لان التطبيق للعلامة الحلي طويل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