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لا زلنا في الحركة وقال اه وسبب البوط الممانعة الخارجية او الداخلية بينا المسألة بمثال آآ الممانعة الداخلية البيضاء المسروقة وغير المسروقة الممانعة الخارجية واضحة بالشهود الطيارة تمشي من البصرة الى كربلاء فيه الريح كبير جدا الريح فحتما اه سرعتها تكون اه بطيئة لماذا? لان المانع الخارجي لا تخلوا السكنات رد على المتكلمين سكنات امور عدمية كيف تتخلل الحركة والا لما احس بما اتصف بالمقابل يعني اذا كانت هذه السكنات موجودة داخل الشيء داخل الحركة لماذا لا نشعر بها في الحركة السريعة؟ المفروض كذلك تاكلها اه دور في تخفيف من الحركة السريعة. اقول اعلم ان المتكلمين ذهبوا الى ان تخلل السكنات بين اجزاء الحركة اه سبب للاحساس بالبطء يعني فيه سكنت سكنات عفوا انتم عدم المحاركة لأن للتقابل بين السكون والحركة ملكة وعدم الملكة المتكلم هنا المعتزلة هم الذين يفلسفون المباني نعم دين دين هداية الدين لم ياتي تعليم الانسان فقط تعليم طريق للتزكية للهداية نعم يتلو عليهم اياته يعني يؤسس لهم للمناخ الثقافي تغيير ثقافي ثم يزكيهم يعني التزكية هي الملاك. التزكية يعني الهداية الى المعنويات نعم فلو انتم تمسكتم بهذا الامر وهي فلسفة الدين العظيمة كانت الانسانية كلها بهداية نعم وهذه الامور ايها المتكلم خليها للفيلسوف الفيلسوف لا يتكلم باسم الدين ولم يتقمص يوما ما لباس الدين. الفيلسوف يبحث عن الحقيقة يصيب يصيب يخطئ يخطئ نعم اعلم ان المتكلمين ذهبوا الى ان تخلل السكنات بين اجزاء الحركة اه سبب للاحساس بالبطء. اذا سبب البطء سكنات في داخل الحركة. والاوائل يعني الفلاسفة لما امتنع عندهم وجود جزء لا يتجزأ لنادي السكنات لا تنقسم في الحركة امتنع استناد البطء الى تخلل السكنات. بل اسندوه نعم بل آآ اضرابية بل اسندوا الى الموانع الخارجية كالملأ يعني الهواء الأجواء في الحركات الطبيعية والى الداخلية الميول الطبيعية في الحركات القسرية نعم لانه لو كان تخلل السكنات سبب البوط لما احس بما اتصف بالمقابل. يعني انه يلزم عدم الإحساس بالحركات المتصفة بالسرعة. لماذا? لأن فيه سكنات كذلك التي هي مقابل مقابلة البوط لما تقدم في مسألة الجزء الذي لا يتجزأ. اذا كانت هذه السكنات موجودة مطلقا في الحركة. لماذا لا نحس فيها في الحركة السريعة? نعم اذا المبنى المتكلم تافه جدا تافه. اذا المانع قد يكون داخليا في تركيبة المتحرك وقد يكون خارجيا قال ولا ولا اتصال لذوات الزوايا والانعطاف لوجود زمان بين اني الميل او اللي عليك انت هذه العبارة اي اس طلاب حوزاوي يفكك باب المهم انت تطور نفسك انك طالع في جبل بالسيارة شرط انه الحركة مستقيمة يعني في طريق مباشر ومستقيم ما فيه التواء ولا تحدب ولا تقعر الى القمة نقطة ثم ينحدر الى مدينة اخرى لا طريق الا هذا مثل ما تذهب الى اردوغيل يقولون هكذا تمر بجبل كانك في الجنة خالق للعادة من الجمال جبل لكن ليس على الاستقامة فيه التواء نعم وفيه هناك ظاهر الإمام زادت زورو تاخد الثواب وتروح الى تنزل الى تخيل هكذا جبل الى ان الصعود الاستقامة لا في تقاعر ولا تحدب ولا التواء. مستقيم تصل الى النقطة تنزل تنحدر تشكل زاوية زاوية. عندك حركة مستقيمة تغاير حركة مستقيمة اخرى لا يهمنا الان نوعية الاختلاف هبوط وصعود او صعود وهبوط المهم في زاوية في نقطة هناك اه السرعة الاولى تصل الى الصفر يعني هناك ان ان ما في زمن ثم تبدا حركة من جديد في الهبوط الى المدينة اذا منتهى الحركة الاولى هو مبدأ الحركة الثانية وفيه نقطة انية نعم وان كان الزمن واحد قد الصعود يكون في ساعة والنزول يكون في ساعة ولا اتصال لذوات الزوايا. يعني الحركة الاستقامية الاولى في الصعود غير الحركة النازلة. ولا اتصال يعني ما في اتصال في انعطاف انعطاف نقطة تصير السرعة فيها صفر ثم من هذه النقطة يبدأ المبدأ الى المدينة الذي هو المنتهى. ولا اتصال لذوات الزوايا نواة الزواف بينت لك المسألة تعود استقامة ونزول استقامة يتشكل المثلث في زاوية في القمة والانعطاف نعم والانعطاف لوجود زمان بين الان الميلين نعم يعني انت تصل الى النقطة تنعطف. نعم اقول يريد دقق جيد في في الشرح تفهم ما بينته لك يريد ان كل حركتين مستقيمتين. كم? اثنان مختلفتين شرط ان يكون هناك اختلاف. الاختلاف بماذا ائتلاف بالمبدأ والمنتهى فان بينهما زمان زمان سكون يعني الان ثمان سكون هذا زمن السكون عبارة مفارقة كما بين الصاعدة والهابطة الصاعدة الى قمة الجبل والهابطة من قمة الجبل وعبر عن ذلك بذوات الزوايا وهي الحركة الحاصلة على خطين احدهما متصل بالاخر على غير الاستقامة يعني في انعطاف تغير الحركة والانعطاف وهي الحركة الراجعة من المنتهى الى المبدأ وانما وجب السكون بينهما في القمة لان لكل حركة علة تقتضي ايصال الجسم الى المطلوب. يعني نهاية الحركة والوصول موجود ان ان نكتب دفعي فعلته كذلك نعم يصل الى قمة الجبل يجب يقف حتى ينعطف. والا اذا لم يقف يعني لم يكن في سكون في ان يستمر يستمر في الفضاء نعم وهذا الان الذي وهذا الان يعني تلك النقطة في القمة التي تتوقف فيه السرعة حتى ينعطف الذي يوجد فيه الميل الميل الجاذبية ان مقتضي للوصول ليس هو ان الميل الذي يقتضي المفارقة نعم لاستحالة اجتماع المثلين طبعا باللحاظ يعني النقطة يعني الآن التوقف ذا في القمة. مرة تراها تلاحظها بالحركة الاولى الصاعدة مرت لاحظها الحركة النازلة نعم فتكون ماذا? فيكون انين نعم ولا يتصل الانان فلا بد من فاصل هو زمان عدم الميل فيكون الجسم ساكنا فيه وهو المطلوب. نعم يجب ان تصل آآ يصل الجسم الى آآ نقطة لا يتحرك فيها حتى يعود ينعطف اذا لم تقارب المسألة بالزاوية قاربها  حجر ارميه في السماء يتحرك بالاستقامة يصل الى سرعة صفر ثم يعود ما في زاوية هنا. الزاوية صفر اما اذا مثلت بالجبل يقول ذوات الزوايا نعم اذا الحركة الصاعدة غير الحركة النازلة الان في القمة وللمنعطف. هذا هو البحث سهل جدا قال والسكون حفظ النسب فهو ضد السكون هنا يسميه الظد لكن هو عدم ملكة في الحقيقة ليس ضد عدم الملكة. اقول اختلف الناس في تحقيق ماهية السكون وانها هل هي موجودة وجودية اذا كانت وجودية يتحقق الظدية وتحقق ضدي او عدمية تتحقق الملكة وعدم الملكة يعني السكون بمقابل الحركة يعني ايه السكون عدم الحركة? من شأنه ان يتحرك المتكلمون على الاول انها وجودية. فجعلوا عبارة عن حصول الجسم في حيز واحد اكثر من زمن واحد. يعني انا الآن تمر علي الدقائق وانا في مكان واحد</w:t>
      </w:r>
    </w:p>
    <w:p>
      <w:r>
        <w:t>فانا ساكن على مبنى المتكلم على مبنى الفيلسوف لا انا من شأن الحركة ولكن لست متحركا فالحركة معدومة عندي انا. ولكن من شأنها الحركة والحكماء على الثاني يعني عدميا. قالوا انه عدم الحركة. عما من شأنه انه يتحرك. وهذا هو التقابل ملكة وعدم الملك والمصنف رحمه الله اختار قول المتكلمين وهو انه وجودي اختار المبنى المتكلمين بوصفه جلس على عرش الكلام. اما في الفلسفة لا بالفلسفة كتبه الفلسفية يتبنى اه مبنى الفلاسفة. ولهذا شكك البعض في هذا الكتاب انه ليس للمحقق التوصي وهو اشتباه لأن العلامة الحين كان تلميذا له لا يعرف ان هذا الكتاب منحول وهذه الدقة لمن? لمن? هذه الدقة العلمية لمن? بغير المحقق التونسي. اعطوني عالما في زمانه يكتب بهذه الدقة وهذا العمق وهذا الاحاطة التامة غير المحقق التونسي لا الحل هو هذا انه في عرش الكلام يتكلم بلسان المتكلم. وهذا هو الإنصاف تقبل لا تقبل هذه مسألة اخرى. ممكن هو يرفض هذا المبنى كفيلسوف. كمتكلم يبين لسان المتكلم نعم والمصنف رحمه الله اختار قول المتكلمين وهو انه وجودي وان مقابلته للحركة تقابل الظدية لانها امر وجودي لا تقبل عدم الملكة كما يقول الفيلسوف وجعله عبارة عن حفظ النسب بين الاجسام الباقية على حالها. يعني انا الان منسوب الى الكاميرا في حالة حركة هذه النسب يعني اللحظات تختلف مرة يجيبوا لنا حركة متحركة متحركة في مثل القطار سكة صغيرة تحرك حتى يظهر المتكلم من زوايا متعددة الكاميرا متحركة يعني النسب تختلف مرة الكاميرا ساكنة انا اتحرك فالنسب تختلف ثبوت النسب يعني السكون نعم وجعله يعني السكون عبارة عن حفظ النسب بين الاجسام الباقية على حالها. كاميرا ثابتة ولا ثابت النسب ثابتة. هذا هو السكون عبقرية من المحقق التونسي لم يصل اليها المتكلم نعم قال يقابل الحركة يقابل حركة يعني الكلام عن السكون يقابل الحركة يعني السكون يقابل حركتين اقول يمكن ان يفهم من هذا الكلام يفهم يفهم يمكن ان يفهم من هذا الكلام معنيان معنيان يفهم من المجهول قبل المعنى الاول ما هو? انه اشارة الى الصحيح من الخلاف الواقع بين الاوائل من الاوائل يعني الفلاسفة ومن من ان المقابل الحركة والسكون في مبدأ الحركة لا نهايتها نعم او ان السكون مقابل الحركة من مكان السكون واليه مع يبقي محقق الطوسي يريد يبين بناء الخلاف يقول آآ احدهما يعني المعنى الاول انه اشارة الى الصحيح من الخلاف الواقع بين الاوائل والمتكلمين من ان المقابلة للحركة والسكون نعم عند المحقق والمتكلمين تقابل تضاد عند الفلاسفة تقابل ملكة وعدم ملكة من ان المقابل للحراك هو السكن في مبدأ الحركة لا بنهايتها كيف تقابل في الحركات يعني السكون ما عنده مبدأ وما عنده منتهى الا اذا قلت بقاء الجسم في مرور زمني تخيل انت الان انا الان نبدا من زمان الف والزمن يتحرك الى باء قد يكون الساعة قد يكون نصف ساعة وانا ساكن اذا عندي مبدأ و حركة الزمن وعندي منتهى حراك الزمن. جيد اذا اين الاختلاف بين الفلاسفة والمتكلمين فيلسوف يقول عدم ملكة. يعني اصلا حركة منتفية يعني سالبة بنتفاء الموضوع المتكلم يقول الحركة موجودة بالقوة يعني الحركة موجودة في تضادينا تظل لا معنى له الا اذا كانت الحركة هناك. تظاد ما معناه. يعني امران وجوديان يعرظان موظوع واحد بينهما غاية الخلاف. يعني اذا كان السكون لا تكون حركة. واذا كانت حركة لا تكون  السكون. جيد الآن نحن في السكون السكون عند الفلاسفة لا شيء يعني عدم الحركة عند المتكلمون امر وجودي اذن يقابل الحركة في ماذا يعني يتحد معها في المبدأ هو بقي على المبدأ والحركة تركت المبدأ الى المنتهى. يعني فيه انسجام في المبدأ والاختلاف في المنتهى حركة وصلت الى منتهاها والساكن بقي قابعا في مكانه. ولهذا يقول اه اشارة الى ان الصحيح من الخلاف الواقع بين الاوائل والمتكلمين بان المقابل للحركة يعني السكون هو السكون في مبدأ الحركة لا بنهايتها نعم لماذا? لان هو لم يصل الى النهاية اذا في المبدأ الحركة انتقلته وسكن هناك تقابل وجودي لكن في المنتهى هو غير موجود في المنتهى غير موجود في المنتهى. اذا هناك لا يتصور تقابل تقابل في المبدأ نعم في المبدأ هو يرفض الحركة امر وجودي رافض دافع للحركة والحركة تتحرك او ان السكون او ان السكون مقابل الحركة من مكان السكون واليه من مكان السكون اليه ما عندنا من مكان السكون واليه والحق هو الاخير يعني يتبنى لعل من حلي هو هذا الاخير لان السكون ليس عدم الحركة خاصة والا لكان المتحرك هي جهة ساكنا في غير تلك الجهة بل هو عدم كل حركة ممكنة في ذلك المكان واحتج الاولون بان السكون في النهاية كمال للحركة وكامل وكمال الشيء لا يقابله يعني انت الآن تتحرك من النجف الى كربلاء لماذا? حتى تستقر في كربلاء يعني تسكن في كربلاء كربلاء مدة زمنية محدودة بمقدار زيارة بمقدار شارع شيء اذا السكون غاية للحركة فكيف يكون اه ضد انها اذا كان ضدا لها لا تصل الى النهاية ابدا. نعم. واحتج الاولون بان السكون في النهاية كمال الحركة وكامل للشي لا يقابله. طبعا هنا بمسامحة صارخة من العلامة الحلي ان نهاية الحركة والسكون لا نهاية الحركة والكمال نهاية الحركة هو الكمال والكمال ليس سكونا الكمال شدة توسع نعم في العرف نعم في العرف يلازمه سكون يعني عدم الحركة. هذاك لازم طفيلي ليس هو الملاك يعني انت اذا سألت العرفي وصلت الى كربلاء? يقول نعم ايه انت ليس همك هو اصل الوصول يعني السكون يعني نهاية الحركة تالت القطعة يقول نعم. اشتريت الكتاب? يقول نعم. نزلت المولى. يقول نعم تنظر الى ماذا تحقق الاغراض يعني الكمالات اما كمالات دنيوية او كمالات راوية. والسكون متطفل نعم عرضي واحتج الاولون بان السكون في النهاية كمال للحركة لا السكون ليس كامل الحركة لانه امر عدمي عندكم ايها الفلاسفة وكمال الشي لا يقابله. والجواب ان السكر ليس كمال الحركة بل للمتحرك. نعم هذا الجواب صحيح جدا الحركة نهايتها الكمال ثاني ان السكون ضدن يقابل الحركة المستقيمة والمستديرة معا يعني الحركة المستقيمة يضادها السكون والمستديرة كذلك يضادها السكون وذلك لانه لما بين ان السكون عبارة عن حفظ النسب وكون حفظ النسب انما يتم ببقاء الجسم في مكانه على وضعه. وجب ان يكون السكون مقابل للحركة المستقيمة ومستديرة معا. لانتفاء حفظ النسب فيهما نعم لأن الحركة المستقيمة او المستديرة النسب تتعدد لا تبقى واحدة مرة يكون عن اليمين مرة يكون على الشمال مرة يكون فوق تحت النسب تختلف نعم قال وفي غير الاين حفظ النوع  يعني السكون في غير الايه? حفظ النوع. اقول لما بين ان السكون عبارة عن حفظ النسب وكان ذلك انما يتحقق في السكون في المكان</w:t>
      </w:r>
    </w:p>
    <w:p>
      <w:r>
        <w:t>كان ليس كل سكون في مكان وجب عليه ان يفسر السكون في غير الايل من المقولات فجعله عبارة عن حفظ نوع في المقولة التي تقع فيها الحركة نعم حفظ النوع يعني عدم تغير النوع نعم هذا هو السكون نعم يعني انت الان النطفة تتحرك في حجمها علاقة مضغة جنين وانسان في الأرض آآ لو بنية كبيرة جدا تفوق الجنين يعني مية كيلو تسعين كيلو قم اين السكون هنا تكون يومها ثبات النوع نبات الطبيعة نعم هذا هو السكون طلبنا لا معنى للكلام هذا نبات الطبيعة اي طبيعة من هاديك النطفة انتفت صارت علاقة علاقة الا اذا قلت ثبات في الجسم نعم ثبات في الجسم نعم اما ثبات النعلة العلاقة انتفت جاءت العلاقة انتفت جاء الموضة انتفت جاء الجنين تفاجأ الانسان الارظي وينتفي الى انسان برزقي ثم الى بنسة انسان اخروي. نعم الجنس حامل الطبيعة دقيقة واحدة فتقول ثبات الجسم. ثبات الجسم يعني السكون لا وفي غير الاين يعني في غير الحركة الاينية حفظ النور. اقول لما بين ان السكون عبارة عن حفظ النسب بيناها حفظ النسب وكان ذلك انما يتحقق في السكون فينما كان كان ليس كل سكون في مكان وجب علي ان يفسر السكون في غير الاين يعني ليس كل سكون في مكان عندنا حركات في الوضع وفي كيف وفي الكم كيف تفسر السكون هناك? يقول وجب عليه على المصنف ان يفسر السكون في غير العين من المقولات ما هي الكم والكيف والوضع? فجعل السكون في تلك المقولات عبارة عن حفظ النوع في المقولة التي تقع فيها الحركة نعم فوسع التعريف للسكون  قال ويتظادوا لتظادوا ما فيه نعم هادي خلوها ان شاء الله للحصة القادمة لان الوقت دهمني وانا عندي تسجيل اخر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