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باطنا وظاهرا وصلنا الى الالهيات بمعنى الاخص يعني المقصد الثالث نعم في اثبات الصانع تعالى وصفاته واثاره وفيه فصول الفصل الاول في وجوده تعالى قبل الدخول في الفصل الأول في وجوده تعالى اريد ابين مسألة مهمة جدا هذا المقصد له مقاربتان يعني المحقق الطوسي هنا يوظف مقاربتين مقاربة طبيعية ومقاربة واحيانا يعني حكمة طبيعية وحكمة وحيادية مرة يتكلم في الحكمة الطبيعية ومرة يتكلم في الحكمة الوحيانية يعني ان الله تعالى مرة يتعين بحكمة طبيعية وهو هو الله تعالى ومرة يتعين بحكمة وحيانية تأتينا من الانبياء وهو الله تعالى واحد الله تعالى بالحكمة الطبيعية هو الله في الحكمة الوحيانية لكن في الحكمة الطبيعية قوانين في الحكمة الوحيانية قوانين نعم وهو الله واحد اذا تحركنا في الحكمة الطبيعية يعني نأتي الى طبائع الاشياء بغض الطرف عن الوحي لا ندخل الوحي فقط ما تقتضيه طبائع الاشياء وهي منسوجة  بحكمة الهية بالغة فنحن هناك في المقاربة الاولى تسمى الالهيات الطبيعية الاهيات الطبيعية بمقابل الالهيات الوحيانية. في مقابل عنوانه ليس في مقابل يعني تظادها. بالعكس تخدمها كما سيتجلى لك في تحليل المد الحكمة الوحيانية تعين تعين الله تعالى بالوحي يعني الغيب هناك يخترق عالم الشهادة في تتعين هذه الحكمة بوحي يصل الينا من من خلال اولياء الله تعالى والانبياء فهذه الحكمة حكمة وحياة الحكمة الطبيعية نعاينها في الطبيعة طباع الاشياء طبائع الاشياء ليست طبيعة بمعنى المادة لا طبائع الاشياء حقائق الاشياء بمعزل عن الوحي. جاء الوحي ام لم يأتي نحن نعاين هذه الايات الافاقية والانفسية ونكتشف القوانين الحاكمة عليها بمعزل عن الوحي يعني طبيعة الاشياء نسميها الحكمة طبيعية اذا تعاملنا مع معطيات الوحي وهو يبين لنا العقيدة الله تعالى وصفاته وو نحن في الحكمة الوحيانية. لكن حتى في الحكمة الوحيانية هناك ملاكات واقعية ملاكات ذاتية يكشفها العقل. والا لا معنى لهذه الحكمة الوحيانية. يعني نقع في الداعشية وفي السلفية وو في الخرافات الدينية حتى في الحكمة الوحيانية هناك ملاكات ذاتية يصل اليها العقل ومرة لا لا يصل اليها العقل ليس لانها ليس من شأنه يأتي الوحي ويبينها وعادة في الامور الجزئية التي لا يطال يطالها العقل كشفا هذه النقطة يجب ان نفهمها جيدا وبالتالي اذا دخلنا الى تحليل المتن ابين هناك نحن في الحكمة الطبيعية ونبين للملاك لماذا نحن في الحكمة الطبيعية واذا كنا في الحكمة الوحيانية نبين اننا نحن في الحكمة الوحيدية ونبين الملاك الذاتي للمسألة وهل للعقل ان يكشفها? او لا واذا لم يكشفها العقل هل هذا عيب فيه ام لا? ليس من شأنه واذا كانت وحيانية خالصة ابين لانه وحياني لماذا وحيانية? خالصة هذه الرؤية يجب ان تكون عند الطالب العزيز. والا ليفهم هذا المتن الذي يتجلى او يتحرك في الحكمتين. الحكمة الطبيعية والحكمة الوحيانية فيقول الله تعالى وجود الله تعالى هنا في الحكمة الطبيعية والله كلمة روحانية اذا لماذا يقول وجود الله تعالى حكمة طبيعية مخلوطة بحكمة واحياناية. لماذا? لان في ذهنه الشريف ان الله هو واحد مرة يتعير بحكمة طبيعية مر بحكمة اه وحيانية لكن الدقة يجب ان تراعى مفروض يقول وجود واجب الوجود لا يأتي به كلمة الله كلمة الله ياتي بها اذا كنا في الحكمة الوحيانية. لكن اذا قلنا واجب الوجود هو الله لان الحكمة الطبيعية هي حكمة الهية والحكمة الوحيانية حكمة الهية كذلك تمشي الامور تمشي الامور يقول في وجوده تعالى. يعني يريد يثبت الله تعالى ان الله تعالى متحيذ بطاردية العدم يعني حقيقة حقيقة خارجية في كتابه فصول مصيرية وهو مقدمة لهذا الكتاب مع والحوزة العلمية لا تدرسه تدرس الباب الحادي عشر اصول الناصرية رهيب وان كان في الحجم صغير جد صغيرا جدا. انا درسته اكثر من اثناش دورات. طناش دورة اثنا عشر دورة بالفصحى نعم لجماله وعمقه وتسلسله العقلاني والمنطقي هناك يبدأ اولا في اثبات اصل الوجود اذا اثبت اصل الوجود انه عام بالاشتراك المعنوي يطال جميع الواقعيات يقسمه الى واجب وممكن ثم يروح الى الاستدلال على وجود الله تعالى او وجود واجب الوجود هذه هذا المسار هنا غير موجود. اين? في الفصول المصيرية يقول من ادرك شيئا بالادراك الحسي ادرك وجوده عبارة فاخرة جدا وممكن اذا سهل الله تعالى ندرس الفصول المصيرية في ستين حلقة او اقل او اكثر بي تحليل عميق جدا يكون مقدمة هذا الكتاب يقول من ادرك شيئا بالادراك الحسي يدرك وجوده بالادراك العقلي يعني عندنا شهودان شهود حسي وشهود عقلي يعني الان انا في مقابل الكاميرا وانت في مقابل الشاشة الان سواء او هذا الجوال فانت تدرك بالحس هذا الكيان وتدركه يعني حسك يعطيك هذا المعطى يعطيني معطى الكاميرا ويعطيك معطى شاشة اذا كنت في مقابل شاشة مثلا لاب توب هذا المعطى الحسي وانت تفتي بالشهود والبذاهة انه معدوم ام موجود؟ تقول لا شيخنا العزيز موجود كيف معدو؟ فانت ادركت الوجود في متن الكاميرا وفي متن الشاشة هذا الوجود يأتي ويحلله المحققة بالطونسي يقول هذه الكاميرا او اللاب توب امامك او الجوال كيف اتصف بالوجود يعني عندنا وجود عام تحسس بحصة وجود الكاميرا وجود الشاشة شاشة وجود شجر وجود الماء حصص من ذلك الوجود العام اذن الوجود العام تخصص بما هي من الماهيات فتقول الشجرة موجودة قصة من الوجود العام الماء وجودن الكاميرا وجودن الشمس وجودن. حصص لماذا? حصص من ذلك الوجود العام. تستل الوجود العام الذي يطال الجميع. فعندك هذا الوجود العام ثم تقول هذا الوجود العام يتجلى في حقيقة لا تحتاج الى علة سميها واجب الوجود و حقيقة ممكنة في الوجود يعني تحتاج الى علة حيثية تعليلية هذا هو المسار في الفصول المصيرية. جميل ورائع هنا لاختزل. ذهب مباشرة الى اثبات واجب الوجود. اذا نحن الان في حكمة طبيعية وليس في حكمة وحيانية نقول شيخنا ما الفرق بين الحكمة الطبيعية والحكمة الوحيانية? الحكمة الطبيعية تتعامل مع الايات الانفسية والافاقية بمعزل عن الوحي سنريهم اياتنا في الافاق وفي الانفس. حكمة الهية طبيعية تبحث عن القوانين الحاكمة على الطبائع التي طبائع في حد ذاتها تقتضي هذه القوانين نعم مرة لا تكون في النصوص الوحيانية النصوص الوحيانية الحقيقية انا؟ ليست الروايات ليست الروايات. يعني الروايات التي تتقي الى النصوص الوحيانية يعني الرواية لا تصطدم مع القرآن ولا مع الاصول العقلية ولا مع سلف الاولياء والائمة والانبياء ولا مع الاصول العقدية الكلية. رواية في اصول الكافي تضرب التوحيد. هذه رواية ليست دينا وليست نصا دينيا. النص هنا ليس بالمعنى الاصولي. النص بمعنى التكست</w:t>
      </w:r>
    </w:p>
    <w:p>
      <w:r>
        <w:t>نعم اذا تلقت هذه الروايات الى مستوى النصوص كالقرآن الكريم من حيث الصدور ووصلنا الى المراد الجدي منها هنا تعينت القضايا الوحيانية. نحن في الحكمة الوحي نية. الان نحن في الحكمة الطبيعية. لماذا? لاننا نتعامل مع الوجود هذا الوجود نعم هذا الوجود عام هذا حكم من احكامه لا يأتي النبي ويقول اسمع جيدا ان الوجود الذي يطال الواجب تعالى يطال الله جميع المخلوقات مشترك معنوي يعني يصدق عليها بمعنى واحد لا معنى لهذا الكلام هذه يكتشفها الانسان اذا تعامل مع طبائع الاشياء مع الايات الانفسية والافاقية بالاصطلاح القرآني وصل الى فيه وجود عام يطال واجب الوجود ويطال الممكنات فتقول واجب الوجود موجود الممكنات موجودة ولقائل يقول هذا تقسيم تصوري لم تثبته انت لم تثبت وجود الرد على الحقيقي هنا يأتي الدليل نعم نحن اذا كنا في الوجودات الممكنة نبحث عن ماذا? نبحث عن ملاك تحققها تقول شيخنا العزيز خطوة خطوة كيف اثبت الوجودات الممكنة? نقول بالشهود بالشهود. ما عندك الا الشهود. البداهة حاكمة. انت تعاين الاشياء انت الان في مقابل الشمس والشجرة تستدل ان تشاهد نعم تشاهد وهي بديهية بديهية يعني نور حاكم عليك. ضياء حاكم عليك الى طبيعة الوجوب هي يغمر الفاهم ويغمر الفهم والدين الان اعاين هذه الواقعيات ياتي مبدأ السبب الكافي المعيار الخامس مبدأ السبب الكافي يبحث عن يبحث في عمق هذه الممكنات فيها ملاك ذاتي يعطيها الوجود ام لا الملف الذاتي غير موجود بهذه الممكنات يعني ما عندها ملاك ذاتي يجعلها موجودة لذاتها هذا من يكشفه? يكشفه اه اه مبدأ السبب الكافي كيف تقول عندنا هذه الواقعيات كلما هيات وانا نتكلم على المبنى المهوي لان هذا الكتاب كله تقريبا اه ان لم نقل تسعة وتسعين بالمية اه ما هوي المشرب مهاويل يعني مباني مباني مهوية. اين هذه الماهيات انت اذا جئت الى الشجر الشمس القمر الماء الانسان الملك كل ما سوى الله تعالى يجب ان يتعين بهوية تميزه عن الهويات الاخرى يعني ماهيات متباينة كثرة جيد ابحث عن الشجرة لا تقل الشجرة في هويتها وجود. ابدا. الوجود يعرض عليها مبدأ الهوية الشجرية شجر شجر انتهى الامر ماء ماء الوجود ما فيه الوجود اذا انزاحت الى مبدأ الجوهرية. جاءت المحمولات التعينات. فالوجود تعين من التعينات يأتي بعد تعين الهوية اذا الهوية الشجرية الشجر شجر. مبدأ السبب الكافي لا يجد الملاك الذاتي للموجودية فيها خالية من الوجود والعدم. هذا هو الاقتضاء. تساوي النسبة الى الوجود والعدم. اذا لا يجد الوجود في الشجرة اقتضي لذاتها لانها اذا اقتضت الوجود لذاتها تكون ماذا؟ لا تحتاج الى آآ حيثية خلقية تعليلية ولا تنتمي الى عالم الممكنات. تنزاح الى عالم الوجوب اذن مبدأ السبب الكافي يأتي الى الهويات بإمكانية لا يجد اتصاف بالوجود لذاتها يعني ملاك ذاتي في حقيقتها. انا يبحث عن الولاية خارج هذه الواقعيات الممكنة. مهما انبسطت ومهما تسلسلت لا يهمني هذا الامر. يهمني هو الملاك. انها لا تقتضي الوجود في ذاتها وهذا الذي يسمى اللا اقتضاء اه يستدعي الامر ماذا هوية وجودية ليست كهذه الممكنات مبدأ السبب الكافي يقول ملاك اتصافها بالوجود او تحيفها بالوجود او تعين بالوجود بلاك ذاتي من هذه الواقعية? واجب الوجود. انتهى الامر انتهى الامر اصلا حتى التسلسل والدور لا نحتاجه قلت لك مهما تسلسلت الواقعيات ومهما دارت لا تجد الملاك الذاتي ملاك الوجود فيها الملاك الذاتي. ابدا فاقدة لهذا الملف من يفتي بذلك? مبدأ سبب كافي. لماذا? لان الهويات ليس في متنها الوجود. اما واجب الوجود هو متن الوجود. ليس له ما هي حتى تكون تكون ذاته المقدسة فاقدة للهوية الوجودية. تحتاج الى ملاك خارجي. لا لا ابدا ابدا اذا فهمنا المسألة هكذا الدليل يتضح اتفاحا رائعا. ولهذا قلت لكم هذه المعايير التي بينتها انا اجمالا فيما مضى مهمة جدا لفهم المتون وفهم الكون وفهم المعرفة دعم المعرفة. دقق معي الان في وجوده تعالى تقول شيخنا لماذا جاء بكلمة تعالى التي تفيد التقديس ونحن في حكمة طبيعية? اقول لك منطق الاشياء المفروض يقول في وجود واجب الوجود الا انه متكلم ومتكلم ومتشبع بالحكمة الوحيانية فلا يتخلى عن هذه يتخلى عن هذه ما تشبع به. اقول الموجود يعني اصل الواقعية ينطلق من اصل الواقعية ان كان واجبا يعني ملاك الاتصال بالوجود في ذاته ما بدا سبب الكافي يقول ذاته تقتضي الوجود ولا يحتاج الى امر خارجي ما يسمى بالاصطلاح الحيثية التعليلية ان كان واجبا يعني ثبت المطلوب يعني وجدنا هوية تقتضي الوجود لذاتها والا يعني لم يكن واجبا. ما معنى? يعني لم يكن واجبا يعني كان ممكنا. كل الهوية الامكانية مبدأ سبب الكافي يفتي بالقطع واليقين انها لا تقتضي الوجود لذاتها فها مبدا السبب الكافي يقول ابحث عن ملاك تحققها خارج هويتها. يعني واجب الوجود نعم والا يعني اذا لم يكن تكن يكن موجود هذا واجبا وكان ممكنا هذا الممكن يعني شجر بقر ما ذهب ملك لا يقتضي الوجود. يعني ذاته ليس لها ملاك ذاتي لاتصافها بالوجود وبتحققها. نعم وان تسلسلات وان تسلسلت. الملاك يتبعها ما هو؟ انها لا تقتضي الوجود جيد. ما رأيك ان هكذا تتسلسل? تتسلسل بدون شيء اخر يعطيها الوجود لانها هي لا تقتضيه لا يعقل تسلسل باطل والدور باطل. يعني هوية امكانية تعطي الوجود لهوية امكانية. ثم هذه الهوية الامكانية تعطي الوجود للهوية المكانية الاولى قلنا هي فاقدة لملاك تحققها كيف تعطي التحقق لغيرها الموجود. يعني اصل الواقعية ان كان واجبان ثبت المطلوب ما معنى? يعني في ذاته ملاك تحققه نعم والا يعني وان لم تكن يكن الموجود واجبا استلزم الواجب. لماذا? لان الممكنات لا تقتضي في ذاتها الوجود فتحتاج الى من يعطيها الوجود. يعني حيثية تعليمية وهي الواجب تعالى كما يقول في العنوان. لاستحالة الدور والتسلسل لا يمكن ان تبقى الاشياء هكذا متسلسلة بدون بدون ركن شديد يكون الوجود مقتضى ذاته. نعم والدور اتعس يعني الهوية التي ليس لها ملاك ذاتي في وجودها تعطي الوجود لغيرها. معقول? غير معقول اقول يريد المصنف اثبات واجب الوجود تعالى نيسان الحكمة الطبيعية مخلوط بالحكمة الوحيانية. ماعليش بينا المسألة واه وبيان صفاته تعالى وما يجوز عليه وما لا يجوز وآآ نعم يريد اثبات واجب الوجود تعالى وبيانه مفعول به ليس مقصود. وبيان صفاته وما يجوز عليه وما يجوز عليه وما لا يجوز. وبيان افعاله واثاره نقطة هنا المفروض نقطة لكن ما في نقطة وابتدأ كلامه باثبات وجوده تعالى لانه الاصل في ذلك كله. نعم. اذا لم تكن هلية بسيطة لا معنى للهدية المركبة لان الهدية المركبة متفرعة على الهلية البسيطة تبت العرش ثم نقش نعم. والدليل على وجوده انا نقول هنا موجود بالضرورة تقول من اين اتيت بهذه المقدمة؟ يعني اصل الواقع تقول بالشهود</w:t>
      </w:r>
    </w:p>
    <w:p>
      <w:r>
        <w:t>ما عندك الا الشهود نعم ولهذا يقول هناك موجود بالضرورة اكتب تحتها بالشهود بالنسبة الى الانسان الذي يشاهد. بالبداهة بالنسبة الى الواقع فان كان هذا الموجود بالظرورة واجبا فهو المطلوب. وان كان ممكنا. انظر ان محقق التوصيل لم يذكر الامكان طواه يعني والا يعني وان لم يكن واجبا كان ممكنا واضحا جدا العلامة اللي ذكره وان كان ممكنا. ما معنى? يعني لا يقتضي الوجود ولا يقتضي العذاب. ما معناه? يعني ليس له ملاك ذاتي يجعله موجودا. نعم. افتقر الى مؤثر يعني علة حيثية تعليلية مؤثرين موجودة بالظرورة والقطع. فذلك المؤثر ان كان واجبا فالمطلوب. وان كان ممكنا تقرأ الى مؤثر موجود. فان كان واجبا فالمطلوب وان كان ممكنا تسلسل او دار. والتسلسل عدم تعين الوجود والدور عدم تعين الوجود. مع ان الوجود متعين في واقعية خارجية كانت واجبة ثبت المطلوب كانت ممكنة قطعا تعتمد على من يعطيها الوجود لانها لا تقتضي في ذاتها الوجود. مبنى السبب الكافي هو الذي يفتيه بهذا الامر? نعم هذا البيان من العلامة الحلي هو تجلي مبدأ السبب الكافي. يعني مبدأ السبب الكافي يرشح في ذهنك هذا الاستدلال معيار حاكم على ذهنك يجعلك تترشح بهذا الاستدلال هادي حكمة الهية استعلائية غير الحكمة الإلهية الخلقية نعم لان هذه المعايير ليست مخلوقة هذه المعايير لا تنتمي الى اه لعالم الإمكان لأن اذا انتمت الى عالم الإمكان تخضع هذه المعايير تخضع لنفسها انها معايير سرمدية حكمة الهية سرمدية نعم وقد تقدم بطلانهما بطلان مان التسلسل والدور في بحث العلة والمعلول وهذا برهان قاطعون اشير اليه في الكتاب العزيز بقوله اولم يكفي بربك انه على كل شيء شهيد. جاء بالحد تيكمل واحد يعني دخلنا الى الحكمة الوحيانية. وقلت لكم في كل حكمة وحيانية. يعني في كل نص قرآني او غير قرآني العقل هناك حاضر والا صرنك الدواعش نعم وكالمسيحية واليهودية هذه الاديان التي تدمر العقل حتى تبقى نعم تدمر العقل حتى تبقى كتبت انا اه جملتين في صفحتي على الفيسبوك قلت غيرنا يخدر العقل ويدمر العقل لصالح الله تعالى وائمة عليهم السلام ينورون العقل يرقون العقل حتى يتماهى في القيم الالهية ويتماهى في الله تعالى. فرق كبير بيننا وبين غيرنا. نعم. اولم يكفي بربك انه على كل شيء شهد اين الملاك الذاتي هنا الذي يكشفه العقل الم يكفي بربك بربك انه على كل شيء شهيد على كل شيء يعني على كل مفردة خلقية شيء هنا يصدق على من سوى الله تعالى. يعني كل المخلوقات اذا جئت وتأملت فيها اذا لم تكن يكن الله شاهدا عليها يعني يعطيها ملاك واقعيتها اولا ويعطيها ملاك صفاتها يعني يعطيها ملاك الهدية البسيطة ويعطيها ملاك الهدية المركبة. يعني يعطيها ملاك هويتها ويعطيها ملاك اتصافها بالصفات اذا هو يكون في الرتبة الاولى وهي تكون في الرتبة الثانية هذا هو الشهيد مع مع فهذا النص القرآني ارقى من الدليل ارقى من الدليل الذي بينهوا المحقق الطوسي والاعلام المحلي او نقول لا هذه الحكمة الوحيانية اه تبينت ووضحت بهذا الدليل يريد يبين للمحقق الطوسي والاعلام الحلي ان الواقعية الامكانية ان لم تكن هناك واقعية تكون هي ملاك تعين الممكنات بالوجود هذه الممكنات تدخل في سلة العدم. سلة العدو وفي المحق اذا ملاك اعطاء الوجود للممكنات يكون في دائرة الممكنات ويعلو على الممكنات وهذا هو معنى الشهيد. اذا هنا حكمة طبيعية تتمثل في هذا الاستدلال الذي جاء به العلم الحلمي مفصلا وتتمثل في هذا النص الذي هو حكمة وحيانية وفي قلبه الملاك الذاتي اذا لم يكن الملف الذاتي الذي يصل اليه العقل فنحن بعد مقلدة نعم التحرك بدون عقل بدون عقل نعم والحمد لله الإسلام الأصيل دائما ثقافته هذه حركته هذه وبالتالي هذه الحركات المنحرفة هنا وهناك لا تصمد لماذا? لانها تنهج هذا المنهاج تريد تقود الأمة بدون عاقل نعم حتى تأكل خيرتها. صدقني الدنيويون يوظفون المقدس لمصالحهم وهو استدلال لمي. استدلال لمي يعني الانتقال من العلة الى المعلول. يعني انتقلنا من ميلات تحقق الممكنات بالوجود من هو? ملاك هو الله تعالى والحيثية التعليمية نعم. اذا هو السابق وهي اللاحقة والمتكلمون سلكوا طريقا اخر فقالوا العالم يعني ما سوى الله تعالى حادث يعني مخلوق من عدم يعني لم يكن ثم كان يعني مسبوق بالعدم الزماني فلا بد له من محدث فلو كان محدثا هذا المحدث تسلسل او دار يعني الفيلسوف يتكلم بمنطق الإمكان يعني اللا اقتضاء يعني الهوية ليست في دائرة دائرتها الوجود المتكلم بها يتكلم بلسان الحدوث يعني لم يكن في زمن طابق ثم ان وجد في زمان السابق نعم وان كان قديما ثبت المطلوب لان القدم يستلزم الوجوب على مبناه لا قديم الا الله تعالى وهذه الطريقة انما تتمشى بالطريقة الاولى فلهذا اختاره المصنف رحمه الله على هذه هذا الكلام اكتب تحته خط وهذه الطريقة تتمشى بالطريقة الاولى انا اسأل المتكلم ما هو دليل الدليل على ان هذا ليس باله. خاتم نحبس نحبس ليس باله اعطيني انت بلاك انه ليس بيئي له يقول لانه مسبوق اه لعدم الزماني يعني لم يكن ثم كان. كيف عرفت انه لم يكن ثم كان كيف عرفت انه اه قال ثم لم يكن ثم كان. جاي تسلمنا لم يكن ثم كان. الان كان هل يحتاج الى حدوث? لا لا يحتزن التحصيل للحاصل اذا يدخل في دائرة الوجوب المطلق الا اذا قلت ان هذا هويته لا تقتضي الوجود وهذا هو معنى الامكان الامكان المهوي في البرادق المهوي او الامكان الوجودي والفقري عند صدر المتألين. بدون هذا الامكان لا يمكن ان يتم هذا الدليل. دليل الحدوث وكل الادلة الاخرى نعم ولهذا قال وهذه الطريقة طريقة المتكلمين انما تتمشى يعني تصير حقيقية ودليلا بالمعنى الحقيقي بالطريقة الاولى يعني التقسيم الموجود الى واجب وممكن وننطلق من الممكن الذي لا يقتضي وجوده لا يقتضي العدم ولهذا اختارها يعني الطريقة الاولى المصنف رحمه الله على هذه على طريقة المتكلمين التي تعتمد على الحدوث كون شي مسبوق بعدم الزمان ثم دخل الوجوب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