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رزقنا الله واياكم الاخلاص في العمل والتوفيق كنا في المسألة الاولى في اثبات واجب الوجود اعيدها باختصار ثم ابين الدليل المتكلمين وما يرد عليه من اشكالات ثم ندخل في صفة القدرة. المسألة الثانية الحكيم عاين الواقعيات  كشف في الممكنات يعني ما سوى الله انها ماهية لا تقتضي الوجود ولا تقتضي العدم وهذا هو الإمكان يعني بوصف الامكان وصل الى ان الماهيات لا تقتضي بذاتها الوجود. يعني ليس لها ملاك ذاتي اتصافها بالوجود فتحتاج الى حيثية تعليلية يعني علة تفيض عليها الوجود هذه العلة يجب ان تقتضي الوجود لذاتها وهي واجب الوجود هذا هو الدليل يعني مبدأ السبب الكافي لما تأمل الماهيات على انبساطها وكثرتها لا يهم وجدها انها لا تقتضي الوجود لذاتها. يعني ليس لها ملاك ذاتي يجعلها تتصف بالوجود فالوجود مفرد عليها من علة يجب ان تكون هذه العلة تقتضي الوجود لذاتها وهي واجب الوجود وانتهى الامر ما محتاج لا نحتاج الى بطلان التسلسل ولا بطلان الدور لماذا? لاننا اذا وضعنا يدنا على ممكن لا نحيله الى ممكن لأن الملاك واحد هذا الذي احن اليه مصير الممكن الأول هو كذلك متورط العنوان اه بالعنوان نفسه يعني لا يقتضي الوجود لذاته فلا نحتاج لا الى الدور ولا الى التسلسل هذا من? هذا الفيلسوف الحكيم. نأتي الى المتكلم المتكلم لا يعرف معنى الامكان ولا اقتضاء ليست في مجاله التداولي وليس في قبليته ولا في خلفياته المعرفية الذي يعرفه انه لم يكن شيء في زمان منبسط ثم الله تعالى وضع بهذا الاين وهذا الفراغ الوجودات بعد لم تكن في زمان متسرب اه ثم اوجدها فحدثت. يعني الملاك والحدود فيقول الكون حادث فيحتاج الى محدث يرد على هذا الدليل اشكالان اساسيان اولا هذا يثبت المحدث لا يثبت الواجب ليس كالدليل الفلاسفة. دليل الفلاسفة يوصلنا الى ذات تقتضي في ذاتها الوجود وهي واجب الوجود يعني ضرورة الوجود بالنسبة الى الذات المقدسة اما دليل المتكلم يثبت انه هناك محدث لا يثبت انه هناك واجب الوجود. هذه الثغرة الاولى. الثغرة الثانية انت الان امام الحادث هل يحتاج الى عنا في حدوثه مرة ثانية الا اه فكيف عرفنا انه يحتاج الى علة. تقول مسبوقية هذا الحادث بعدم الزمني كيف عرفت انت ان هناك عدم زماني من اين عرفت نعم كلها تخرصات لا معنى اذا اذا ما ارجعنا هذا الحادث الى الامكان الذي يقول به الفيلسوف فهذا الدليل لا يتب اولا واذا تم لا يثبتوا واجب الوجود من بل يثبت المحدث فقط موجود احدث الكون نعم ولا يثبتوا هذه الصفة صفة وجوب الوجود هذا مر علينا واعدت البيان اهمية المسألة في حد ذاتها. في النسق العقدي وفي الالهيات نأتي الان الى الفصل الثاني يبدأ بصفة القدرة هنا اضيء مسألة ثم اعود الى البحر العرفاء يبدأون بالحب الفلاسفة يبدأون بالعلم والمتكلمون يبدأون بالقدرة فرق كبير في المقاربة حب علم قدرة عند من? عند العارف علم يعني تخطيط هندسة قدرة تتبع هذه الهندسة هذا الفيلسوف. المتكلم ذهب الى القدرة ولهذا الفرق الكلامية في نهاية المطاف تؤدي الى التكفير والعنف. لا تفهم الى القدرة تكفير العنف اغلب الفرق الكلامية اقصائية تكفيرية تجميلية ترى هي محور نفسها محور الوجود وترى نفسها هي شعب الله المختار نعم باي طريقة وظف المحققة توصي هنا مبدأ السبب الكافي لاثبات هذه الصفة. صفة القدرة يقول عندنا هذا العالم الظخم ان وجد بعدما لم يكن اذا وجد بعد عدم سابق يعني حدث ودخل الوجود يعني فيه علتنا دي قادرة تناسب عظمة العالم نعم هذا هو المبدأ سبب الكافي يعني سبب الكافي ركز على هذا الأمر خروج هذا العالم الضخم من كتم العدم يدل يدل على القدرة قال المسألة الاولى في انه تعالى قادر قال الثاني في صفاته يعني الفصل الثاني في صفاته صفات الله تعالى واجب الوجود وجود العالم. يعني ما سوى الله بعد عدم الزمان يكتب عدم بعد عدمه الزمني يعني مر زمان متصرم لم يكن فيه العالم ثم ان وجد في نقطة زمنية خاصة هناك شرعا الوجود الخلقي نعم وجود العالم بعد عدمه يعني بعد عدم العالم ينفي الايجاب يعني ينفي اضطرار ما دخل الاضطرار هنا انا لا ادري المفروض يقول واجب الوجود واجب الوجود في ذاتي وواجب الوجود في ذاتي واجب الوجود في كمالاته والقدرة كمال فهو قادر  ولا هنلمي عميق ما يحتاج الى هذه الامور التي تتعب الدين ولا طائل من ورائها اذا عند المتكلم الله مختار. سلمنا اللهم اقتر حقيقة نحن ننصف ننصف المتكلم وننصف الفيلسوف من اخطأ نقول اخطأنا هذه هي الحرية الفكرية المتكلم يقول الله مختار صحيح ما معنى المختار? يعني له ان يفعل والا يفعل صحة الفعل وصحة الطرق كما قلت لكم جاءها جاء بها من العرف واسقطها على الله تعالى هذه هي هذا هو الديدان المتكلم عرفي ثم العرفيات يسقطها على واقعية استعلائية متعالية فيحدث الخلل المعرفي والخلل الوجودي والخلل العقدي مع الاسف الشديد اذن مادام الله تعالى ليس موجبا لانه العالم اذا لم يكن له بداية ليس له فرصة ان يفعل او لا يفعل الفعل يكون اضطراريا فيكون الله تعالى موجبا مضطرا اذا يجب ان تمر فاصلة زمنية يكون فراغ فيها الفراغ الوجودي ثم يحدث العالم في نقطة زمنية خاصة اذا اذا نفينا الاضطرار والايجاب يعني نفينا ان يكون العالم قديما فالعالم يكون حادثا اذا حدث العالم بعلته التي هي المحدث لا اقول واجب الوجود. اقول المحدث لم يثبت عندنا انه واجب الوجود فاذا خرج العالم وسوى الله من كتم العدم الزماني الى دار الوجود هذا المحدث فهذا المحدث يملك على الاقل قدرة اقول لما فرغ من البحث عن الدلالة على وجود الصانع يعني بيناه بدليل الفيلسوف وبدليل المتكلم وجود الصانع تعالى شرع الصانع يعني الخالق شرع المصنف في الاستدلال على صفاته وابتدأ بالقدرة خلاف العرفاء الذين يبدأون بالحب الحركة الحبية ثم العلم ثم القدرة او الفلاسفة الذين يبدأون بالعلم ثم القدرة والدليل على انه تعالى قادر اناقد. هنا يأتي مبدأ السبب الكافي ويحاول ان يبحث هذا الملاك الواقعي لمخلوقية العالم ما سوى الله يقول على انه قادر ان قد بينا ان العالم حادث في ما سبق او في دليل الحدود فالمؤثر فيه يعني الفاعل في هذا العالم الحادث ان كان موجبا يعني مضطرا لا اختيار له اللازمة حدوثه. حدوث من? المؤثر يعني الله تعالى لا يستطيع ان يختار بين الفعل وترك الفعل فيكون مجبورا قابلا ظعيفا فيكون</w:t>
      </w:r>
    </w:p>
    <w:p>
      <w:r>
        <w:t>حادثا اذا لم يكن حادثا يكون مضطرا لانه ما عنده ذاك الاختيار الاختيار ان يفعل او لا يفعل الفعل قديم قديم اوقدا ما فرضنا حادثا عن العالم. لماذا? لان الله تعالى ليس له تلك الفاصلة ان يفعل ولا يفعل دائما الفعل والتالي بقسميه باطنون. يعني نحن امام قياس استثنائي نعم شرطية تبدا من فالمؤثر ان كان موجبا تقول هكذا ان كان المؤثر موجبا لازم هذا التالي لازم حدوث المؤثر. هذا اللازم الاول او لزم قدم ما فرظناه حادثا يعني قدم العالم والتالي بقسمين باطن. القسم الأول ما هو؟ حدوث المؤثر يعني حدوث الذات المقدسة وما فرضنا حادثا من العالم يصير قديما. لماذا? لان الله تعالى ليس له ان يفعل او لا يفعل. الفعل يلازمه لا ينفك عنه بقى قديم بقدمه تعالى جيد الان جاء آآ البنية التكوينية للقياس ما هي الشرطية والاستثناء والان يريد يبين البنية المعرفية. البنية المعرفية بينها اه والتالي بقسميه باطلون  المقدم يكون ماذا آآ باطلا ان كان موجبا يعني الله مضطرا والله عند المتكلم تبقى فقط بيان الملازمة الركن الثاني المعرفي بيان الملازمة ان المؤثر الموجب يعني المضطر يستحيل تخلف اثره عنه نعم لماذا لماذا العالم يلازم الله تعالى? ارجع الى القدم ما رجعت تجد العالم ايلا ما عندو هذه القدرة او الاختيار الذي يختار الفعل على اللا فعل. هذه المسافة الزمنية التي تجعله يختار او لا يختار منتفية مع قدم العالم. فيكون مضطرا على جهة واحدة. فلا يكون على اختيار نعم وذلك يستلزم اما قدم العالم نعم العالم يكون مع الله حيث كان وقد فرضنا حادثا قدم العالم يعني كفر شرك يعني يصير العالم عند المتكلم الى هان او حدوث المؤثر يكون الفاعل الله على حساب المتكلم اه او حدوث المؤثر يعني الفاعل الله تعالى يكون ممكنا حادثا ينتمي الى عالم الحوادث يعني علم الممكنات عالم المخلوقات فينقلب الواجب مخلوقا ويلزم التسلسل نعم تظاهر التفريع ان المؤثر للعالم قادرون ومختار. طبعا اذا ثبت القدرة الاختيار يأتي قهرا لان القادر يعني له ان يفعل او له لا لا يفعل يعني عنده هذه المساحة التي تجعله يفعل او لا يفعل يعني عنده الاختيار نعم ولهذا قال فظهر ان المؤثر للعالم قادر بيناها الاختيار من اين? لانه لا يكون قادرا الا اذا كان كانت له مساحة يفعل او لا يفعل نعم. بقي فقط يلزم التسلسل كيف اه نبينها نعم يقول وذلك يستلزم اما قدم العالم. نعم. وقد فرضنا حادثا يعني مبدأ التناقض قديم وحادث او حدوث مؤثر يعني الواجب تعالى يكون اه حادثا نقول لا آآ الحادث واسطة الواسطة هو الحلف. قم جيد نرجع الى من اوجد هذه الواسطة? واسطة اخرى من اوجد الواسطة الاخرى? واسطة اخرى نقع في التسلسل اما التسلسل المحال او ننتهي الى حادث بهذه المواصفات يكون ممكنا مخلوقا نعم اذا اثبتنا صفة تين القدرة والاختيار. يبقى الايه اختيار الاختيار كان متضمنا في دليل القذرة نعم لان القدر ما هو من يصح منه الفعل او عدم الفعل  يعني فيه مساحة يقدر يفعل هذا او لا؟ يعني يختار هذا فيفعله او لا يختار فلا لا يفعله واضح الان? جيد جدا قال والواسطة غير معقولة المتكلم لا يؤمن الواسطة بين اله تعالى وعالم الخلق المادي عنده ما سوى الله تعالى كله مادي. من اين جاء بهذه المسألة? لا ادري يعني المتكلم مبانيه السطحية جدا جدا سطحية مع الاسف الشديد يعني هذا العالم كله عالم مادي انت الان في دائرة نفسك عندك حيثيات ليست مادية وهذه التشاؤمات النفس بالحب وبتذوق الجمال وعلم الرؤيا والفكر بتنوعه هذي كلها امور ليست مادية فالمتكلم سبحان الله كالوضعان المعاصر والمادي المعاصر والواسطة غير معقولة يعني ما في واسطة بين الله تعالى والعالم المادي حتى ننسب اليها الخالقين لهذا الكون اقول لما فرغ من الاستدلال على مطلوبه اثبات القدرة والاختيار شرع في انواع من الاعتراضات يعني الاشكالات للخصم مع وجه المخلص منها. يعني يثير الاشكال ويرد الاشكال وتقرير هذا السؤال ان يقال دليلكم يدل على ماذا على ان مؤثر العالم مختار وليس يدل على ان الواجب مختار المؤثر مختار. ما عندكم الواجب انتم تبنون على الحدود بل جاز ان يكون يكون الواجب تعالى موجبا لذاته معلولا يؤثر في العالم على سبيل الاختيار بل جاز ان يكون الواجب تعالى موجبا لذاته اه معلولا اه وجب وجزى ان يكون الواجب تعالى موجبا لذاته معلولا معلولا هنا اه مفعول به موجبا نعم لا يؤثر في العالم على سبيل الاختيار من يؤثر في العالم? عقل غير وجنودك نعم فيكون مضطرا والتقرير الجواب ان هذه الواسطة غير معقولة لان قد بينا حدوث العالم بجملته واجزائه. كل ما سوى الله والمعني بالعالم كله موجود سوى الله تعالى. وثبوت واسطة بين ذات الله تعالى وبين ما سوى غير معقول هذا هو مبنى المتكلم لا يؤمن بالعقول فقد آآ العالم المادي نعم اذا ما في واسطة الله تعالى يوجد هذا العالم ذهنية المتكلم يعني لم يكن هناك كون مخلوقات فقط فراغ زماني متصرف والله تعالى كان له بفضل هذا الفراغ يعني هذه المساحة اه كما كان لم يكن فاعلا ماذا صار فاعلا? لم يكن فاعل باختياره صار فاعلا باختياره هذا الفعل يرشح علم الخلق فالدليل على القدرة اولا ودليل على الاختيار هذا هو ثم تأتي بواسطة ناء الكلام بما سوى الله تعالى مطلقا ما يعني هذه الواسطة لا معنى لها. قال ويمكن عروض الوجوب والامكان للاثر باعتبارين على بحث آآ اه هنا اثبات واجب الوجود عند المتكلم وعند الفيلسوف واثبات القدرة والاختيار لا زلنا في الالهيات الطبيعية بدليل انه مافي لا اية ولا رواية قال ويمكن عروض الوجوب والامكان للاثر يعني للعالم باعتبارين ما زلنا في الالهيات جيد انت الآن عندك امامك شجرة شجرة ام لا? شجرة في ذاتها ممكنة. لا تقتضي الوجود ولا تقتضي العدم اجتمعت كل موجبات الخلق يعني صار في العلة تامة. فالشجرة تصير واجبة بالغير فانطبق عليها كم عنوان عنوان الامكان والوجوب بالغير. من جهة واحدة? لا. تقول الامكان من ذاتها والوجوب بالغير من علتها. يعني اللحاظ يختلف قال ويمكن عروض الوجوب يعني الوجوب بالغير باعتبار علتها والامكان باعتبار ذاتها للاثر يعني للشجر والماء والذهب والشمس باعتبارين يعني بيني حاضرين مرة تنظر الى الذات كما هي لوحدها تقول ممكنة يعني لا تقتضي الوجود ولا تقتضي العدم المرأة تنظر الى تمامية العلة التي توجدها تكون واجبة بالغير اذا كم لحظان لحظات لحظ غيري. هذا معناه باعتبارين هذا الى هي الطبيعية وفلسفية. المتكلم لا يعرف هذا المنطق اقول هذا جواب عن سؤال اخر وتقريره ان المؤثر انما يستجمع جميع جهات مؤثرية او لا نعم يعني العلة تمت ام لا</w:t>
      </w:r>
    </w:p>
    <w:p>
      <w:r>
        <w:t>فان كان الاول يعني كل موجبات المؤثرية والخالقية موجودة كان وجود الاثر عنه واجبا. واجب يعني بالغير ضرورة بالغير والا لافتقر ترجيح الى مرجح زائد فلا تكونوا الجهاد باصلها موجودة هذا خلف. يعني اذا ثبتنا ان كل موجبات الخلق متحققة حتما المخلوق يكون واجبا بالغير ظروري بالغير ضروريا بالغير اذا قلت لا لا ينوجب اعرف انه علة ناقصة موجودة لم تنضم الى المجموع او لزم الترجيح من غيرهم مرجح وباطنهم بالضرورة ليش تنوجد? ولا ينوجد العدم? يعني ليش يترجح الوجود ولا يترجح العذاب وان لم تكن او لم يكن المؤثرية او المؤثر مستجمعة لجميع الجهات استحال صدور الاثر عنه. نعم ابدا يعني الا تامة لم تتب كيف يصدر المعلوم نعم وعلى تقدير الكفاء بعضها يمتنع الفعل فلا تتحقق لتتحقق الممكنة من الطرفين نعم اه هذا المستشكل يخلط في مسألة مع الاسف الشديد لحل هذه المشكلة بطريقة رائعة تقول في خالقية الله تعالى للمخلوق هناك يتحقق الوجوب بالغير الوجوب بالغير مرة يحمل على الله تعالى يعني واجب على الله تعالى. يعني الله تعالى يصير مضطرا او لا وجوب منبثق من الذات الالهية. الالهية العلة يقول وجوب عنه وليس وجوب وجوبا عليه نعم. اذا المستشكل يقول اما ان نقع في الاضطرار والجبر على الذات الالهية لانه اذا تمت العلة لا يكون لها مجال الا ايجاد المعلول او لا تتم موجبات الخالقية فلا يتم الخلق مطلقا اذا اذا قلتم بالخلق يعني قلتم بالاضطراب او بالترجيح بدون مرجح يعني حتى لو لم تكتمل العلة بقيت ناقصة في مفردة لن تنضم ينوجد المعلوم نقول لماذا ترجح الوجود على العدم مادام العلة لم تصل الى درجة عالية وان لم تكن هناك علة تامة لا يتم الخلق مطلقا. اذا لوازم ثلاثة مترتبة على هذا المقدم كلها باطلة لاضطرار باطنه الترجيح بلا مرجح باطنه عدم تماممية العلة التامة والمعلول موجود هذا غير معقول وتقرير الجواب ان الاثر يعني المخلوق تعرض له نسبة الوجوب والامكان باعتبارين فلا يتحقق الموجب ولا يلزم الترجيح من غير المرجح لا نقع في الاضطرار يعني في الجبر على الذات الالهية يعني الذات الالهية تكون مجبورة ولا الترجيح من غير مرجح. يعني كيف يعني المعلول لم يصل الى درجة مائة بالمائة يعني ما زال فراغ بالعلة لم تنظم اليها الا تجعلها تامة فكيف يترجح الوجود على ترجيح بلاب ونرجح نعم وبيانه ان فرض استجماع المؤثر جميع ما لابد له في المؤثرية. يعني تمام الخالقين هو ان يكون المؤثر يعني الفاعل المختار مأخوذ مع قدرته التي يستوي طرف الوجود والعدم بالنسبة اليها ومع داعيه يعني الميل الى الفعل الذي يرجح احد طرفيه وحينئذ يجب الفعل بعدهما نظرا الى وجوب الداعي والقدرة ولا تنافي بين هذا الوجوب بالغير وبين الامكان نظرا الى مجرد القدرة والاختيار وهذا كما اذا فرظنا وقوع الفعل من المختار بانه يصير واجبا يعني الفعل من جهة فرض الوقوع ولا ينافي الاختيار. الاختيار جزء العلة لاختيار جزء العلة يعني تمانية العلة باختيار الفاعل نعم. وبهذا التحقيق يندفع جميع المحاذير اللازمة لاكثر المتكلمين في قولهم القادر يرجح احد مقدوره على الاخر لا لمرجح على آآ ظرب للعقل للعقل يعني انت تقول للمتكلم عندنا هنا سمكة تسبح ما عنده الحق يقول لا لان نحن نقول لا يمكن لماذا? لان موجبات العلة غير متوفرة لا ماء هنا ولا يحزنون اليس كذلك ويقول له حتى لو ما فيه ماء لأن وجود الماء من اسباب من اسباب العلة التامة. لا يمكن السمكة ان تعيش لا في ماء. فمن علل تواجد المادة في الماء ان يكون هناك ماء على هذا المبنى يعني السمكة تنوجد بدون ماء وهذا هو الخربطة العاقلية نعم وبهذا التحقيق يندفع جميع المحاذير اللازمة لاكثر المتكلمين في قولهم القادر يرجح احد مقدوريه على الاخر لا مرجح يعني انت الان مع صديقك في مستوى واحد في الاجتهاد يعني في المكنة العلمية التي تؤهلكم للاستنباط ثم يأتي الاستاذ يقول انت مجتهد. وهذا لا تقول له بأي بأي ملاك عطيت الاجتهاد لهذا ولم تعطني انا. ونحن في مستوى واحد يقول يجوز الترجيح بلا مرجح نعم انت لا تفهم الى يوم القيامة وهذا استاذك يخرف ما يعرف ما يعرف المعايير العقلية نعم نعم اذا كان هو اعلم منك في ابواب نعم هنا العقل يقول نعم يقول الملاك والكمال طاقك كمالا لا يفوقك في العنوان هذا معقول. اما التساوي ثم يأتي يأتي ويعطيه الاجتهاد لجلسة الاجتهاد ولا يعطيك هذا غير معقول الا اذا كان سوى لو سفرة سبج طويلة وعريضة؟ نعم نعم يعني دخلنا في الاعتباريات التي لا قيمة لها في الاجتهاد وفي عدم الاجتهاد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