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رزقنا الله واياكم الاصلاح الاخلاص في باطننا وظاهرنا ووفقنا واياكم لكل خير وصلنا الى اشكال اثاره البعض قال واجتماع القدرة على المستقبل مع العدم هيا انتم افهم هذه للمغلقات. نعم يعني يريد يبطل القدرة  اشكال ماذا اقول انا خليني انا وبين المسألة بمثال عرفي يقرب المسألة الى الدين. يعني تجربة ذهنية الان انت ضيفي وانا وضعت السفرة فانت حتى تأكل حتى تأكل يجب ان تكون فاصلة بينك وبين فعل الاكل نعم. اذا لم تكن فاصلة بينك وبين الاكل الاكل يصدر منك بالوجوب. فتكون مضطرا انت حتى نؤمن اختيارك نعطيك هذه الفرصة تاكل اولا تاكل نتا حر فتكون مختارا لا تكون موجبا اذا لتأمين الاختيار تكون فرصة زمنية انت تأكل ولا تأكل وانت تأكل اذا كان عندك اشتهاء واحتراما للضيف وما انفق شيء جميل اذا اذا لم تكن هذه الفاصلة لا معنى للفعل الاختياري. انت تكون مضطرا. فانتفت القدرة جيد هنا عملية الاكل حاضرة ام غائبة? غائبة يعني الان بعد لم تتحقق يعني في دائرة الامتناع فلا انت تقدر على الاكل اشكال شيطاني حقيقة اشكال شيطاني خلينا نقرا الاشكال ثم الجواب سهل واجتماع القدرة على المستقبل يعني اجتماع القدرة ولا القدرة والاختيار يعني هو يريد يبطل القدرة واذا انتفت القدرة ينتفي بتبعها الاختيار واجتماع القدرة يعني قادر ان ان يأكل او يخلق العالم على المستقبل مع العدم على المستقبل في ليس في دائرة استقباله وانما في دائرة آآ القدرة في دائرة القدرة يمكن يعني انا الان اه احرك العضلات وابدأ اكل فالاكل يكون ممكنا بالنسبة لي فاكون قادرا حين الفعل ولا تنظر الى المستقبل الذي هو لم يتحقق بعد اقول هذا جواب عن سؤال اخر وتقرير السؤال ان نقول الاثر اما حاصل في الحال وواجبون يعني انا اكون مضطرا نزعت هذه الفاصلة التي تؤمن اختياري بيني وبين الاكل يجب ان تكون من خمس دقائق مثلا نعم فواجب يعني مضطر فلا يكون مقدورا. لماذا? لان المضطر مسكين فاقد للاختيار والذي فاقد الاختيار فاقد القدرة او معدوم ممتنع فلا قدرة. المعدوم ينوجد لا ينوجد المعدوم لا ينوجد فالقدرة اين تتحرك في ماذا ما القدرة بعد لا معنى لها فلا قدرة. هذا من اشكال الشيطان وتقرير الجواب ان الاثرة يعني الاكل في مثالنا العرفي وايجاد العالم في المثال الدقي معدو حال حصول القدرة نعم يعني بعد لم يتحقق العالم بالقدرة لوجد اذا القدرة سابقة نعم ولا نقول ان القدرة حالة عدم الاثر تفعل الوجود يعني ان القدرة هي تحقق الفعل ولا تتعامل مع المعدوم لان المعدوم لا معنى ان ينوجد ولا ولا وتقرير الوجب? الجواب ان الاثر معدوم حال حصول القدرة ولا نقول ان القدرة حال عدم الاثر تفعل الوجود حال عدم الاثر العدم لا شيء حتى تجيده القدرة في تلك الحال بل في المستقبل. يعني انا عندي قدرة قادر ان احقق الاكل بعد فترة زمان ميع وليس في حال عدمه بحال عدمه الان هو معدوم يعني لم يتحقق الاكل لا معنى لي ان ان وجد انا لكنه معدوم. لكن هذه الفترة الزمنية تؤهلني ايجاد الاكل مستقبلا. ولهذا يقول ايوا اجتماع القدرة على المستقبل مع العدم مع العدم الحالي نعم وتقرير الجواب ان الاثر معدوم حال حصول القدرة ولا نقول ان القدرة حال عدم الاثر هو اللي هو استقبالي تفعل الوجود في تلك الحال بل في المستقبل. يعني اذا مرت فترة زمنية في اكلي مثلا خمس دقائق عشر دقائق فيمكن اجتماع فيمكن اجتماع القدرة على الوجود في المستقبل مع العدم في الحال وهذا العرف يدركه خربطت متكلم متكلمين لكن العرف هكذا يفهم الامور المتكلم يأتي ويقارن بالعرف كأنه في العالم الاعتباري وليس في العالم التكويني نعم في العالم التكويني يقولون ان الظلام كان يمشي فيلسوف المعتزلة كتاب الجاحظ يمشي لا ادري في صحراء في في مكان فجاء قطاع الطرق يريدون ان يسلبوه هذا الزعيم هذه العصابة اخذ بقميصه هكذا بشدة. قال اعطني القميص اخذوا القميص هكذا وخنق النظارة اعطني القميص. النظام فيلسوف حتى بعد العرف فيلسوف قال يستحيل فهذا رئيس العصابة تعجب كيف يستحيل? هي قال انزع يدك حتى انا اعطيك. نعطيك القميص. كيف نزعه وانت مخانقني منطقي ام لا? نعم. لاحظت كيف? هذا احسن مثال تطبيقي لهذا الأمر. يعني انا الآن آآ كيف ننزع ننزع القميص وانا ما عندي فاصلة بين نزع القميص واعمال القدرة اذا يجب ان يكون هناك مستقبل لنزع القميص يعني اعطيني فسحة ايها ايها رئيس العصابة لاحظت كيف نعم فالقدرة في حالة الاختلاط لا يمكن لان هناك قميص مستحيل ان ينزع عطيني فرصة ابتعد في ثاني ثواني دقيقة دقيقتان خمس دقائق انزع القميص اطويه بطريقة جميلة واقول لك تفضل بالفارسية اذا لاحظت يعني عندنا مستقبل القدرة تتجلى بالخالقية او بالفعل ليس ذلك العدم هنا هنا معدوم لا يمكن ان احقق الشيء لانه معدو. يعني يجب ان افعل القدرة واحقق ما يأتي وليس ما هو معدوم الان. هذا هو الجواب وجواب دقيق وعرفي كذلك فيمكن اجتماع القدرة على الوجود في المستقبل مع العدم في الحال. نعم يعني نزع القميص الان لا يمكن بعد مرور ثواني او دقائق لا يقال الوجود في الاستقبال غير ممكن في الحال نحن لا نقول في الحال نقول اذا مرت فترة لانه مشروط بالاستقبال الممتنع في الحال. نعم عن المستقبل الان غير موجود واذا كان كذلك فلا قدرة عليه في الحال نعم في الحال لا قدرة عليه نعم من باب السريبة بانتفاء الموضوع. ليس من باب انتفاء القدرة وعند حصول الاستقبال يعود الكلام مرة ثانية. نعم يجب ان يرجع الى الوراء حتى اقدر عليه لاننا نقول القدرة لا تتعلق الوجود في الاستقبال في الحال بل في الاستقبال وهكذا دواليك نعم هذا كله عدم فهم الواقع لكن المتكلمون والفخر الرازي خدموا الفكرة خدمة كبيرة جدا بهذه الاشكالات التي هي قد تبدو تافهة الا انها اشكالات حركت العقل البشري ووصل الى نكت مهمة نحن درسنا شرح الاشارات الى محقق الطاوسي اشارات للشيخ الرئيس ابن سينا وحقق الطوسي شرح اه الاشارات من بدايته الى نهايته. يعني قسم المنطق وقسم الطبيعيات والنفس في الطبيعيات والالهيات تلت اجزاء وهو يشرح هذا الكتاب من المنطق الى الالهية ثلاث اجزاء ضخمة يناقش من? يناقش الفخر الراسي يعني فيه شخصية ثلاثة كبيرة. صاحب المتن ابن سينا الفخر لأنه شرح الإشارات قبل المحقق التونسي المحقق التونسي ان شاء الله راح الاشارات الناظرون الى شرح الفخر</w:t>
      </w:r>
    </w:p>
    <w:p>
      <w:r>
        <w:t>الرازي فكان هناك سجال كبير بين الثلاثة يجعل الطالب اه متمكنا في المادة المنطقية والطبيعية والإلهية بقوة نعم خصوصا اشكالات الفخر والرد الدقيق للمحقق التونسي عليها رحمة الله عليه قال وانتفاء الفعل ليس فعل الضج هذه مسألة وكذلك جميلة جدا انتفاء الفعل ليس فعل الضد الله تعالى لم يوجد العالم ان هو حر على مبنى المتكلم على مبنى الفيلسوف لا ينقطع ابدا لا ينقطع لكن يبقى في دائرة المخلوقات دائرة الممكنات لا يرقى الى درس الوجوب وان بسط حيث لا بداية يستمر حيث لا نهاية. لا اشكال في ذلك ما دام ذات الفيض لا تقتضي الوجود تبقى دائما متعلقة في الوجود بواجب الوجود هذه فلسفة الفيلسوف اليس كذلك المتكلم يقول او الفيلسوف يقول الله تعالى لم يوجد العالم اذا لم يوجد العالم يعني ما سوى الله فيوجد يوجد اه لم يوجد يوجد الظن يوجد العدم يعني تبقى نوبة من نوبة العدم نعم وهذا والعدم ينوجد هذا مستحي خلينا نشوف وانتفاء الفعل يعني لم يتحقق الفعل ليس فعل الضد يعني لا يعني انه الظد يتحقق. اقول هذا جواب عن سؤال اخر وتقريره ان القاضي لا يتعلق فعله بالعدم فلا يتعلق فعله بالوجود. عرفت كيف? يعني اذا كان آآ لم يتعلق بالعدم من باب السالبة بانتفاء الموضوع لان عدم لا شيء لا يتعلق بهذا اذن لا يتعلق بالوجود امنين هذه لا ادري من هذه لا ادري يعني انت زوجتك تكون متكلمة المشرب متكلمة المشرط انتهى من الصباح الى الظهر مشغول بالتدريس والمطالعة والمباحثة نسيت ان تطلب منها تفضلا هي تتفضل عليك اه او قهوة فانت لم تطلب اه? اذا لم تطلب لم تطلب بوجود القهوة اه فهي ترتاح نام وكذا ما تخدمك قربة لله تعالى على مبنى من على مبنى المتكلم على مبنى الفيلسوف لا يعني انت اذا لم تطلب شيء من الزوجة يعني هذا اللي يعني انك لم تطلب في اي ان قد تطلب فتكون هي جاهزة ومستعدة لخدمتك لانك انت تخدم صاحب الزمان سلام الله عليه هذا هو تحليل المسألة عرفيا. نعم المشكل ليس انك تدرس في الحوزة وتصير عبقريا مشكل كيف تحل? مشكلات الناس يفتح مشكلات الناس نعم هناك القيمة هناك مشكلة الناس كما كان الائمة عليهم السلام وكما هو صاحب الزمان عليه السلام. انا اما ان انت منتفخ علميا والامة تتخبط في المشاكل ما الفائدة من هذا الانتفاخ نعم اقول هذا جواب عن سؤال اخر وتقرير اه السؤال ان القادر لا يتعلق فعله بالعدم. اكتب تحتها يعني سلب بانتفاء الموضوع لان العدم لا شيء فلا يتعلق فعله بالوجود من اين هذا اللازم? لا ادري. ولهذا اقول وانتفاء الفعل ليس فعل الظد نعم. اما بيان المقدمة الاولى فلان الفعل يستدعي الوجود والإمتياز وهو ممتنعان في حق المعدوم واما الثانية فلانكم قلتم القادر هو الذي يمكن الفعل والترك واذا انت فإمكان الترك اه انتفع امكان نعم. اذا عجز الله تعالى ان يحرك المعدوم فمن باب اولى ان يعجز عن تحريك الموجود. وتقرير الجواب ان القادر هو الذي يمكنه ان يفعل والا يفعل وليس لا يفعل عبارة عن فعل الضد هذا الجواب جواب فلسفي والى هنا ما زالنا في الإلهيات الطبيعية المتكلم يقول ما معنى القدرة لو سحبت الفعل وصحة الترك فيلسوف يقول لا هذا عرفي هذا عند الانسان الضعيف الله اه ان شاء فعل وان لم يشأ لم يفعل لكن شاء ازلا ان يفعل وابدا ان يفعل نعم الذي يمكنه ان يفعله لا الا يفعل يعني ان شاء فعل وان شاء لم يفعل يعني عالج المحقق الطوسي والعلامة الحلي الاشكالية بماذا? الاشكالية بمبنى الفيلسوف نعم وليس لا يفعل عبارة عن فعل الظد لا ان شاء فعل وان لم يشاء لم يفعل اذا كم شرطية? شرطيتان ان شاء فعل وان لم يشأ لم يفعل. لكن شاء ازلا وابدا ان يفعل  ان الشرطية قد تصدق مع كذب طرفيها وقد تكذب معاصي صدق طرفها نعم اذن لا يعني ان الله تعالى اذا لم يفعل في ذات العدم لم يفعل الوجود. لا ابدا قال وعمومية العلة استلزموا عمومية الصفة. نعم  الله تعالى عام في قدرته. يعني القدرة تطال جميع المخلوقات لا تطال فقط المستحيل لان المستحيل لا معنى له حتى تطاله القدرة. المستحيلات خارج تخصصا خارجة تخصصا عن القدرة نعم السيد احمد القبانجي ايه يعني انا اظحك ايه كنت مع زوجتي وزوجتي جامعية مثقفة جامعية عندها ليسونس في الكيمياء تتقن الانجليزية والفرنسية والعربية والفارسية ودرس حوزة اكثر من عشر سنوات  هي سمعت السيد قبانجي قالت لي شيخنا شوف هذا الانسان المخرف يخرف ماذا يقول? امام الجامعيين والشباب في بغداد يقول هل لله تعالى ان يخلق حجرا ولا يمكن ان آآ يرفعه يعجز عن رفعه يقول انا اثير هذه الاسئلة حتى اثير العقول نعم شباب خرج من نظام بعثي لا يعرف ما معنى الثقافة ولا ما معنى التنوير ديكتاتورية يفكر عند يقول المصريين عند جزمته يفكر بجزمته ما عنده عقل الشباب بدلا من تربية هذا الشباب تربية تنويرية ايمانية انت تروح وفي بغداد العاصمة تثير هذه المسائل امام الغرائز كم تعرفون الشاب الشاب والشابة غريزة فوارة دائما يحب يبرز ويبين اشكالاتو على العلماء وعلى الدين وعلى الله وانت تروح تسخن هذه الامور وتسخر البندير وتضرب البندير. اليس هذا اليس هذا عيب من معمم يمثل الحوزة العلمية هذه الحوزة المقدسة التي اعطت شهداء وضحت وضحت? اليس ايضا كبيرا مع الاسف الشديد قال وعمومية العلة تستلزم عمومية الصفة يعني القدرة قال يريد المصنف بيان انه تعالى قادر على كل مقدور نعم قدرة مطلقة على كل مقدور. كل مقدور يعني من شأنه ان يقدر عليه. يعني عالم الممكنات نعم وفقط ملاك الامكان الذي يصحح هذا المبنى ان الامكان الا يقتضى وهو مذهب الاشاعرة يعني رأي الاشاعرة وخالف اكثر الناس في ذلك فان الفلاسفة قالوا انه تعالى قادر على كل شيء نعم واحد يعني الواحد لا يتعدد اثره وتقدم بطلان مقالته لا ادري انا اتعجب من العلامة الحلي فيلسوف لا يقول بشمولية القدرة بقدرة كمال مطلق. كل ما كان ممكنا واراده الله تعالى بشرط يأتي الترجيح الارادي بقدرة تطالع بشرط يكون ممكنا لأن المستحيلات لا تتعلق بهم بالقدرة لأن المستحيلات لا شيء زيف فيأتي الى ماذا? الى قاعدة الواحد. يعني الله تعالى اذا صدر منه العقل الاول على مبنى المشاء فالله تعالى ليس له قدرة ان يخلق الكثرة دفعة واحدة في عرض بعضها البعض الكلام لم يكن في صدد القدرة. الفيلسوف لم يتكلم هناك بالقدرة قدرة ضيقة او لا? المتكلم فهم فهمه الضيق انه اذا صدر عنه عقل واحد يعني عاجز عن صنع الكفر نعم لهناك الكلام عن قانون الصنخية. قانون السنخية</w:t>
      </w:r>
    </w:p>
    <w:p>
      <w:r>
        <w:t>لم يكن الكلام عن القدرة كما توهم اه المتكلم لا ابدا اقول يريد بيان انه تعالى قادر على كل مقدور اكتب تحت مقدور يعني كل ممكن وهو ما ذهب الى الاشاعرة وخالف اكثر الناس في ذلك فان الفلاسفة قالوا انه تعالى قادر على شيء واحد قادر على شيء واحد شيء ويفعل واحدا شيء اخر هذا الخلط هذا الخلق لان الواحد لا يتعدد اثره لقانون وقد تقدم بطلان قاعدة الواحد يعني ما قالتهم يعني قعدت الواحد واحد لا يصدر عنه الا الواحد معنى انت رحبت دي مسائل متعددة وظفها واستخدمها المحقق التونسي والاعلام الحالي جيد والمجوس ذهبوا الى ان الخير من الله تعالى والشر من الشيطان لان الله تعالى اه خير محض وفعل الشر شرير انا ما عندي علاقة بالمجوس قالوا هذا الكلام ام لم يقل او يقوله المهم ان الشر لا يصدر من الله تعالى مطلقا مطلقة مطلق اذا الشر الصنع خارج تخصصا من القدرة الى وما عنده علاقة بالمجوس فيه طائفة من المجوس تقول ان الخير مصدره الله والشر مصدره الشيطان فيكون الشيطان له حيثية الالوهية مثلا وهذا خلاف التوحيد وهذا الشرك في الالوهية هذه مسألة تعود الى بحث تاريخي. هل المجوس قالوا هكذا? ام لا? كانوا يعيشون هذه المعضلة مصدر الشر واذا كان هم يؤمنون بان الله نور مطلق والشر ظلمة فكيف يصدر تصدر الظلم من الشر. اشكالية واذا جعلوها للشيطان وهو في عالم المخلوقات فهما حلوا المعضلة حسب مبانيهم والمنوية كذلك ترقى في المشرق الهند وايران والمنوية ذهبوا الى ان الخير من النور والشر من الظلمة يعني بينوا اه الى اين? اله النور واله الشر النور يسانخ الخير والظلمة تسانخ الشر والنظم من المعتزلة قال ان الله تعالى لا يقدر على القبيح لانه يدل على الجهل والحاجة. لا يقدر ليس من باب انه باب العجز يعني لا تتعلق اه بهما القدرة لكن اه الكلام النظام اه غير سلس ليس فنيا لان القبيح لماذا يفعله الله تعالى اما لعجزه واما لحاجته واما لجهله سيأتي ان شاء الله هذه الامور بالتفصيل لانه يدل على الجهل او الحاجة نعم اذن الله تعالى لا يقدر على القبيح من باب العجز اما من باب من باب الحكمة من باب الحكمة نعم يعني نظم محق لعل آآ بيانه غير تام وذهب البلخي من المعتزلة الى ان الله تعالى لا يقدر على مثل مقدور العبد لانه اما طاعة او سفه. خلط بين الأمور التكوينية والأمور الإعتبارية او خلط بين نظام التكوين ونظام المعايير والامر والناهي. لان طاعة او سفه هادي امور تنتمي تنتمي الى عالم الاعتباريات. هذه الامور لم تكن واضحة في ذلك الزمان نعم لم تكن واضحة في ذلك الزمن نعم اذن كلام البلخي هذا خلط بين نظام التكوين نظام الاسباب والمسببات للإطاعة والسفه وذهب الجب ايان ابو هاشم الاب وابو علي الجبائية والعكس الى انه تعالى لا يقدر على علم مقدور العبد والا لزم اجتماع الوجود والعدم على تقدير ان يريد الله تعالى احداثه والعبد عدمه. يعني هذا مبني على العرض العرضية بين الفاعلية الالهية والفاعلية الانسانية هذه الخلفية اذا بنينا على العرضية يعني فعل الانسان في عرض فعالية الله هنا انت تختار اما تعطي الاستقلال للانسان او تجبره بما انه هو يقول بالاختيار فيقول الله تعالى خارج عن فاعلية الانسان لا يدخل في دائرة فاعلية الانسان. مع ان الفاعلية هنا طولية وليس عرضية. فاعلية العبد بطول فاعلية الله تعالى. خلفيات يجب ان تنتبه اليها انت وهذه المقالات كلها باطلة زيف في زيف. ما معنى باطلة? يعني اجتماع النقيضين يرفضه واذا رفضها اجتماعا ناقظا يعني تؤدي الى اجتماع الناقظين يعني ما فيه ملاك ذاتي لهذه المقولات في الواقع نعم لان المقتضي لتعلق القدرة بالمقدور انه الامكان. لاحظت؟ رجع الى مبنى الفيلسوف ها هي العلامة الحلي ايا العلامة الحين اللي نيش ما تبني على الحدوث مبنى المتكلم اذا قلت لكم بعد المحقق التوصي دخلت الالهيات الطبيعية الى علم الكلام بجنب الالهيات الوحيانية وهذا تطور جميل لان العناية الطبيعية تتحرك في الحكمة الالهية الطبيعية والحكمة الوحيانية تتحرك في الحكمة الوحيانية الالهي الروحاني وجمال في جمال نعم اذا ملاك عموم القدرة والامكان. نعم يعني مبدأ السبب الكافي. اينما وجد الامكان في مفردة من المفردات يحكم عليها انها متعلقة بالقدرة اذ مع الوجوب والامتناع لا تعلق. الوجوب اه سالمة بنتفاء الموضوع والامتناع سلب بانتفاء الموضوع نعم والإمكان ثابتون في الجميع يعني في جميع مفردات ما سوى الله. مفردات العالم فثبت الحكم ما هو وهو صحة التعلق يعني القدرة تتعلق بجميع الممكنة والى هذا اشار المصنف بقوله عمومية العلة يعني عمومية الإمكان هنا العلة ليس بمعنى الإصطلاحي له العلة هنا يعني الميلات يعني الظابطة ما هي ضابطة جميع هذه المخلوقات مخلوقة يعني الملاك الذاتي ما هو? الامكان. اذا اكتب تحت عموم فعلية العلة يعني عمومية الملف ليست علة الاصطلاحية في مقابل المعلوم اكتب وعمومية الملاك يعني كون الشيء لا يقتضي الوجود والعدم اي الإمكان ابينها تستلزم هذه العمومية عمومية الصفة عمومية القدرة اعني القدرة على كل مقدور نعم كلي مقدور. فالقبانجي يقول هل يمكن لله تعالى ان يخلق حجرة ثم لا يستطيع ان يرفعها اذا كان ملاك الخلق هو الإمكان والرفع والإمكان كيف يستحيل? كيف يستحيل كيف يستحيل ايها ايها الغبي لا ادري والله ام والجواب عن شبهة المجوس ان المراد من الخير الخير والشرير ان كان من فعلهما فلما لا يجوز اسنادهما الى شيء واحد نعم مرجع الخير والشر الى فاعل واحد وهو الله تعالى. الخير يكون بالذات والعرض والشر يكون بالعرض وايضا الخير والشر ليس ذاتيين لشيء. فجاز ان يكون الشيء خيرا بالقياس لا شيء وشر بالقياس الى اخر. وحينئذ يصح اسنادهما الى ذات واحدة. مثلا العقرب العقرب اذا التقت مع الانسان تبلغه تشعرون بالنسبة الى الانسان وانما اللدغ كمال لها حتى تبقى. يبقى كيانها يبقى كيانها. السكين يقطع اللحم حتى ان تقطع اللحم والإنسان ياكل ويقطع الغصن وكذا كثير من الأمور مع انه اذا مر على لحم الإنسان يقطعو نعم فهو كمال التقطيع كمال له بالعرظ قطع يد الانسان حل الإشكالية بالذات وبالعراض وعن شبهة النظام ان الاحالة حصلت بالنظر الى الداعي نعم فلا تنافي الامكان الذات المقتضي للصحة التعلق القادر لا النظام نظام محق في هذه في هذا الكلام نعم الله تعالى لا يصدر منه القبيح ليس من باب العجز ومن باب الحكمة ليس هذا الجواب عن وعن شبهة النظام ان الاحالة يعني الاستحالة حصلت بالنظر الى الداعي يعني الله تعالى لا يوديعه لا يريد الشر وبالتالي لا يفعله ليس لانه عاجز لماذا لا يريده? لانها خلاف الحكمة الله تعالى لا يفعل القبائح لان القبائح شر عدم شر غير الخير</w:t>
      </w:r>
    </w:p>
    <w:p>
      <w:r>
        <w:t>فلا تنافي الامكان الذاتي المقتضي للسحر تعلق القادر ابدا القبيح لا تتعلق به القدرة يا حبيبي ليس من باب الامكانات نعم وعن شبهة البلخي ان الطاعة والعبث وصفان لا يقتضيان الاختلاف الذاتي لا قل قل الاطاعة والعبس من الامور الاعتبارية وليست من امور تكوينية ونحن نتكلم عن الامور التكوينية وعن شبت الجبائيين ان العدم انما يحصل الى لم يوجد داعي لقادر اخر الى ايجاده. خلينا نرجع الى اه اه الجبائي ماذا اقول? قال انه تعالى لا يقدر على علم مقدور العبد قلنا خلط بين بين العلة الطولية والعلة العار الضياء. الله تعالى لا يفعل والانسان لا يفعل في عرض بعضهما البعض في طول لبعضهما البعض هكذا الجواب وعن شبة الجبوئين ان العدم انما يحصل الى لم يوجد داعي لقاضي اخر على ايجاده لا ليس هذا الجواب. المسألة الثانية فانه تعالى عالم يخرج من القدرة الى العلم معنى الاساس هو العلم ثم القدرة والعين يسبقه الحب عند العرفاء ياتي ان شاء الله بيانه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