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الله يا الله سبحانه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معكم الى مسألة العلم يقول المسألة الثامنة في انه تعالى عالم العلم يعني الكاشفية شيء خارج عن الذات او في صميم الذات ينكشف للذات طبعا الانكشاف على مستوى الذات المقدسة انكشاف شهودي لا سبيل للعلم الحصول الى الذات المقدسة الله تعالى لا يحتاج الى المفاهيم لان المفاهيم دائما نحتاج اليها في المجتمع المدني بالكثرة التي تتواصل لما بينها اذا لم تكن هذه الكثرة لا معنى لل مفاهيم اذا لنتفق العلم هنا بمعنى الشهود يعني الاحاطة المباشرية بدون واسطة مفاهيمية يأتي هنا اه ادلة ثلاثة قال والاحكام هذا الدليل الاول الاحكام يعني الاتقان ترجع البصر هل ترى من فتور ثم ارجع البصر ينقلب اليك. ارجع البصر كرة ينقلب اليك البصر خاسئا يعني ما في فتور اتقان واحكم الدليل الأول والإحكام هو التجرد يعني كون الذات المقدسة ليست مادية لان المجرد يعني يسابق العلم اذا اثبت ان الشيء المجرد فهو عالم لان العلم حقيقته مجردة واستناد كل شيء اليه الى الله تعالى دلائل العلم. دليل اول الاحكام التجرد والعلية والمعلولية. يعني الاستناد الى الله تعالى في الخلق نعم الركون اليه كل مخلوق يعود اما مباشرة الى الله كما يقول تظلموا تالين واما مباشرة او بواسطة نعم اقول لما فرغ من بيان قوله تعالى قادرا وكيفية قدرته شرع في بيان كونه تعالى عالما وكيفية اه وكيفية علمه التجرد واستدل على كونه تعالى عالما بوجوه ثلاثة. الاولى منها للمتكلمين والاخرة والاخرة للحكماء الوجه الأول هو ما جاءت به الآية القرآنية فارجع البصر هل ترى من فطور نعم ثم ارجع البصر كرتين ينقلب اليك البصر خاسرا وهو حسين. اتقان احكام دليل العلم? نعم. اتقان دليل العلم من صنع هذا الكون يعلم الوجه الأول انه تعالى يقول بوجوه ثلاثة الاول منها للمتكلمين يعني الاحكام. لماذا خصصه للمتكلم لا معنى القرآن الكريم اتى به ممكن المتكلمون ركزوا عليه كثيرا الوجه الاول انه تعالى فعل الافعال محكمة نمو التقانا لا انشقاق فيها ولا فتور هذه صورة وهذه الصغرى اه من حيث الموضوع ومن حيث المحمول من حيث الموضوع واستدل على الله تعالى من قبل يعني الموضوع مؤمن مظما نعم فعل الفعل المحكم المحكم هذا بالشهود ترجع البصر صورة ثابتة وكل من كان كذلك فهو عالم نعم الذي يفعل باتقان يعلم حتى العرف يدرك هذا الامر اذا شاء شاف اه رأى انجازا متقنا نقول اي مهندس هذا صغرى كبرى نتيجة ماذا? الله تعالى فعل الافعال المحكمة عالم اما المقدمة الاولى شهودية فحسية حسية لا شهودية بالشهود الحسي والعقلي الحس لا يعطي قضايا حسية شؤون حسي وشهود عقلي بحسية لان العالم اما فلكي او عنصري واثار الحكمة والاتقان فيه مظاهر مشاهدة اه مشاهدة اذا هذه مشاهدة حس مع عقل المقدمة الثانية ضرورية لان الظرورة قاضية بان غير يستحيل منه وقوع الفعل المحكم المتقن مرة بعد اخرى نعم المصادفة لا تستقر على حال وباتقان ابدا هذا الدليل الاول واضح جدا الدليل الثاني مختص بالفلاسفة وهو التجرد. يعني لا يشوب الذات المقدسة جسم او جسمان. نعم انه تعالى مجرد هذه اه الصورة القياس وكل مجرد عالم بذاتي وبغيره كبرى القياس فالنتيجة الله تعالى عالم بذاته وبغيره. اما الصغرى والله مجرد من اين? فانه وان كانت ظاهرة لماذا لان الله تعالى منزه عن ام الجسم الجسماني? لماذا? لانه اذا كان جسما او جسمانيا يعتريه الفقر يخرج من الغنى المطلق الى الفقر ولهذا قال وان كان ظاهر لكن بيانها يأتي فيما بعد عند الاستيلاء على قوله تعالى ليس اذا بنيت على الظهور تقول مقدمة ثابتة. اذا بنيت على البيان فتقول اصل موضوعي يعني ان نبني عليه خذه كاصل موضوعي ثم يبين لاحقا واما الكبرى الكبرى ما هي? كل مجرد عالم بذاته وبغيره فلان كل مجرد فان ذاته حاصلة لذاته نعم لا لغيره اذا عرفنا العلم حصول شيء لدى شيء نعم بذات اللحظة تعالى حاصلة عنده وبشدة وكل مجرد حصل له مجرد فانه عاقل لذلك المجرد. نعم هذه قاعدة نعم العلم هو حصول مجرد اداء مجرد لاننا نعني بالتعقل عن العلم الا الحصول فاذا كل مجرد فانه عاقل لذاته هذه واضحة جدا العاقلية لما سوى الله تعالى للمخلوقات يعني هنا بين العلم الفعل بالذات ثم العلم الفعلي بالمخلوقات على مستوى الذات ثم العلم الواقع الخارجي بعد الخلق واما ان لكل ان كل مجرد عالم بغيره فلان كل مجرد امكن ان يكون معقولا وحده وكل ما يمكن ان يكون معقولا وحده امكن ان يكون معقولا مع غيره هذه قاعدة اه في الوجودات الفوقية النورانية المجردة الله تعالى عالم الانوار وعندهم قاعدة ذهبية فلاسفة نعم القاعدة الذهبية الذهبية ما هي كل ما ثبت للانوار وعلى رأسهم الله تعالى نور الأنوار كل ما ثبت لهم بالامكان يعني يمكن ان يتصفوا به يثبت لهم بالفعل بعد من ذهب اما انت الان مغروس في المبدأ كل ما امكن لك ان تتصف به تحتاج الى حركة قابلية تخرج هذه القابلية حتى تصل الى الكمال وقد لا تصل اما عالم الانوار بما فيهم الله تعالى كل ما يثبت لهم يعني ليس بمستحيل في حقهم يعني يتحركون نحو ابدا حاصل حاصلون له بالفعل هذه قاعدة من ذهب وهنا يستثمرها المحقق التونسي يقول فان كل مجرد امكن ان يكون معقولا وحده جيد كيف يعني كل مجرد وكل ما يمكن ان يكون معقول وحده ام وحده امكن ان يكون معقول مع غيره هذه القاعدة وكل مجرد يعقل مع غيره فانه عاقل لذلك الغير اما ثبوت المعقولة لكل مجرد فظاهرة. كل مجرد ذاته حاضرة لدي حضور ذات مجردة لدى ذات مجردة. طبعا اذا قلت هذا الحضور حضور ثنائية تحليلية لا تشتبه حضور ذاتي لذاتي هذا امر تحليلي حتى ابين ان ذاتي هي ذاتي اما ثبوت المعقولية لكل مجرد فظاهر لان المجرد هو الحصول لان المانع من التعاقل انما هو المادة لا غير اعمل تحتها خط اذن نحن لا نعلم كثير من الأمور لأننا غارقون في المادة. المادة هي المانع. ثم انت اكتب قاعدة ذهبية غير القاعدة الاولى كل ما يثبت لي الانوار بالامكان يثبت لهم بالفعل لا يتحركون نحو هذه قاعدة ذهبية سابقة بين قاعدة ذهبية اخرى تبين ذلك المطلوب القاعدة الاولى يعني هي لبابة القاعدة الاولى المادة لماذا تمنع من التعقل? لانها حالة امتداد تفكك غيبوبة امتداد اذا اخذت هذا الجسم امامك النقطة الاولى غير النقطة الثانية النقطة الأولى لا تدرك النقطة الثانية لأن بينهما</w:t>
      </w:r>
    </w:p>
    <w:p>
      <w:r>
        <w:t>غيبوبة بينهما امتداد اذا انزع الامتداد انت اذا كان سبب عدم العلم امتداد انزع الامتداد. تأتي الحالة الجمعية. صفة لمن صفة الأنوار عالم الأنوار فوقهم الله تعالى وصفة حتى للنفس في دائرتها قبل تعلقه بالبدن كذلك هي حالة جمعية ليست حالة تفتتية امتدادية لان هي بعد تتعلق بالبدن فهي كذلك من سلخ الانوار فتدرك نفسها لانها في حالة جمعية. اذا ملاك هذه القاعدة الاولى كل ما يثبت للانوار يعني المجردات بالامكان يثبت لهم بالفعل لماذا? لانها حالة جمعية والحالة الجمعية تجمع كل الكاميرات نعم يقول واما ثبوت المعقولية لكل مجرد فظاهر لان هذا لهذه لهذا الملاك الحيثية الجمعية عدم الامتداد لان تعليل للظهور لماذا ظاهر? لان المانع من التعقل انما هو المادة لا غير واما صحة التقارن في المعقولية فلان كل معقول فانه لا ينفك عن الامور العامة يعني انت اذا تعاقلت المعقول ليس المادي ها دائما تلازمه امور اما اتعقل الوجود الوجود عقلاني وليس ماديا الحس لا يدرك الوجود الذي يدرك الوجود هو العاقل اذا الوجود حيثية غير مادية. يعني تنتمي الى الامور الراقية الاستعلائية الوجود تأتي الوحدة يأتي الغنى تأتي كثير من الحيثيات كل هذه امور خاصية للتجرد تشتبه يقول لان المنع من بينها. واما صحة التقارن في المعقولية لان كل معقول فانه لا ينفك عن الامور العامة تأتي معه دائما نعم وهذا هو الذي في تصوري الذي يفسر لنا برهان الملازمات برهان الملازمات عندنا وجود له لوازم متعددة. انت اذا ادركت لازما من لوازمه لوازم الاخرى تأتي الملازمات. نعم. مثلا انا ادرك ان الله عالم بالحياة تكون ملازمة للعلم نعم فالله يكون حيا تقول الله عالم وكل عالم حي فالله ايوة قاعدة من من قواعد من ذهب حقيقة من ذهب. وهذه كلها قواعد فلسفية المتكلم لا يدركها ابدا بمجالس علمية في الحوزة يستهزئون بالفلسفة ومن يدرس الفلسفة ويعتقدون انه لا يفهم شيء فقط هم الذي يفهمون اذا جئنا الى الفقه والاصول بروح ادرس علم الاصول الفقه اغلبيته عرفي روح ادرس علم الاصول عند فيلسوف ادرسوا عند غير فيلسوف ترى البون الشاسع نعم يعني انت تقيس الشيخ الناعيني بالنسبة للكومباني في علم الأصول ابدا ابدا لا مقايسة بين العالمي نعم مدرسة هي انتشرت لنا عرفيا مدرسة اختفت لانها دقية وعقلية نعم واما وجوب العاقلية حينئذ نعم وجوبه لماذا? وجوب الاباء الضرورة لان نحن ما عندنا هناك ان كان استعداد يعني الله تعالى حتى يعلم يتكامل او جبرائيل يعلم حتى يتكامل ابدا واما وجوب العاقلية يعني الضرورة حينئذ فلان مقارنة المجردة للغير لا يتوقف على الحضور في العاقل لانه ممنوع من المقارنة نعم فيتوقف امكان الشيعة على ثبوته فعلا وهو باطن وان كان المقارنة هو ان كان التعقل وفي هذا الوجه ابحاث مذكورة في كتبنا العقلية العلامة الحيني لا يريد ان يفصل في المسألة لانها دقيقة يقول ارجع الى كتبنا اه العقلية. اغلب الكتب العقلية للعلامة الحلي غير مطبوعة مثلا كشرح الاشارات غيره نعم نعيد يقول اما ثبوت المعقولية لكل مجرد فظاهر لان المانع من التعاقد ما هو المادة? لا غير. اذا كل من هو في عالم الانوار فهو عاقل ومعقول عاقل لنفسه ومعقولة نفسه معقولة لي وكذلك اللوازم التي تكون معه. لماذا? لان هناك ما في مادة نعم واما صحة التقارن في المعقولية لماذا التقارن? يعني لماذا انا اذا علمت بالوجود علمت بالوحدة مثلا بالعلية وكذا وكذا واما صحة التقارن في المعقولية فلان كل معقول فانه لا ينفك عن الامور العامة  الأمور العامة للحيثيات يعني التي تدركها يدركها بالمعقولات الثانية الفلسفية نعم مثل الوحدة والعلية والتقدم والتأخر الامكان الوجوب الامتناع. هادي تسمى الأمور العامة التي درسناها في هذا المقطع في المقطع السابق الالهات بالمعنى واما وجوب العاقلية حينئذ فلان مقارنة المجرد للغير لا يتوقف على الحضور في العقل نعم بان اه الحضور في العقل التعقل ده في انت الوجود في الخارج مقارنة مقارنة للوحدة تعقلها انت ولا تعقلها؟ ما عندها علاقة بالعقل واما وجوب العاقلية حينئذ فلان مقارنة المجرد للغير لا يتوقف على الحضور في العقل لا ابدا يعني المسألة ليست اه مثالية ذاتانية وانما واقعية نعم لانه نوع من نوع مع انه نوع من المقارنة نعم انه نوع من المقارنة فيتوقف اه ان كانوا الشيء على ثبوته فعلا وهو باطل لا ثبوت شيء يتوقف على امكانه مو ان كان على ثبوته الإمكان نعم فهم عقلي الثبوت واقع خارجي نعم اذا نحن قلنا من العقل ننتقل الى الواقع الخارجي فقد اثبتنا الثبوت قبل توقف الإمكان شيء على ثبوته لا الشيء يمكن ثم يوجد. هذه قاعدة كذلك عقلية نعم ما سوى الله تعالى بمجرد ان تكشف انه ثابت لانه ممكن يعني ملاك تحققه من حيث آآ ذاته والامكان ومنحه ذو العلة هي العلة اللي بيناها عدة مرات وان كان المقارنة هو ان كان التعقل لاحظت امكان المقارنة ووجوب المقارنة. وجوب المقارنات فعلي امكان المقارنة عقلي وفي هذا الوجه ابحاث مذكورة في كتبنا العقلية نعم الوجه الثالث ان العليا والمعنوية اي التوقف الوجودي كما قال بالمتن واستناد كل شيء اليه دلائل العلم الوجه الثالث ان كل موجود سواء اه سواء فهو ممكن على ما يأتي في باب الوحدانية اه هاه ان كل موجود سواه هكذا العبارة ما هو بالهمزة سواه ان كل موجود سواه يعني ما سوى الله تعالى ممكن صحيح العبارة على ما يأتي بباب الوحدانية. يعني قد يقول قائل نعم ما سوى الله تعالى ممكن قد يكون هناك اله ليس كنان ماذا تقول? يقول لا الوحدانية تبطل الها اخر ولهذا يقول على ما يأتي في باب الوحدانية. يعني عندنا الله واحد بالمرتبة الالوهية وباقي كله مخلوقات يعني ممكنات وكل ممكن فانهم مستندون مستند الى الواجب يعني  في في مخلوقيته يعود الى الله تعالى الفاعل المطلق اما ابتداء هذا على مبنى الحكمة المتعالية او مثلا تقول العقل الأول او بوسائط على ما تقدم. العقول تتوسط كعلل معدة باذن الله تعالى في الخالقية عند صدم كل العقول معدات ما فيه واسطة فاعلة بواسطة معدة. الفاعل هو الله تعالى فقط وقد سلف يعني سبق ان العلم بالعلة يستلزم العلم بالمعلوم هذه القاعدة القاعدة الذهبية ذوات الاسباب لا تعلم الا من اسبابها اذا انت اذا كانت لك مخلوقات وان تعل لها فالعلم بالمعلومات يستدعي العلم بالعلة. اذا احطت بالعلة احطت بالمعلومات نعم والله تعالى عالم بذاته على ما تقدم فهو عالم بغيره. وهذا الغير العلم بالغير على قسمين. علم هندسي قبل الخلق وعلم هندسي بعد الخلق قال والاخير عام يعني الدليل دليل الاسناد العلية والمعلولية عام نعم لماذا العلم عام الأخير عام دليل التجرد يعني الماديات خارجة لانها ليست ليست مجردة</w:t>
      </w:r>
    </w:p>
    <w:p>
      <w:r>
        <w:t>فتقول ما حكم الماديات لأن الدليل الأول ما هو دليل التجرد تجرد لا يطال الماديات الاحكام هذا خاص بالفعل نعم فتقول مثلا المعلومات في دائرته الاشياء في دائرته قبل الخلق يعني الوجودات العلمية نادي فقط التجرد هو المشكل نعم تجرد يعني الماديات اكثر من ذلك المستحيلات اين المستحيل المستحيلات لا تستند الى الله. والله يعلم بها اذا كان العلم بالمستحيلات ممكن اقول الوجه الاخير يعني الاسناد من الادلة الثلاثة الدالة على كونه تعالى عالما يدل على عمومية علمه بكل معلوم وتقريره ان كل موجود سواه ممكن وكل ممكن مستند اليه فيكون عاليا ببه سواء كان جزئيا او كليا نعم جزئيات يعني الماديات كما قلت سواء كان موجودا قائما بذاته او عارضا قائما بغيره. سواء كان موجودا في الاعيان او متعلقا في الاذان لان وجود الصور في الدين من الممكنات ايضا  تستند اليه وسواء كانت صورة ذهنية صورة ام صورة امر وجودي او عدمي ممكن او ممتنع فلا يعزب عن علمه شيء من الممكنات ولا من الممتنعات وهذا برهان شريف قاطع فقط اضاءة على الممتنعات هل الممتنعات حقيقة تعقل يعني لها واقعية حتى تعقل الممتنعة الضرب للواقعية نعم هذا بحث وانا الذي ورجحه يقينا ان الممتنعات لا تكون متعلقة للعلم لان اصلا غير هي ضرب للواقع هي خراب للواقعية. نعم قال والتغاير اعتباري هذه الاعتراضات ليش الاشكالات وغادي بعضها اثارها فالخرازي نعم في شرحه على الاشارات تخيل انت الله تعالى يعلم بذاته. اليس كذلك اذا كمتعلق تقول المتعلقة ذاته العالمة وذاته المعلومة اذا كم ذات ذات كيف نحل المشكلة مسألة تحليلية لي حظي اعتبار  يعني انا نعتبر الذات العالمة لوحدها ونعتبر الذات العالم معلومة لوحدها. اعتبار نعم جعل ذهني للفهم فقط ولذا قالوا والتغاير اعتبار ردوا هذا الاشكال من الفخر الرازي. اقول لما فرغ من الاستدلال على قوله تعالى عالما بكل معلوم شرع في الجواب عن الاعتراضات الواردة على المخالفين وابتدى باعتراض من نفى علمه تعالى بذاته لماذا? لانه يؤدي الى الاثنين ولم يذكر الاعتذار صريحا بل اجاب عنه وحذفه لعلمه نعم وتقرير الاعتراض باننا نقول العلم اضافة بان العالم والمعلوم مو اضافة ضوء اضافة اضافة مبنى الفخر العلم ذو اضافة وليس اضافة او مستلزم للاضافة كما يدعي البعض وعلى كلا التقديرين فلا بد من المغايرة بين العالم والمعلوم. يعني بين الذات الالهية العالمة وبين الذات الالهية المعلومة. ولا مغايرة في علمه بذاته. يعني انتم راحوا تقولون بذاتين يجب ان ترفعوا ايدكم عن الشرك اذن الله تعالى لا يعلم بذاته اذا هذا العلم كله بينته لا معنى له والجواب ان المغايرة قد تكون بالذات وقد تكون بنوع من الاعتبار وها هنا ذاته تعالى من حيث ان انها عالمة مغايرة لها من حيث انها معلومة وذلك كاف في تعلق العلم يعني بالاعتبار والادعاء وليس بالحقيقة نعم فالاشكال لا يرد على هذا على هذا المبنى ان الله تعالى يعلم بذاته فهذه الثنائية ثنائية ادعائية اعتبارية وليست ثنائية حقيقية حتى نقع في ذاتين مستقلتين. قال ولا يستدعي العلم صورا مغايرة للمعلومات عنده تعالى ياتي ان شاء الله اللهم صلي على محمد وال محمد  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