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ما زلنا في العلم وفي الاعتراضات قال ولا يستدعي العلم صورا مغايرة للمعلومات عنده عند الله تعالى. لان نسبة الحصول اليه اشد من نسبة الصور المعقولة لنا هذه تخبطات اه كلها من المستشكل وحتى من الذي يرد على الاشكال في بعض الاحيان ناتجة من هاد البرادق المعوي اذا بنينا على اصالة الماهية وبنينا مهوية نسق مهوي فكثير من الاشكالات العويصة لا تحل لا تحال علميا لا في علم الكلام من باب اولى وعلم الكلام لا يفهمها حتى يرد عليها واشكالات كذلك فلسفية ثم تأتي الى النصوص الدينية نفهمها بطريقة اه هزيلة وركيكة نعم اما اذا جئنا الى البراديجم الوجودي كثير هذه الاشكالات تتبخر يعني كلها تقريبا تتبخر وتعطيك رؤية عقدية راقية جدا جميلة جدا. اعمق رؤية عقدية عرفها الوجود وانا في تصوري ان النصوص الوحيانية او نصوص الائمة عليهم السلام من الرسول الى اخي الامام عليهم بالسلام وهمت الفهم الصحيح والدقيق بعد ما جاء الوجود قابل لها كان الفهم فهمه فهما ناقصا كثيرا قال ولا يستدعي العلم صورا مغايرة للمعلومات عنده. يعني الله تعالى عنده سور بنها على ماذا على النسق المهوي ان الله تعالى له علم حصولي اي الله تعالى عندو علم حصولي نعم الحصول ما هو خلينا نبين هذه المسألة يعني الان دخلنا في العقائد بالمرحلة الاولى كنا في مقاربات علمية قد تكون صحيحة مئة بالمئة قد تكون ثمانين بالمئة قد تكون باطلة مطلقا الان نتكلم في العقائد طبعا الالهيات الطبيعية هنا ما معنى العلم الحصولي? العلم الحصولي كيف تنتجه البشرية او الدهن البشري اولا الطفل الصغير عقله بعد لم ينضج يتعامل معه الواقعية يعني مع المحسوسات في قلب المحسوسات معقولات نعم هو لا يلتفت بها اليها. لماذا لأن هو في عقر الزمان والمكان. غارق في المادة مع ان هذه  كليات موجودة في ذهنه لكن لم تتطور لم تنضج في ذهنه وبين لك المسألة بمثال طفل صغير احتاج الى الحليب جيعان امه خرجت خرجت الى السوق تشتري الحليب مثلا لابنها  تداخلت لنفرض مثلا ربع ساعة تشتري بعض الأغراض دخلت امرأة اخرى خالتو مثلا عندها المفتاح فهو يحسبها امه اه يعني كيف هنا? يعني عنده هذا المفهوم الكلي امرأة او انسان لاشتباهين في المصداق لماذا? لأنه استأنس فقط بامه يحس يعني عنده الانسان مسابق لامه فقط يعني الإنسان الأنثوي يقصد لكن هو ادرك ان هناك انسان فحسبها امه لماذا? لانه هو غرق في ايه المحسوس? متى يلتفت الى ذلك العنوان الانسان? مع التدرج مع التدرج بعدما يتدرج وينضج يصنع لهذه المعاينات ما فهم حتى يتواصل مع نفسه ومع غيره اذن العلم الحصولي ضرورة تواصلية ضرورة تواصلية فخطاب الله للملائكة والملائكة للملائكة والملائكة للانبياء ليس بهذه المفاهيم الحصولية والمفاهيم الحصولية تستدعي امرا اعتباريا وهي اللغة هي اللغة تصور انا بين اله تعالى والملائكة في لغة متواضعة ابدا حتى هذا القرآن الكريم الله تعالى تكلم باللغة العربية باعتباره باعتبار هذا العلم الحصولي عندنا تنفهم في افق الذهن نعم لا يستدعي العلم صورا يعني اذا الله تعالى علم بالاشياء لا يستدعي هذا العلم صورا في ذاته مغايرة للمعلومات عنده. لان نسبة الحصول اليه اشد من نسبة الحصول الصور المعقولة لنا. هناك علم هو منبع الصور الخارجية. منبع الصور الخارجية. ليس علما انفعاليا يعني الله تعالى يأتي الى الوجودات الخلقية ثم يتعقلها كما نحن نتعقلها ابدا بل هو مصدر هذه ان وجودت اقول هذا جواب عن اعتراض اخر اورده من نفى علم الله تعالى بالماهيات المغايرة له. يعني المخلوقات وتقرير الاعتراض ان العلم ما هو? صورة مساوية للمعلوم في العالم علم حصولي فالمهوي ليس من العلم الحصولي فيسقط هذه المعلومات على ماذا? على الامور العقدية نعم والمتكلم اصلا لا يفهم هذه الامور. يعني لا يفهم تقولوا انت قارب لعلم الله تعالى بالمخلوقات. يقول عالم فقط نعم عالم لا قارب لي ما يقدر نعم ما يقدر فلو كان الله تعالى عالم بغيره من الماهيات هذا المقدم مقدم الشرطية لازم حصول صور تلك المعلومات في ذاته تعالى نعم وما المانع? اذا حصلت هذه الصور غو تكثر ذاته تتكثر وهي بسيطة ويكون قابلا منفعلا لوازم كثيرا خطيرة لانك انت بنيت على الحل علم الحصول الانطباعي اما اذا بنيت على العلم الشهودي والعلم الفعلي وليس العلم الانفعالي هذه الخربات والتخبطات كلها لا معنى لها وذلك يعني اذا كان الله عالم عالما بالصور الحاصلة في ذاته يلزم الكثرة وذلك يستلزم تكثره تعالى خلاف البساطة. هذا اللازم الاول والباطل ولزم كونه قابلا وفاعلا ومحلا لاثاره قابلة لان الصور تأتيه فاعلة لانه خالق خالقها ومحلا لاثاره وانه تعالى لا يوجد شيئا مما يباين ذاته. بل بتوسط الامور الحالة فيه. يعني عنده صور وكل ذلك باطل المستشكل بنى اشكاله على الفهم المهوي وعلى تعريف العلم انه حصول صورة ده داء العالم. وتقرير الجواب. نرى الجواب كيف? لان زمن المحقق الطوسي والعلام الحلي زمان حاكمية النسق المهوي يستطيع ان يرد? انظر وتقرير الجواب ان العلم لا يستدعي صورا مغايرة للمعلومات عنده تعالى لان العلم هو الحصول عند المجرد على ما تقدم. جيد ولا ريب في ان الاشياء كلها حاصلة له هذا هو المشكل يقول المستشكل يقول اذا حصلت هذه الاشياء عنده يعني يتكثر نعم لانه مؤثرها وموجدها نعم اللي سلمنا انه موجدها. لكن كانت سابقة قبل الايجاد ابن سينا يسميها الوجودات العلمية. اضافات اشراقية. هناك تحرك تحرك تحلت المشكلة. اذا قلنا اضافات اشراقية تحلت. اذا قلنا لا مقبولة يلزم القابلية ويلزم الكثرة نعم وحصول الاثر للمؤثر اشد من حصول المقبولية لقابله. اكتب تحت هذه العبارة وحصول الاثر للمؤثر اشد من حصول المقبول قابيله. هذه اشارة الى ان المعلومات في دائرة الذات اضافات اشراقية ابن سينا يسميها الوجودات العلمية بمقابل الوجودات الخلقية. اضافات اشراقية. اضافات اشراقية لا هوية لها الا الذات المقدسة مع ان الثاني لا يستدعي حصول صورة مغايرة لذاته الحاصل فان اذا عقلنا ذواتنا لم نفتقر الى صورة مغايرة لذواتنا نعم هذا بالعلم الشهودي لكن هو يتكلم عن العلم الحصولي فانا اذا عقمنا ذواتنا باي عقل عقلنا يعني علمناها بالشهود والشهود علم العلم الحضوري والشهود لا معنى للمفاهيم. اذا عقلنا ذواتنا لم نفتقر الى صورة مغايرة لذواتنا انا بالعلم الشهودي ولكن المستشكل يستشكل بالعلم الحصولي. يعني انت اذا تبنيت العلم الحصولي يجب ان تتبنى بالكثرة في الذات لا تكون قابلة نعم ومحل لي الاثر ثم اذا ادركنا شيئا ما بصورة تحصل في اذهاننا</w:t>
      </w:r>
    </w:p>
    <w:p>
      <w:r>
        <w:t>فانا ندرك تلك الصورة الحاصلة في الدين بذاتها. نعم لا باعتبار صورة اخرى لا هذا مع هذا ما هو محل الاشكال يعني العلم الحصول لا يتسلسل هذا ثابت صحيح لكن المشكل لا المشكل يقول الذات تكون قابلة وتكون كثرة في الذات نعم والا لزم تضاعف سور معنى تلك الصورة حاصلة لذاتنا لا لا بانفرادها بل بمشاركة من المعقولات هذا كلها كلها بحوث غير اه غير ما اشكل عليه المستشكل. فحصول العلم بالموجودات لواجب الوجود الذي تحصل له الاشياء من ذاته بانفراده من غير افتقار الى صور لهؤلاء كيف الا اذا لم تكن بالعلم الشهودي يعني انت تأصل العلم الشهودي وتؤصل اصالة الوجود ثم تأصل الاضافة الاشراقية حتى هذا الكلام يكون له معنى بدون اصالة في الوجود وبدون لاضافات الاشراقية الاشكال وارد ولما كانت ذاته سببا لكل موجود وعلمه بذاته علة لعلمه باثاره وكانت ذاته وعلمه بذاته العلتان العلتان متغايتان بالاعتبار متحد بالذات سلمناها فكذا معلوم هو العلم به متحدا بالذات متغيرا بنوع من الاعتبار هذا وين هذا? في الاصالة الفلانية هذا لا يتم الا باصالة الوجود وهذا بحث شريف نعم بحث شريف صحيح لكن لا يمكن ان يعقل على النسق المهوي وهذا بحث شريف اشار اليه صاحب التحصيل وبسطه المصنف لشرح الاشارات يعني العلم الاشراقي وبهذا التحقيق يندفع جميع المحالات لانها لازمت باعتبار حصول الصورة في ذاته تعالى عن ذلك يعني العلماء الحلي منتبه الى الاشكال. لان بنينا على العلم الحصولي وصول الصور في الذات تأتي الكثرة ويأتي التأثر ويأتي القابلية نعم هذا الكلام من العلامة الحلي يشير الى نقطة شيخ المحقق التونسي في شرح اشارات عاهد نفسه انه يشرح الاشراك ولا يأتي بمبنى يخالف الشيخ الرئيس. يعني يبحث يشرح الكتاب على مباني المشان والمشاء مهويون لكن في العلم لم يصبر. في العلم هناك بين ان العلم بمعنى الانطباع الصور في الفاعل والذي استدعى القابلية والتأثر ونتمرد عن الشيخ الرئيس وتبنى علم اه صاحب ما بنى صاحب الاشراق فخالف المشافي العلم خالف الشيخ الرايس في العلم ونعلم الحل استشكل عليه من حيث البيداغوجية يعني انت اذا لم تكن عندك خلفية شرح الاشارات ومبنى شيخ الاشراق والاضافة الاشراقية وو لا يمكن ان تفهم هذا المبنى وهذا الجواب نعم ولهذا يقول وهذا بحث شريف اشار اليه صاحب التحصين اه يعني الفخ الرازي وبسطه المصنف صاحب التحصيل اه التحصيل به مليار ظاهرة وبسطه المصنف رحمه الله في شرح الاشارات اه المحصل للفخر تحصين لي به مليار وبسطه المصمم في شرح الاشارات وبهذا التحقيق يندفع او يندفع آآ جميع المحالات لانها لازمت. لماذا هذه المحالات? باعتبار حصول صورة في ذاته تعالى. يعني اذا بنينا على نعيم الحصول المتعارف سورة تأتي الى النفس ثم النفس تتكفل لنصور متكاثرة فتكون قابلة متأثرة طبقها على الله فيكون قابل المتأثران وكثيرا نعم اذا هنا مباني خفية مبنى الاشراق ثم جات جات الحكمة المتعالية اه هذه الامور كلها نسختها بعد نعم قال وتغير الاضافات ممكن ايه سجال فكري بين المتكلمين والفلاسفة المشاء نعم آآ بعد ما جاءت الحكمة المتعالية ما في سجال بين المتكلم  الفيلسوف لأن الفيلسوف هو صار المتكلم يعني المتكلم تقمص اه ثوب الفلاسفة الا من يكفرون الفلاسفة ولا يؤمنون بهم مطلقا وبمبانيهم لا زالوا على السجية القديمة اه بعض ائمة الجمعة صلاة الجمعة يصرح في القبر المقدسة يصرح ان الملائكة مادية ملائكة مادية نعم كيف تصعد الى السماوات السبع والى العرش وتأخذ التكليف من الله تعالى وهي مادية لا ادري والله تسرها لان جاء لا ادري من السجلات القوية ان الفلاسفة لا يؤمنون اه ان الله تعالى لا يعلم بالجزئيات الدافرة بهذا القيد. يعني انت هكذا انت جالس في البيت وفاتح الشباك. النافذة وترى القطار يمر على بجنب بجنب البيت فلا ترى القطار كله ترى مقطع من القطار قاطرات ثم هذه القاطرة تختفي ثم تأتي قاطرة ثم تختفي هكذا فانت الان اذا علمت بالقاطرة الاولى يعني ماذا عندك واقعية في مقابلك وعندك صورة جزئية لها. اختفت الصورة الجزئية تختفي ثم تأتي صورة جديدة. فيكون الله تعالى محل الحوادث اليس كذلك صورة تحتي تأتي يروح العلم ولا اقول الكلمة القبيحة. ذهاب العلم. ما اقول الكلام القبيح ثم جاءت صورة اخرى يعني الانطباع الفيلسوف قال لهذا بشع. بشع جدا بشع  ابتكر وابن سينا ابتكر اه الية جديدة قاعدة جديدة راقية جدا الله تعالى يعلم بالجزئيات. هذا القطار لاحظته يعلم بالجنسيات بنحو كلي بنحو ثابت لا يؤدي الى التغير في ذاته المقدسة فقسم العلم الى ثابت ومتغير غير القسمة العلم كلي وجزئي لكن جاء الغزالي في زمان غروره قبل عرفانه قبل توبته كان مغرورا جدا كان هو الأستاذ الأول في نظامية بغداد. زعيم الأشاعرة فقها اصولا فهيتصور انه الفلسفة تفهم بالمطالعة فراح يطالع الكتب لوحده مدة سنتين يرى انه احاط بالفلسفة وجاء بخرافات عشرين اشكال كفر بها آآ ابن سينا في بعض الموارد من هذا منها هذا بجهله وغروره قبل توبته بعد تاب وصار عارفا و اه اتوفى في طوص اكتشفوا مقبرته مؤخرا فهو هكذا قال يعني الله تعالى اذا لم يعلم بالجزئيات يعني لا يعلم بهذه الشجرة وتلك الشجرة وبالانسان وكذا فهذا كفر نسينا قال لا يعلم بي بطريقة انت ما تقدر تفهمها بنحو كل حتى نبين لك المسألة بمثال يقرب فقط اه ويباعد من جهات الانسان الذي جلس على قمة في قمة الجبل يرى القطار كاملا يعني بنحو الثبات يتحرك. ما عنده قاطرة تأتي وقاطرة تذهب علم ثابت والقطار يتحرك نعم جزئي جزئي لكن علمه ثابت. بخلاف الذي يجلس في البيت وقاطرة تمر فاختفى المتعلق يأتي الجهل ثم تأتي قاطرة اخرى يأتي علم جديد انطباعي. قبول انفعال وهكذا. هكذا الله تعالى العالم بالمتغيرات والجزئيات. ام يعلم بها بنحو قوي. هذا القوي هو الثبات. يعني ما في تغير على مستوى ذاته المقدسة اذا هذا المبنى ينزه الله تعالى لكن انت اذا كانت عندك خلفية كل ما يقوله في الفيلسوف النجاسة حتى لو اتى بالمتين من العلم نجس مرض مرض نفسي مرض نفسي عند الغير مع الاسف وتغير الاظافات ممكن. اقول هذا جواب عن اعتراض الحكماء القائلين بنفي علمه تعالى بالجوزيات. والله ما فيه. فيلسوف يقول الله الله تعالى لا يعلم بالجزئيات يا الله هذا خلاف صريح القرآن خلاف صريح روايات خلاف صريح العقل نعم بالجزئيات الزمنية داثرة المتغيرة وتقرير الاعتراض ان العلم يجب تغيره عند تغيير المعلوم نعم كما بينت لكم في القطار والقاطرة والا لانتفت المطابقة لكن الجزئيات الزمنية متغيرة فلو كانت معلومة لله تعالى لزم تغير علمه تعالى والتغير في علم الله تعالى محال انه يؤدي الى التغير في الذات وهذا محال هذا مش اشكال من</w:t>
      </w:r>
    </w:p>
    <w:p>
      <w:r>
        <w:t>اشكال هذا فاهم الغزالي ومن تبع الغزالي لكلام من? كلام الشيخ الرئيس نعم وتقرير الجواب يعني هنا المتكلم يجيب عن اه ابن سينا بفهمه يعني بقول الحداثيين هنا اشكال هرمونيتيكي يعني اشكال في القراءة وتقرير الجواب ان التغير هنا انما هو في الاضافات لا في الذات ولا في الصفات الحقيقية كالقدرة التي تتغير نسبتها اضافتها الى المقدور عند عدمه وان لم تتغير في نفسها وتغير الاضافات جائز لان امور اعتبارية ما تحقق لها في الخارج اعتبارها يعني انتزاعي اذا الجواب جواب المتكلم ما هو يعني الله تعالى زيد في زايدون في في البيت صار في السوق اليس كذلك عندنا اضافة الى البيت واضافة الى السوق زائد واحد لم يتغير يعني متعلق العلم واحد يتغير تغيرت الاضافة ويسكت في الفيلسوف مسكين. لماذا? لان الكل ضده الكل ضده نعم يسكت وها حتى لا يكفر او تقطع ارزاقه نعم اولا الفهم خاطئ نفي العلم بالجزئيات الداكرة بهذا الفهم الانطباعي هذا الفهم العرفي كما تفهمون انتم لانه يؤدي الى تغير الذات اذا يعلمه بعلم ثابت قوي نعم اما هذا الاضافات الاضافة الاضافة اذا قلت انتزاعية يا تتغير تتغير ذاتهم تغير اضافي. يعني تغير لذاتها ام بتبع اطرافها بتابع اطرافها باطرافها. نعم قال ويمكن اجتماع الوجوب والامكان باعتبارين اقول هذا جواب عن الاحتجاج من نفع الى ما هو تعالى بالمتجددات قلت لكم يعني الداثرات قبل وجودها نعم وتقرير كلامهم ان العلم لو تعلق بالمتجدد قبل تجدده يعني الله تعالى يعلم بالأشياء قبل تغيرها اللازمة وجوبه لا ادري يلزم الوجوب لماذا يعني الضرورة والا لا جاز الا يوجد وهي الزي موجوبها وجوب بالغير نعم واضحة جدا يكتب وجوه بالغير كل المخلوقات اذا وجدت تنوجد بالوجوب بالغير قلت لكم كل ممكن ملفوف بضرورته ظرورة سابقة وظرورة لاحقة الضرورة السابقة الوجوب بالغير يعني اكتمال العلة التامة المعلول يفاض قطعا ثم ظر اللاحقة ثم الظرورة بشرط المحمول. تقول زيد الموجود زيد زيد موجود بالضرورة. تحصيل حاصل والا لاجاز ان لا يوجد. نعم يعني اذا لم يجب ولم تكتمل جميع مقومات علته لم لم ينوجد فينقلب علمه تعالى جهلا وهو محال لا ادري انا اصلا ذهني لم يستوعب هذا الكلام يعني قبل التجدد يعلم به كجميع المعلومات لأنه وخا خالقه ويقل لهذه القاعدة الشيء ما لم يجب لما يوجد والا لا جاز ان لا يوجد. نعم اذا لم تكن هناك آآ علل تنضم الى العلة التامة وآآ هذه العلل لم تنظم مثلا حفيد فلان حفيد فلان يستدعي ماذا ان يتزوج الفلان ثم يولد له ولد ثم هذا الولد يتزوج وينجب حتى يتعين الحفيد. هو اعزب الى الان اعزب سلب بانتفاء الموضة فينقلب علمه تعالى جهلا وهو محال كيف ينقلب علمه الجهل اذا قلتم تم قبل التجدد لان هذه كلمة قبل تجدده اه لم افهمها لو قال مثلا مع التجدد يلزم تغير الذات المقدسة بتغير المراحل التجدد يعني الان في مكان اللطفة الإنسان في ذات النطفة كيف نواجد وفقا للعلل? شيء ما لم يجب يعني يصل الى الضرورة. كل حظ العدم ينتفي تأتي الضرورة بالغير النطفة تتحقق ثم تتجدد الى العلاقة تقول الان يعلم بالعلاقة او لا يعلم يعلم به يعلم بالنطفة او لا يعلم. او يعلم فقط بالعلاقة النطفة غير موجودة في تعلم علمه يتعلق فقط العرق والعلم بالمضغة اه بالنطفة صورة موجودة المتعلق غير موجود ما معنى الصورة موجودة والمتعلق غير موجود؟ يعني عدم المطابقة عدم المطابقة على الجهل هذا الكلام صحيح. هكذا نبينه. هذه كلمة قبل تجدده انا لم افهمه لازم وجوبنا وفق القاعدة شيء ما لم يجب لم يوجد والا لا جاز ان لا يوجد. نعم اذا لم تنضم جميع العلل. انا اتكلم عن المستشكل ها. الجواب فينقلب علمه تعالى جهلا وهو محال. كيف؟ يعني اذا تجدد  يعني الله تعالى يعلم بالنطف فلماذا? لان موجبات الخلق تمت ثم النطفة تحركت الى العلقة. العلقة الى المضغة. مضغة الى الجنين جنين الى الانسان هذه المراحل ثابتة علم موجود داثرة زائلة في الصورة بدون متعلق وهو الجان والجواب ان اردتم بوجوب ما علمه الله تعالى انه واجب الصدور عن العين فهو باطل لان العلم ليس ملاك الصدور ملاك الصدور هو الارادة العلم تنوير فقط لان المهندس وهو يتحرك في الشارع عنده الاف الخطة آآ هندسية لمساجد ولجامعات ولبيوت اذا كان هذا العلم هو ملاك الخلق فهذه الامور كلها تتحقق. لا يعني تنتقل المرحلة الى الارادة لأنه تعالى يعلم ذاته ويعلم المعدوات وهاذي لا لا تنوجد وان اردتم وجوب المطابقة لعلمه فهو صحيح نعم لكن ذلك وجوب لاحق لا سابقون نعم الوجوب اللاحق قلنا الضرورة بشرط المحمول فلا ينافي الإمكان الذاتي نعم والى هذا اشار بقوله ويمكن اجتماع الوجوب والامكان باعتبارين هذا لي بينته انا الجواب الجواب الجواب صحيح نعم لكن يجب ان تبين المسألة هكذا. عندنا سلسلة نطفة علاقة مضغة جنين انسان اليس كذلك? الله علم علم بالنطفة. على اي اساس? لانه هو خلقه وفق القاعدة شيء ما لم يجب لم يوجد. كل موجبات الخلق تمت النطفة تتعين ثم النطفة لم تبقى في مرحلتها صارت علقة اذا صارت علاقة يعني الصورة ليس لهم مطابق. كفت العلاقة آآ كفت النطفة راحت علاقة. لا في صورة مطابقة. وهكذا الدواليك. فيلزم الجهل. اذا الله تعالى لا يعلم بالمتجدد نكمل البحث ان شاء الله في الحصة اللاحقة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