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المسألة الثالثة في انه تعالى حي قبل الدخول في هذه المسألة اعيد الاشكال والجواب على الاشكال. قال ويمكن اجتماع الوجوب والامكان باعتبارين هادي بيناها مسألة ميتافيزيقية قبل الإلهيات اه شجرة في ذاتها ممكنة لانها لا تقتضي الوجود لذاتها فتحتاج الى علة فتصير واجبة ليس بالذات واجبة بالغير. اذا عندها وجوب الغير باعتبار العلة وامكان باعتبار ذاتها فحيثيتان مختلفتان ويجتمعان في مصداق وحذو الشجر. بينا هادي كيف تتحقق اذا تمت العلة التامة? عندنا فاعل تام هو الله وعندنا معدات تنضم الى الله. هذه الشجرة يجب ان تكون فسيلة وفي تربة وفي اضياء. حتى تصل الى مستوى الفعلية جيد المستشكل يقول هذا التجدد الذي نراه في الوجود يعني هذه الشجرة مرت بمراحل تطورت مثل الانسان مر بمراحل اه تما ثم هذا التمن يصير خلطا في في بدن الاب ثم نطفة تترشح من الاب نطفة تروح في السياق الشريف تصير علقة ثم مضغة ثم جنين ثم يخرج الانسان مسار تكاملي اين انت الان قارب لهذا المسار التكاملي والتطوري على مستوى الذات الالهي كعلم  مشكل يعني المستشكل يتحداك تقول آآ انا المانع في ذلك يقول اذا علم بالمتجدد على مستوى النطفة حتما يعلم. لماذا? لان الشيء ما لم يجب لم يوجد ما دام الله تعالى اوجده بهذا القانون يعني صارت العلة تامة فانعقدت النطفة وتحققت في سياقها جيت ثم يعلم بالعلاقة نعم نعم بنفس القانون شي ما لم يجب لم يوجد تا النطفة ممكنة في ذاتها واجبة بغيرها العلقة ممكنة في ذاتها واجبة بغيرها اه المضغة ممكنة في ذاتها واجبة بغيرها. الجنين ممكن بذاته واجب بالغير. الانسان الذي يدب على الارض يخرج من الرحم الشريف والرحم الشريف يعيش في في الدنيا ممكن في ذاته واجب بالغير. سلمته الان حافظ لي على هذا التجدد الى علم الإله نعم محفوظ لان صور علمية روحي للمطابقة الان المطابق الان لا المطابق ما هو فقط الانسان حتى الانسان يخضع الى تطورات سلمنا ان الإنسان تابت اين المصاديق الأخرى تقول كلها ندكة تكامليا في الإنسان اما صديقها اين مصادقها اذا العلم موجود بدون مطابق هذا جهل اذن العلم بالمتجددات لا معنى له فالله تعالى لا يعلم المتجددة المحقق التونسي حتى يخرج من هذه الازمة قاربها بالوجوب اه بالغير والإمكان ما عندنا علاقة بهذه المسألة المستشكل يقول سلمنا ان النطفة خضعت لهذا القانون وجوب بالغير وان كانت هي ممكنة في ذاتها اجتمع فيها الوجوب بالغير والامكان. سلمنا المستشكل يقول. يقول بعد ماذا صارت؟ صارت علق. الصورة الان الصورة المطفية في الذات الالهية لا متعلق كاشفون ام لا تقول انه الفقير موجودة. اذا علم بدون مطابق وهكذا في جميع المتجددات اذا هذا الجو غير نعم لا معنى الا هو والجواب خلينا نقرا الإشكال ويمكن اجتماع الوجوب والامكان باعتبارين هذا اصلا لا يحل المشكلة هذا جواب عن الاحتجاج من نفى علمه تعالى بالمتجددات قبل وجودها. يعني في عالم الذات. وتقرير اه وتقرير كلامهم كما كلام المستشكلين ان العلم لو تعلق بالمتجدد قبل تجدده ثم ذهب وجاء هكذا حتى نفهم عمق الاشكال. ثم ذهبت النطفة صارت علاقة قبل تجدده لزم وجوبه والا لا جاز ان لا يوجد. نعم هذه قاعة الشي ما لم يجب لم يجب فينقلب علمه تعالى جهل ومحل. كيف لما تجدد? لما صار اه اه لما تجدد لما صارت النطفة علاقة. يعني النطفة اختفت فالصورة موجودة بدون متعلق يجب ان نفهم الاشكال هكذا العلامة الحلي لم يبسطه بهذا البسط الجواب ان اردتم بوجوب ما علمه الله تعالى انه واجب الصدور عن العلم فهو باطل. لان العلم قلنا ليس ملاكا للصدور العلم مدخلية في الصدور وليس علة تامة للصدور صدور يكون بالعلم والارادة والقدرة هذه الامور اذا اجتمعت يتحقق الفعل لانه تعالى ياتي باشكالات نقضية لان الله تعالى يعلم ذاته. اذا يخلقها ويعلم المعلومات يوجد المعدومات المعدومة تنوجد وان اردتم وجوب المطابقة لعلمي فهو صحيح. نعم يعني وجوب المطابقة يعني الله تعالى بالنطفة ثم صارت علاقة هذا العلم يحتاج الى المطابقة حتى يكون العلم صحيحا ليس جهلا وان اردتم وجوب المطابقة لعلمه فهو صحيح لكن ذلك وجوب لاحق لا سابق ما دخل الوجوب اللاحق والوجوب السابق يا العلامة الحلي ما عندها علاقة لا بالوجوب بالذات لو الوجوب بالغير ولا الوجوب بالشطر المحمول وان عرفتم وجوب المطابقة العلمي فهو صحيح لكن ذلك وجوب لاحق ما دخل الوجوب اللاحق والوجوب السابق لا سابق فلا ينافي الامكان الذاتي والى هذا اشار بقولوا يمكن اجتماع الوجوب والامكان باعتباره لا ليس هكذا المسألة المسألة كلها مبنية على هذا ان العلم انطباعي اه العلم انتم يعني العلم لا تاج للصورة الخارجية اما اذا كانت اضافة اشراقية اضافة شريقية يعني الله تعالى يحيط بكل المتجددات في بنحو الثبات المسألة الثالثة فانه تعالى حي. الحي ناتي من بناء الملازمات من العلم العلم يلازم الحياة تقول الله عالم وكل عالم حي فالله حي انتهى الأمر سهلا وكل قادر عالم حي بالضرورة. القادر ما نحتاجه العلم يكفي اقول اتفق الناس على انه تعالى حي واختلفوا في تفسيره. فقال قوم انه عبارة عن كونه تعالى لا يستحيل ان يقدر ويعلوا نعم عرفوا الحياة القوة العاقلة القوية يعني حيوي حياتية. الدراك الفعال الدراك يعني العلم الفعال نشط نعم انه عبارة عن كونه تعالى لا يستحيل ان يقدر ويعلم. لا ادى الراكب الفعال. هذا هو التعريف الدقيق. وقال اخرون انه من كان على صفة لاجله عليها يجب ان يعلم ويقدر. نفس الشيء. والتحقيق ان صفاته تعالى ان قلنا بزيادته على ذاته فالحياة صفة ثبوتية زائدة على الذات على مبنى من مشاعر والا فلنرجع بها الى صفة سلبية وهو الحق يعني الحياة صفة سلبية عند من? عندها العلام الحلي. وقد بينا انه تعالى قادر عالم فيكون بالضرورة حيا. لان ثبوت الصفة ترعوا عدم استحالتها. يا الله! يعني الحياة صفة سلبية. عند الاعلام الحلي شيء عجيب وخيف حياتي هي منبع كل الخيرات صفة اه صفة عدمية. يعني ليس بجاهل وليس بعاجز لا ابدا خطأ هذا خطأ حياة صفة ثبوتية عين الذات يا منبع كل الصفات لولا الحياة ما في علم ما في قدرة ما في ارادة ما في خالقية نعم والا فالمرجع بها الى صفة سلبية وهو الحق نعم يدخل احد الاصحاب على الامام الصادق عليه السلام يقول صف لي ربك. يقول حي قادر رازق. قالوا هذه شركه فيها الممكنات مخلوقات كحلو صف لربي انتكي</w:t>
      </w:r>
    </w:p>
    <w:p>
      <w:r>
        <w:t>ربك انت يا يا ابن رسول الله. قال كله علم كله حياة كله قدرة الذي كله حياة حاجات سلبية  يعني هنا اشارة الى ماذا? الى عينية الصفات للذات وليست صفات كما يقول الاشاعرة فالائمة كان دورهم القدسي ما هو الرد على المخالفين والتأسيس اصول العقيدة نعم فالصفات ثبوتية صفات حيثيات تقييدية اندماجية حيثيات تقييدية اندماجية يعني ليس لها هوية مستقلة في صميم الذات. يعني الذات تتقيد تقول الله حيك وبعد القيد خارجون ام لا? في عقر الذات في عمق الذات. حيثيات التقليدية اندماجية اندماجية يعني داخل الذات نعم وهذه ليست مختصة بالله تعالى. كل الوجودات صفاتها حيثيات تقليدية اندماجية اذا الدليل واضح جدا العلم يؤدي الى الحياة اذا كان العلم بصفة ثبوتية فالحياة صفة سلبية ايها العلامة ابدا المسألة الرابعة فانه تعالى مريد حياة علم ارادة القدرة لكن المتكلم بدأ بالقدرة خلاف تنظيما التكويني والمنطقي حياة علم ارادة القدرة قال وتخصيص بعض الممكنات بالايجاد في وقت يدل على ارادته تعالى اذا بنينا على التخصيص. التخصيص كالشأن للارادة فالارادة ذاتية. اذا قلنا التخصيص هو الارادة فالارادة فعلية مع اننا ارادة ذاتية على هذا الكلام اما اذا قلت لا التخسيس نتاج الارادة شأن من شؤونات الارادة اذا في ارادة ذاتية بارادة فعلية وتخصيص بعض الممكنات بالايجاد في وقت يدل على ارادته تعالى في وقت ادخل الزمان لا ادري يعني جبرائيل كيفي يعني لا لا يريده الله تعالى خارج الزمان والمكان نعم ولهذا قلت لكم الان الساق الكلامية انا في تصوري نرميها في الفرات وتروح الى الشط ادخل الى الخليج من الخليج تروح الى المحيط وتختفي هناك يعني مباني الشام لا يليق الآن التمسك بها. اتكلم عن المباني العلمية. لا اتكلم عن العقيدة لا تشتبه العقيدة الله حي لا المقاربات العلمية الهزيلة هذه الامور العقدية اقول اتفق المسلمون على انه تعالى مريد. الاتفاق لا قيمة له يلعن من حلي. مسألة عقلية يجب ان تبحث ان الملاك الذاتي كمال الاخلاص تثبت لله تعالى. اتفق ولم يتفق. العالم كله لم يقبل. وانت متيقن انها صفة برهانية يقينية خلاص اتفقا لم يتفق هذا ما عنده قيمة فيه الامور العلمية اتفق المسلمون على انه تعالوا مريد لكونهم اختلفوا في معناه فابو الحسين البصري من ائمة المعتزلة احد اعلام المعتزلة جعله نفس الداعي الداعي هذا انت الذي يتركك تتحرك نحو الدرس عندك داعي. لولا هذا الداعي لا تتحرك نحو الدرس على معنى انه علمه تعالى بما في الفعل من المصلحة نعم هذه الارادة هذا ليس ابو الحسين البصري هذه الفلاسفة كذلك  يعني انت تعلم بان في الدرس مصلحة فهذا هو الداعي هذا هو الذي يحركك نحو الفعل نعم الداعية الى ايجاد يعني التحرك نحو العلم مثلا او الخلق والمخصص والارادة هو المخصص للارادة اذا ذلك الداعي يعني العلم بالمصلحة هو المخصص لفعل هذا بدون هذا خلق هذا الكون بدون هذا الكون وهو الارادة. وقال النجار من المعتزلة انه سلبي وهو كونه تعالى غير مغلوط وانا مستكره يعني انت لا تفهم الله مريد الى اذا اه تصورت اه موجودات هذه الموجودات لا يمكن ان تكره الله تعالى على فعله يا نجار خرافات ظلمات فوقها ظلمات يعني الان نحن ندرس بالظلمات الان في هذا فلسفة دين الحوزاويون ترقيقا للكلمة سموها كلام جديد ومعنى كلام جديد هذا خرطي. معنى كلام جديد. فلسفة دين يعني جاء فلاسفة في منتصف القرن العشرين في الغرب اهتزت اوروبا بعد الحرب الحرب العالمية والثانية اهتزت في دينها. ولا زالت الى الان مهتزة في دينها. لا معنى له في الغرب الا عند اقلية. فجاء العلماء ارادوا ان يحيوا هذه الثقافة الدينية فاسسوا لعلم جديد هو فلسفة دين. دراسة المعطيات الدينية ليس دراسة فلسفية يعني لا ندرس الواقعية في الوجود بما هو موجود. لا ندرس المعطيات الدينية. يعني الله مو واجب الوجود ادرس ادرس القضاء والقدر. المعطيات التي جاء بها الوحي قضايا التي جاء بها الوحي ادرسها بمنهجية فلسفية هذا خلاف الفلسفة الفلسفة تدرس الموجود وافق الدين لم يوافق يعني ما عنده علاقة وعنده حقله المعرفي ويتحرك فلسفة الدين يختلف تتعامل مع الموضوعات الدينية لا تتعامل مع واجب الوجود. تتعامل تتعامل مع الله. اياه جود الحقيقة الالهية هذه الحقيقة المشخصة التي آآ هي علم على ذات مقدسات يقول الله علم على الذات المقدسة المنطوية على جميع الكمالات بنحو لا يتناهي. ادرس هذي مو الواجب الوجود. واجب الوجود مسألة فلسفية فصار هذا العلم الان هو في القمة لا يعلو عليه علم في امريكا مطلقا  فيه الآن مسائل خطيرة جدا يجب ان ندرسها بعمق اما تأتيني بالنجار انا؟ النجار يقول القدرة يعني الارادة سلبية. يعني ما معناها? يعني انت لا تفهم الله مريدا الا اذا اه اعتبرت هناك موجود اخر لا يكرهه يعني تصير صفة سلبية ليس مضطرا على الفعل فيكون مريدا بصفة سلبية نعم قال والنجار انه سلبي يعني هذا التخصيص او الارادة او الداعي وهو كونه تعالى غير مغلوب ولو مستكره وعلى الكعبي انه راجع الى انه عالم بافعال نفسه وامر بافعال غيره والله لا ادري هذه الخربطة ظلمات فوقها ظلمات. وذهبت الاشعرية والجبائية الى انه صفة زائدة على العلم  يا العلامة الحليب الله يجازيك خير الله يجازيك خير مبنى الاشعرية ان الصفات زائدة عن الذات اما هذا علاقة بمفهوم الارادة نحن نريد ان نفهم الارادة ذاك مبنى اخر مبنى التصور غير المبنى المبدأ التصوري يعني عرف لي الارادة. كما قال العلم بالمصلحة مصلحة الفعل يوجده يريده اما كون الصفات زائدة على الذات عين الذات ذات نوب عن الصفات كما يقول بعض المعتزلة. هذا مبنى في في نحو وجود الصفات وليس في تعريف الارادة نعم يقول وذهب الاشاعرة والجبيان جبائيان الى انه صفة زائدة على العلم  لا هما كلهم يقولون غير العلم المهم هذا الخط والدليل على ثبوت الصفة مطلقا ان الله تعالى اوجد بعض الممكنات دون بعض مع تساوي نسبتها للقدرة. كل الممكنات بنسب القدرة متساوية لا بشرط فلا بد من مخصص غير القدرة لان القدرة بشرط متساوية للجميع التي شأنها يعني القدرة التي شأنها الإيجاد مع تساوي نسبتها للجميع راه بشرط وغير العلم التابع للمعلوم نعم يأتي شخص يقول انا غني انا نعطي انت فقط حدد لي الفقير. لاحظت؟ حدد للفقير يعني ارادة واعطي يعني قدرة اذا القدرة غير على الارادة نعم وغير العلم تابع للمعلوم وذلك المخصص والارادة وايضا بعض الممكنات يخصص يخصص بالايجاد في وقت دون ما قبله وبعده. مع التساوي فلابد من مرجح يغيروا القدرة والعلم. نعم الله تعالى خلق المتنبي في القرن مثلا الفلاني خلق شيخ الأنصاري في القرن الفلاني. وخلق في القرن الفلاني. ممكنات في اوقات خاصة اذا من خصص هذه الاوقات وهذه الوجودات بهذه الاوقات هو الارادة</w:t>
      </w:r>
    </w:p>
    <w:p>
      <w:r>
        <w:t>نعم قال وليست زائدة على الداعي والا لزم التسلسل او تعدد القدماء  ما شاء الله وليست زائدة على الداعي اختلف الناس هنا فذهبت الاشعرية الى اثبات امر زائد على ذاته قديم هو الارادة والمعتزلة يعني الاشاعرة واضح صفات زائدة على الذات فالذات قديمة الصفات قديمة ولهذا الاشعري قال نحن الاشعرية اثبتنا تعدد القدماء نعم هما في العالم تحسسوا حتى لا يكون العالم قديما. فخلقوا مسألة الحدوث سيلان الزماني لم يكن العالم فاحدثوا حتى لا يكون قديما واثبتوا قدماء القدرة العلم الحياة والارادة سبع قدماء كما يقول الاشعري كلها الفخ الرازي كلها الهة. هنا قديمة بقدم الذات والقديم يستحيل عدمه. وهذه القدماء كلها الية. يا الله نعم اختلف الناس هنا فذهبت الاشعرية الى اثبات امر الزائد على ذاته قديم هو الارادة والمعتزلة اختلفوا. فقال ابو الحسين البصري انها نفس الداعي. يعني العلم بما في الفعل من مصلح وهو الذي اختاره المصنف وهذا مبنى الفيلسوف ما هو مبنى ابو الحسين الجبائي. المعتزل اذا فقه الفلسفة يتميز عن غيره من المتكلمين. يروح يسرق من الفلاسفة ويتميز. عادة هم المعتزلة كانوا هكذا  نعم وقال ابو علي وابو هاشم يعني ان ارادته حادثة لا في محل اي اي ايراد حادثة فتحتاج الى مخصص ارادة سابقة يلزم التسلسل نعم  وقال تلك الرامية هذه الكرامية مثل داعش كانت مثل داعش هي مجسدة مجسمة وتفتك بمن يخالفه. هم الذين قاتلوا الفخر الرازي نعم هم الذين قتلوا الفخ الرئيسي كانت منتشرة من سوريا الى خراسان التاريخ يعيد نفسه. صدقوني اذا درستم التاريخ جيدا تعرفون كيف تحلوا هذه المشاكل. لماذا سقطت داعش في العراق لان الشعب العراقي في هذه النقطة انا اشهد له كان متفوقا يجب ان يصنع جيشا عقديا. والا الجيش نظامي لا يمكن ان يهزم العقيدة فخلقوا له هذه الفصائل الجهادية ما يسمى بالحشد الشعبي يحمل عقيدة اي عقيدة الامام حسين عليه السلام? فحتما داعش وستين الف داعش الى يوم القيامة لا لا ينهزمون. لماذا? لانها عقيدة عقيدة كرامية كانت هي داعش في زمانها نعم وعندها مباني وعندها الدعايات كمثل داعش هنا الداعي السلفية داعش سلفية بدون نفاق اما السلفية الاخرون ينافقون يعملون التقية مع السنة ومع الشيعة هما الشيعة يكفرونهم لكن يمارسون التقية مع السنة نعم اذا تمكنوا ذبحوا السنة لكن ولكن السني مع الاسف لا يفقه هذه الامور ماذا نفعل له وقالت الكرامية ان ارادته حادثة بذاته. قلت لكم مجسمة يؤمنون بان الله تعالى جسم يتغير. والدليل على ما اختاره المصنف يعني العلم بالمصلحة ان ارادته لو كانت قديمة لزمت عدد القدماء اذا الارادة عند المحقق التونسي ارادة فعلية ما عندنا ارادة ذاتية. وهذا الذي تبناه السيد العلامة لا يقول بالارادة الذاتية. يقول الارادة الفئة لي فقط نعم والتالي باطلون فمقدم مثله. نعم ولو كانت حادثة اما في ذاته اولا لا اولى في محل لزم التسلسل نعم لأن الحادثة تحتاج الى تخصيص والتخصيص يحتاج الى تخصيص ويلزم التسلسل لان حدوث الارادة بيان لبران التسلسل في وقت دون اخر يستلزم ثبوت ارادة مخصصة سابقة والارادة المخصصة تحتاج الى ارادة مخصصة سابقة والارادة المخصصة السابقة الثانية تحتاج الى ارادة مخصصة ثالثة والثالثة رابعة والكلام فيها كالكلام هنا فيلزم التسلسل نعم يلزم التسلسل. المسألة الخامسة فانه تعالى سميع بصير. هذه من المصاديق من مصادق العلم. يأتي ان شاء الله بيانها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