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رزقنا الله واياكم التوفيق والاخلاص في العمل ما زلنا معكم في صفات واجب الوجود او صفات الله تعالى ووصلنا معكم الى المسألة الخامسة فانه تعالى سميع بصير السمع في دائرة الحس يحتاج الى مجموعة من الامور المادية كالباصرة والضوء والذبذبات والاجسام ينعكس الضوء المادي عن هذه الاجسام المادية ذبذبات تنتقل الى الاعصاب ثم الى المخ امور فيزيولوجية الى العين ثم المخ فيبصر الانسان الاشياء. يعني يعلم بها ابصار السمع علم لكن خصوصية الابصار والسمع في الذات المقدسة العقل لوحده لا يمكن ان يدرك هذا الامر لا يمكن فهنا خرجنا من الالهيات الطبيعية وذهبنا الى الالهيات الوحيانية بدون وحي لا يمكن ادراك هاتين الصفتين ولهذا لجأ المصنف الى القرآن الكريم يعني الحكمة الوحيانية او الالهيات الوحيانية قال في انه تعالى سميع بصير والنقل يعني الإلهية دل على اتصافه تعالى بالادراك يعني الادراك الذي يسانخ الادراك الحسي في البشر السمع والبصر والعقل على استحالة الالات قد يقول قائلون هل ادراك الله تعالى للمسموعات والمبصرات شأن هذا الادراك شأنه ادراك البشر يقول لا العقل يحيل الآلات في الذات المقدسة لأن الله تعالى لا يحتاج الى هذه الأمور. اقول اتفق المسلمون كافة على انه تعالى مدرك واختلفوا في معناه الاتفاق لا قيمة له في باب العقائد لانهم ارتكزوا على النص هو الملاكي الملاك هو النص ليس الاتفاق والذي ذهب اليه اليه ابو الحسين البصري من علماء المعتزلة ان معناه علمه تعالى بالمسموعات والمبصرات ابن ارجع السمع والبصر الى العلم كاشفيا واثبتت الاشعرية وجماعة من المعتزلة صفة زائدة على العلم غير العلم ما هي لم يبينوا ويقولوا معاني لم يبينوا هذا المعنى بقي مبهما على مستوى التصور  لا يمكن التدليل عليه. لماذا? لان التصور مبهم والتصديق فرع التصور جيد ما هو الدليل عليه والدليل عليه ثبوته كونه تعالى سميعا بصيرا السمع والدليل مبتدأ والدليل على ثبوت كونه تعالى سميعا بصيرا السامع السمع خبر هل السمع يكون دليلا? ابدا. خذوها من عندي انا. لا اية قرآنية تكون دليلا ولا رواية صريحة متواترة تكون دليلا على المبنى لان العقل لا يتعامل مع هكذا امور بالبساطة اذا كان النص بما هو نص بين قوسين بما هو نص يدلل على حقانية مضمونه لك انت كل النصوص الوحيانية كذلك المسيحية تكون حق اليهودية تكون حقا كل الاديان التي تدعي عندها النص تكون حقا لله ليس هكذا الامر يعني اولا نثبت انه هذا النص القرآن متواطئ اذا التواتر ملاك ذاتي يكشف العقل لوصول القرآن الينا رواية متواترة او مشهورة يطمئن العقل لصدورها. جاء النص العقل يبحث عن الملاك الذاتي للدليل فالنص ينقل الملاك الذاتي فاذا قلنا الدليل النصي او دليل سمعي باعتبار النقل فقط النقل ذلك الملف الذاتي الذي يكشفه العقل والا تصير كل النصوص حجة حينها هذه النقطة مهمة جدا في غاية الاهمية يغفل عنها الكثير والدليل على ثبوت كونه تعالى سميعا بصيرا السمع يعني القرآن قال والله سميع بصير جيد ما دام نسب لذاته المقدسة السمع والبصر يعني السمع والبصر كمال في حد ذاته. لماذا? لان ملاك الاتصاف يجب ان يكون آآ عقليا ما هو العقل هنا? يعني المحمول يكون امانا والا اذا اتصف الله تعالى بالسمع والبصر وهما نقص فلنقع في التناقض ياتي مبدأ التناقض ويرفض هذا الامر. من هنا نقول الله تعالى غني لا يتصف الا بالكمالات ومنها نثبت له صفة السمع والبصر اه التي تدل على النقص انظروا المسائل كلها بملاكات واقعية والعقل يكشف عليه اقل من اذا العقل ماذا يقول? يقول ما دامت الصفة ثابتة لله بنص وصل الي بالتواتر. يعني لا شك في صدوري اذا السمع والبصر كماله يصح حمله مع الله تعالى ثم يأتي السؤال وخصوصية المصداق في الممكن يعني هذه الشروط المادية. يقول هذه لا تهمنا في الذات المقدسة. ننزه الله تعالى عنها. هذا الحراك الفكري وهذا النشاط الفكري هو الذي يعطي حجية للنص. وليس النص بما هو النص. فان القرآن قد دل لعلي واجماع المسلمين على ذلك الاجماع لا قيمة له يعني الاجماع قائم على ذلك الملاك الذاتي. هو الذي يعطي قيمة للاجماع. ليس الاجماع الذي يعطي قيمة لذلك الملاك الذاتي اذا عرفت هذا فنقول السمع والبصر في حقنا انما يكونان بالآلات الجسمانية. يعني خصوصية المصداق اذا هنا السمع والبصر كمال بالشأن الانساني. باعتبار ان الانسان اه ناقصا لا لا يبصر ولا يسمع يعني لا يعلم بالمبصرات والمسمعات الا بهذه الكيفية. هذا لا يعني ان كل المصاديق تكون بهذه الكيفية نعم فهذا نقول السمع والبصر في حقنا انما يكون بالات جسمانية يعني معدات وكذا غيرهما من الادراكات. وهذا الشرط ممتنع في حقه مو ممتنع ملاك ذاتي من يحكم بالإمتناع العقل ملاك ذاتي ممتنع. النصوص لا تقول ممتنع من يقول العقل لماذا? لانه يكشف الملاك الذاتي الذي يصحح حمل الصفتين على الله تعالى نعم وهذا الشرط ممتنع في حقه تعالى بالعقل. العقل هنا يكتشف الاستحالة ولا يحكم بالاستحالة. يكشف الاستحالة اذا كشف الاستحالة يعني هذا الملاك الذاتي في الإنسان لا يكون في الذات المقدسة يتنزه عن المقدسة فليس فالعقل يكشف الملاك الذاتي ثم يقول هذا مستحيل. حكمه يعني تأسيس قضية حصولية نعم وليس هو التأسيس التأسيس المحال فاما ان يرجع بالسمع والبصر الى ما ذهب اليه ابو الحسين البصري يعني بادراك المسموعات والمبصرات واما الى صفة زائدة غير مفتقرة الى الالات في حقه تعالى. صفة زائدة معنا احنا صفات زائدة. هذا غير مع قل فيبقى المبنى الصحيح هو العلم بالمسمعات بالمبصرات وبالمسمعات بدون هذه الالات هكذا يجب نفهم العقيدة اذا فهمناها بعقل ديني كما يفهم الاشعري والسلفي وبعض الشيعة المخرفين في بعض القنوات فصدقوني ينهار الدين. نعم والحكمة تتدخل الحكمة الالهية تتدخل والعناية الالهية تتدخل نظر صاحب الزمان. لماذا? لان بعد ان نخربط في الدين هذا وهذه امانة الهية للناموس الاكبر. لا يترك لعقول سفيهة تخربه فيأتي الظهر. صدقوني يأتي الظهر المسألة السادسة في انه تعالى متكلم نعم قال وعمومية قدرته تدل على ثبوت الكلام ان الكلام والنفساني غير معقول يعني فيه مطلبان ان الله تعالى متكلم بدليل ما هو عمومية القدرة نعم والناس ثاني غير معقول مبنى الاشاعرة التكلم يعني هو كن فيكون والقدرة تتعلق بكل ما هو ممكن اذا اختار الله تعالى وعلم ان في هذا الأمر نظام الوجود والحكمة والمصلحة فيوجده. اذا يمكن الله تعالى ان يوجد حروفا في الشجرة يلقى موسى الى السماء يعني يلقى في العروج ويدرك معاني الله تعالى من خلال هذه الحروف في الشجر</w:t>
      </w:r>
    </w:p>
    <w:p>
      <w:r>
        <w:t>يمكن? نعم يمكن قادرون على كل شيء وحكيم اما الكلام النفساني الذي يقول به الاشعري صنا معنى له غير ما معنى محصن له لا تفهم منه شيء نعم الاشعرية والسلفية اذا وصلوا الى آآ طريق مسدود والعقل معزول يأتون بمباني لا تفهمها ولا معنى لها اقول ذهب المسلمون كافة الى انه تعالى متكلمون واختلفوا في معناه فعند المعتزلة انه تعالى اوجد حروفا واصواتا في اجسام. كالقصة مع موسى عليه السلام والشجرة اجسام جمادية دالة على المراد. وقالت الاشاعرة انه متكلم بمعنى انه قائم بذاته معنى غير العلم والارادة وغيرهما من الصفات تدل عليها على هذه اه على هذا المعنى آآ العبارات وهو الكلام النفساني يسمى عندهم الكلام النفساني نعم المصطلح وهو عندهم معنى واحد ليس بامر ولا نهي ولا خبر ولا غير ذلك من اساليب الكلام نعم ما هو? لا ادري سليقة هكذا اه وصل الى الحائط ضرب رأسه في الحائط لم يجد الحل نعم والمصنف يعني المحقق التونسي حينئذ استدل على ثبوت الكلام بالمعنى الاول بما تقدم من كونه تعالى قادرا يعني شيء شيء مخلوق قادر على كل مقدور لا شك في امكان خلق اصوات في اجسام. لكن القدرة لوحدها لا تكفي يجب ان تكون هناك حكمة هندسة قدرة لاتك نعم تدل على المراد وقد اتفقت المعتزلة والاشعلة على امكان هذا لكن الاشاعرة اثبتوا معنى اخر والمعتزلة نفو بهذا المعنى انه غير معقول اذ لا يعقل ثبوت معنى في غي العلم ليس بامر ولا نهي ولا خبر ولا استخبار. وهو قديم والتصديق موقوف على التصور. كلام جميل جدا كيف انا اصدق بمعنى موجود في الذات الالهية? السبب هو الكلام هو الكلام كلام النفساني ولا امر ولا نهي ولا انشاء ولا خبر ولا معنى له حتى انا اصدق به. نعم. يعني هنا دخلنا في اخلاقيات المعرفة اخلاقيات المعرفة انت تكون في نقاش وسجل معرفي مع شخص يدعي العلم او يدعي ما يشاء فيدخل في في التدليل على مسألة لم يبين المبادئ التصورية سنن المعنى غير واضح ويبدأ يستدل انت من حقك في ادبيات المعرفة ان توقفه قل له عرف المعنى اولا من التصديق فرعا التصور اذا قال لا انا لا اعرف فهذا خلاف اخلاقيات المعرفة ايلاف اداب المعرفة. فانت لا تصغي له وقف النقاش نهائيا ويجب ان يكون هذا التعريف تعريف محل اتفاق او هو يقول لا انا عندي تعريف اجرائي انت اسمعني ثم تابع نقاشي يمكن ان تقبل جدلا بهذا الامر ثم اه تنقظ عليه بنفي هذا التعريف وتدمير هذا التعريف وبالتالي تدمير استدلاله الا يمكن اما انه يعتمد على الاستدلال فقط بدون تصور هذه خرافة خلاف الأخلاقيات المعرفية اذا الكلام عند المبنى الذي اختاره المصنف المعتزلة هو ايجاد ظروف حروف تدل على المعاني كما ثبت في القرآن مع موسى عليه السلام سمع كلاما من الشجرة قال وانتفاء القبح عنه تعالى يدل على صدقه نعم هل الله تعالى يصدر منه الكذب ابدا لانه قبيح. الكذب قبيح الكذب قبيح لا يصدر من الله تعالى فالله تعالى لا يصدر منه القبيح مطلقا لتلات ادلة يقولون لو كان يصدر منه القبيح اما لعجزه واما لجهله اما لعجزه واما لجهله فيه دليل ثالث ذهب من ذهني آآ الجهل والعجز يعني ليس له قدرة فيفعل القبيح كالعاجز مثلا يفعل القبيح والجهل كذلك الجهل يفعل القبيح العجز الجهل ومسألة اخرى نسيتها ذهبت من ذهني الكبار يدمروا الذاكرة اذا الله تعالى يصدق في كلامه هنا فيه بحث مهم جدا لان هذا بحث اه قد يكون كلاميا وقد يكون في فلسفة الاخلاق سيأتي ان شاء الله في بحث الفعل هناك نتناول الحسن والقبح تنصيفط الأخلاق ابدعت فيه ابدعت فيه احسن من المتكلمين وسنبين هذا الامر هناك بالتفصيل ولم ارى عالما وفق في تحليل الحسن والقبح بعمق كالشيخ صادق الرجالي في علم الاصول نعم نصل ان شاء الله في محله نشير الى هذه النقطة هل حقيقة يصدق ان نقول على الله تعالى انه صادق او كاذب ابدا معنى لي هذا الكلام في الصقع الربوبي على المستوى الذات الالهية لان الذي يصدق هو الذي ينحو نحو الكمال يصدق حتى يتكامل واذا كذب يتسافل. فالله تعالى له كل الكمالات الصدق يأتي بعد الزام والله تعالى له كل الكمالات هو مصدر الالزام. ولا يكون موردا للالزام هذه الأمور مهمة جدا نعم اقول لما اثبت كونه تعالى متكلما وبين معناه شرع في بيان كونه تعالى ماذا? صادقا يعني لا يقول ما يخالف الواقع جميل. وقد اتفق المسلمون عليه لكن لا يتماشى على اصول الاشاعرة لان اصول الاشاعرة يقولون ان الحسن اه بالشارة وان القبح بالشرع بعد المتكلم الاشعري يقع في نعم سيأتي ان شاء الله في باب الحسن والقبح بفعله تعالى اما المعتزلة فهذا المطلب عندهم ظاهر الثبوت لان الكذب قبيح بالضرورة انا اقول الذات المقدسة خارج تخصصا من هذا البحث لأن الصدق والكذب قيم والقيم لمن? لمن يتكامل لمن يتكامل. جبرائيل عليه السلام امين صادق في تكوينه نور هكذا نعم لم يضع الله تعالى جبرائيل في دائرة القيم وقال له انت مختار ان خالفت القيم عاقبتك وان وافقت القيم صعدتك وترقيت في الكمال. لا لا ابدا نور دائما في نورانيته يتموج. فالله تعالى هو منبع الكمالات ومصدر الالزامات يعني التشريعات تشريعات الوحيانية والقيم الاخلاقية. فلا معنى ان نقول ان الله تعالى صادق بمعنى ان كلامه يطابق الواقع او لا يطابق الواقع نعم واما المعتزلة فهذا المطلب عندهم ظاهر الثبوت. لان الكذب قبيح بالظرورة. لان تعليم مادة السبب الكافي تقول لماذا? لانه قبيح والله تعالى ليس عاجزا حتى يفعل القبيح وليس جاهلا لا يعرف المصلحة والواقع حتى يرتكب القبيح نعم قلت لكم عجز خلاف القدرة يعني والجهل خلاف العين وفيه نقطة ثالثة اه الحاجة اه ذكرتها او محتاج لذلك القبيح. الله تعالى غني مطلق. اذا جهل وعجز واحتياج وهذه الامور كلها منتفية بانتفاء الموضوع على مستوى الذات الالهية. والله تعالى منزه عن القبائح. لانه تعالى حكيم. جاء بالعلم على ما يأتي فلا يصدر الكذب عنه. نعم الحكمة تكفي هي الحكمة هي التي تولد القدرة اذا كان حكيما بالحكمة المطلقة يكون قادرا بالقدرة المطلقة اذا كان حكيما حكيما يعني يعرف كل هندسة الاشياء حتما لا يعرف يعرف الا الا الحسن الا الجميل فلا يصدر عنه الا الجميل نعم. وهذه مسألة تنتمي الى الحكمة الطبيعية الى الالهية في الطبيعية وليس الى الالهيات الا الوحيانية. واذا وجدتم نصوصا تدل على هذا المطلب فهي من باب الارشاد الى ذلك الملاك الواقعي وليس دليلا مستقلا. المسألة السابعة فانه تعالى بوق بوق ليس البقاء الزمني وانما البقاء الوجودي يعني لا معنى للزمان على مستوى الذات المقدسة بقى يعني ليس له بداية وجودية وليس له نهاية</w:t>
      </w:r>
    </w:p>
    <w:p>
      <w:r>
        <w:t>وجودية صار رمادية لوجود لا بداية وجودية ولا نهاية وجودية. هذه من يقتضيها? وجوب الوجود يعني العقل يملك الملاك الذاتي لهذه المسألة لانه واجب الوجود لا يفرض عليه الوجود فهو انسحب في الوجود اه في دائرة الازل حيث لا ازل الابد حيث لا ابد. يعني حيث لا نهاية على الابد ووجوب الوجود هذا هو الملاك الذاتي من يكشف العقل نعم والنصوص كذلك ترشد الى هذا المعنى ووجوب الوجود يدل على صرماديته ونفي الزاد يعني هي صفة تجعله يبقى كما يقول الاشاعرة. لماذا انا قلت لكم هذه المباني الكلامية ضعوها في الفرات والفرات يضعها في شط العرب وشط العرب يضعها في الخليج والخليج يضعها في المحيط الهندي ونخلص منها يصفى الدين بحكمة واحيانا هي راقية جاء بها من الائمة عليهم السلام وانت تدرس حياة الائمة في البعد العقدي تنبهر تنبهر وين هذه المباني الكلامية الضعيفة والهزيلة مع الحكمة الطبيعية صدقوني نقود الامم اقول اتفق المثبتون للصانع تعالى يعني الله تعالى على انه باق ابدا واختلفوا يعني اتفقوا على انه باقي. لا معنى لان يرفع الوجود عن واجب الوجود. لان ذاته تقتضي الوجود وتقتضيه ازلا وابدا هذه واضحة جدا ليست صعبة واختلفوا فذهب الاشعري الى انه باقي ببقاء يقوم به. يعني ليست ذات المقدسة في ذاتها تقتضي الباقة. وانما لصفة وهذه صفة زائدة هذه الصفة زائلة ويقول بزيادة الصفات على الذات. بمعنى ان الذات لا تقتضي لذاتها البقاء. هذه الكارثة العقدية. صدقوني كارثة عقدية. خزعبلات عقدية. لضعف العقل البشري لضعف العقل البشري ادعوه لنا ان شاء الله يوفقنا الله تعالى لكتاب لكتابة كتاب الالهيات الوحيانية هناك نأتي بهذه المطالب من نصوص الائمة وهي غنية وثرية وواسعة وكثيرة ونعمل ماذا? نعمل المنهجية القوية ونكشف الملاكات الذاتية وندعمها بماذا? بنصوص اخرى سيأتي تأتي الدراسة راقية جدا نعم وذهب اخرون الى انه باق لذاته نعم. يعني ذاته تقتضي البقاء لانه واجب الوجود. وهو الحق الذي اختاره المصنف. دليله ما هو? وجوب الوجود. يعني شدة الوجود والدليل عليه انه باق ما تقدم من بيان وجوب وجوب وجودة. يعني شدة الوجود لذاته وواجب وجود ذاتي وواجب الوجود الذاتي يستحيل عليه العدم. نعم من الوجود تقتضيه ذاته المقدسة فيمسح الازل والابد طبعا اذا قلت يمسح الازل للابد هذه استعارات تفييمية بقول الاصول ما دليل تفهميمية؟ المراد الجدي هو النفي هذه المقاييس على الله تعالى واثبات صفة رائعة وهي البقاء فانت خليها في المدلول التفهيمي تسقطها على المدلول الجدي يعني هذه المساحة والامتداد الازلي والامتداد الابدي. هذه كلها في دائرة التفهيم تبقى. في دائرة الجد يعني هذه الصفة فقط. ما هو? البقاء نعم البقاء ولهذا انا انصحكم نصيحة من صميم قلبي انكم تحيطون بهذا العلم الجديد العلم اللساني الجديد يسمى الادراك لسانيات الادراكية والعرب الان يترجمون هذا العلم بهذا العنوان اللسانيات العرفانية بفتح العين وبكسرها. لإخراج العرفان. آآ جاءت من يعني الإدراك لسانية ادراكية صحيح لسانية العرفانية صعبة علم خارق جدا يفتح لك مجالا رائعا لفهم القرآن والنصوص واول من ادخله في الحوزة العلمية بل عند المسلمين هو شيخ متواضع في القطب المقدس يتقن اللغة الانجليزية يتقن الفكر الغربي فكتب الى حد الان تقريبا حسب علمي انا اربعة اه ربع كتبا في هذا العلم كلها باللغة الفارسية وكانت معنا معه سجلات فكرية طويلة جدا في هذا العلم في جلسات خاصة هذه الجلسات جعلت الفكرة تنطبق في ذهنه فبدأ بهذا التأليف نعم عنده كتاب الفارسي جدا جميل استعارة تفييمية والقرآن الكريم وكتاب في الروايات كذلك فانا اوصي الطلاب الاعزاء التبحر في هذا العلم الرائع جدا اسس في كاليفورنيا في نهاية القرن العشرين. وهو الان نستطيع ان نقول هو اه الان مهيمن على كرسي اللسانيات في العالم. العرب بدأوا الان ينفتحون عليه مؤخرا فقط نعم يقول والدليل على انه باق ما تقدم من بيان وجوب وجوده لذاته وواجب الوجود لذاته يستحيل عليه العدم والا لكان ممكنا. والاعتراض الذي يريده يورد هنا هو انه يجوز ان يكون واجبا لذاته. في وقت وممتنعا في وقت اخر. يا الله هذا سوء الادب والله. يدل على سوء فهم مولده. بل سوء الادب. لان ما هي ماهيته حينئذ بالنظر اليها مجرد عن الوقتين تكون قابلة لصفة الوجود والعدم. يعني الله تعالى تتعاقب عليه آآ صفة الوجود معناها. ولا نعني بالممكن سوى ذلك. يعني الله تعالى يصير ممكنا كيف يكون آآ باق في مدة وممتنع في مدة اخرى. والله يعني هذا العقل الكلامي الى جد حقير الى درجة عجيبة واعلم ان هذا الدليل كما يدل على وجوب البقاء يدل على انتفاء المعنى الذي اثبته ابو الحسن الاشعري. لان وجوب الوجود يقتضي الاستغناء عن الغير. فلو كان باقيا بالبقاء كان محتاجا اليه فيكون ممكنا هذا خلف. وهذا هو الذي يقول في ونفي الزائد يعني هذه الصفة الزائدة. اذا لا يقول الله تعالى اه باقيا بصفة اه البقاء ولا يكون عالما بصفة العلم لان هذه كلها حيثيات تقييدية اندماجية كلها هي الله تعالى صفات تعين ذاته. نعم عين ذاته. يعني ما عندنا ثنائية ذات هي العلم والعلم هو الذات لماذا حللنا حللنا لاجل الفهم فقط نعم المسألة الثامنة في انه تعالى واحد ياتي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