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ورزقنا الاخلاص في جوانحنا وجوارحنا وصلنا الى مسألة خطيرة جدا في العقيدة المسألة الثامنة في انه تعالى واحد يعني التوحيد مسألة التوحيد ابين بنحو الفتوى مراتب التوحيد وثم ادخل في تحليل المتن وابين مسألة في غاية الاهمية التوحيد بنحو الفتوى له مراحل وهذه المراحل منطقية اولا التوحيد الأحادي ولا تحاسبني على المصطلحات المهم تفهم المصطلحات العلماء الان تبنوا هذه المصطلحات وانا ارى فيها خيرا توحيد الأحاديث ما معناه? يعني البسيط البساطة عدم التلكم من اي شيء الله تعالى ليس مركبا من اي شيء لا من التركيبات التي تصادق الجسم ولا التركيب من المهي والوجود ولا من النقص والكمال. كمال مطلق هذه البساطة تجعل الذات المقدسة شديدة الوجود تنطوي على جميع الكمالات. وهذا هو الذي جعل المحقق الطوسي يثبت بها جميع الصفات الثبوتية والصفات السلبية وجوب الوجود يعني شدة الوجوب البساطة بها نثبت توحد الله تعالى في المرتبة الالهية يعني المرتبة الالهية لا يحتلها الا اه والله تعالى يعني ما عندنا اله اخر توحيد الاحد ينفي التركب الكثرة الداخلية التوحيد الواحدي ينفي الكفرة الخارجية يعني في اله الف اله باء اله جيم مليار لا يهم هنا هذا مستحيل ملاكه ما هو? التوحيد الاحادي. يعني انت اذا لم تثبت في المرتبة السابقة التوحيد الاحدي لا يمكن ان تثبت التوحيد الواحد وهنا كل حكمة الاهيات الطبيعية لما ندخل الوحي في هذا الامر. يعني انت يمكن ان تعمل مناظرات مع كل الاديان والمذاهب الفلسفية والمدارس الفلسفية والدينية انطلاقا من ماذا? من ملاكات ذاتية يصل اليها العقل لا تحتاج الى الوعي نعم اذا اردت ان تبين بالوحي فهذا جمال بعد جمال نور بعد النور بعد تفرد الله تعالى بالمقام الالوهي حتما يتفرد بجميع الكمالات لا يشاركه موجود في كمالاته بنحو الشدة واللامتناهي التوحيد في الصفات التوحيد الصفات ثم من كان هكذا شأنه الخلق. فيض من يفيض مادام ما في اله مع الله تعالى متفرد بمقام الالوهية يكون التوحيد في الخالقية ثم خلق واهمل لا العناية الالهية السارية يأتي التوحيد الربوبي المتفرع على ماذا? على التوحيد في الخالقية. يعني يخلق ويربي. ما معنى? يعني يوصل ويوصل كل شيء ممن شأنه ان يتكامل الى كماله الى غايته يعني يربي الرب الملك المدبر توحيد الربوبية ثم من مصاديق التربية والتوحيد الربوبي التوحيد التشريعي. يعني وضع القانون الله هو مصدر القوانين التوحيد في التشريع هل هناك موجود يشرع في عرض الذات الالهية? ابدا ان سلب من انتثار الموضوع. نفي الى هناك حتى يشرع ثم النبي يشرع هذا الكلام لا معنى له اذا قلت النبي يشرع عبارة فيها تناقض. مثل السني يقول النبي يجتهد فيه مصرية كتبت كتابا اسمه اجتهاد النبي انت اذا كنت في مناظرة معها قل لها هذا الكلام النبي يجتهد يعني اذا انت تمسكتي بالمحمول انت في الموضوع اذا تمسكتي بالموضوع انت فالمحمول النبي يجتهد يعني اجتهاد. ما معنى الاجتهاد? يعني خرج من الاتصال الالهي ليس متصلا بالله فهو بشر. اذا نعته بالنبوة مفارقة بشر وليس ببشر نبي ولا سبي نبي. مغالطة تناقض اذا تشبثت بالموضوع قلت النبي فالنبي متصل النبي متصل يوحى له ولا ينطق عن عن الهوى فالمحمول الاجتهاد لا معنى له لكن اغبياء ماذا تفعل? اغبياء حقيقة اغبياء يكتب اجتهاد النبي اغبي غبي لماذا? لان السر تراثي ما هو? غيره اجتهد وخربط فخلني نقول النبي اجتهد وخربط. حتى نغطي على الاخرين. هذا صراحة لا نغطي الشمس بالغربل فكذلك هنا في كلامنا النبي مشرع النبي مشرع يعني انت اذا قلت النبي مشرع فلا معنى لنبوته فاذا قلت نبي لا معنى لتشريعه فهو في عرض في طول تشريع الله تعالى فاذا قلت النبي شرع يعني الله يشرع هادي لا بأس بها ما عندنا مشكل فيها يعني بيعنوان نبوته في شرع ليس بعنوان بشريته. واذا كان بعنوان نبوته يشرع يعني وحي يوحى الله يوحي الله تعالى له. الذي يجب ان نفهمها جيدا هذه المرحلة لا ادري مرحلة ظاهرا السادسة توحيد الأحاديث التوحيد الواحدي توحيد الصفات توحيد في الخالقية التوحيد في الربوبية لو كان فيهما الهة الا الله لا فسدتا برجع البصر هل ترى من فتور ثم ارجع البصر كرتين ينقلب اليك البصر خاسيا وهو عسير التالي هذا دليل ماذا? دليل عقلي يكشف عن ملاك واقعي للتوحيد والربوبية بلسان قرآني فقط نعم التوحيد احد واحد صفات خالقي ربوبي تشريعي ستة. ثم نأتي الى الانسان المؤمن يؤمن بان العبودية تكون لمن كان هكذا اله. هذا التوحيد في العبودية. يعني التوحيد في الاله الالوهية. يعني يعتقد ان المعبود فقط هو الله تعالى اذا هذه خاصية لمن? خاصية انسى فيعتقد في الله بماذا? التوحد في العبودية. من العابد هو الانسان اه الاعتقاد هنا اعتقاد ثم يمارس العبودية عمليا هذا التوحيد في العبادة والباقي بعد التوحيد في الملكية والتوحيد في والتوكل هذه كلها تندرج تحت هذه العناوين العناوين الثمانية هذا هو التوحيد بنحو الفتوى هنا يبدأ بالتوحيد في الواحدية المفروض ماذا يبدأ بالتوحيد في الاحاديث وهي البساطة اين يذكر البساطة في المسألة العاشرة المفروض يقدمها كما فعل في الفصول الناصيرية المسألة الثامنة في انه تعالى واحد. اكتب هنا الوحدة يعني التفرد بمقام الالوهية يعني ما في اله اخر في عرضه ووجوب الوجود يدل على نفي الشريك على سرمدية ونفي الشريك. اقرأ العبارة هكذا تقرأ ووجوب الوجود يدل على سرمديته وعلى نفي الشريك. شريك في المرتبة الالوهية. يعني ما في اله اخر نعم اقول هذا عطف على الزائد يعني هكذا ووجوب الوجود يدل على سرمديته ونفي الزائد ونفي الشريك اي وجوب الوجود يدل على نفي الزائد ونفي الشريك واعلم ان اكثر العقلاء اتفقوا على انه تعالى واحد. قلت لكم ان الاتفاق والاجماع آآ هذه الامور خلوها جانبا لا قيمة لها علميا. تتفق او لا تتفق يعني انت لو كانت الانسانية كلها في مقابلك وانت اكتشفت الملاك الذاتي للتوحيد لا تتنازل عنه اذن الملاك ليس الأكثرية والإتفاق الملاك هو كشف الملاك الذاتي للتوحيد والدليل على ذلك يعني كثرة العقلاء يعني يستأنس الإنسان اذا قال بالتوحيد انه على حق يزيده انسا يزيده اطمئنانا. اما انه يعطيه الدليل الواقعي لا والدليل على ذلك انظروا الدليل ياتي بالدليل على ذلك العقل والنقل النقل ليس دليلا النقل يكشف ان هناك ملاك واقعي قد يكشفو العقل وقد لا يكشفو نعم العقل لا يكشف كل شيء اما العقل فما تقدم من وجوب وجودة تعالى. فانه يدل على وحدته. يعني وتفرد وجوب الوجود. شدة الوجود</w:t>
      </w:r>
    </w:p>
    <w:p>
      <w:r>
        <w:t>بمجرد ان نفرظ الها اخر في عرضه سيأتي التنافس. ويأتي التضاد يعني بما ان الاله الاول استفرد بجميع الوجود والكمالات حتما ثاني يكون ناقصا. في كمال الماء والثاني باعتباره واجب الوجود استفرد بالوجود وبجميع كمالة الوجود حتما الثاني يكون ناقصا فيأتي التركيب من الكمال والنقص في الالهين فينزل الى مرتبة ممكنات ولهذا قلت لكم نفي التركيب هو مقدمة على آآ التوحيد الواحد الذي يسمى التوحيد الاحدي نفي التركيب هو التوحيد الاحادي هنا في خلط منهجي المفروض يقدم المسألة العاشرة على المسألة الثامنة نعم لانه يأتي بالاستدلال في شكل قياس استثنائي. لو كان هناك واجب وجود اخر. اذا هذا دليل على التوحيد الواحدي. لاحظت يعني ما في اله اخر في عرض الاله اه واجب الوجود لو كان هناك واجب الوجود اخر لتشارك في مفهوم كون كل واحد منهما واجب الوجود. نعم انه اله واجب الوجود واجبهم فاما ان يتميز او لا وحتما يتميز والا لا معنى الاثنين الكثرة فرع التميز والثاني يستلزم المطلوب يعني اذا لم يتميز ان يحقق واحدة. وهو المطلوب وهو انتفاش شركه والاول يستلزم التركيب. تركيب ماذا? من كمال ونقص. وهو باطل. اذا صادر على التوحيد الاحادي بهذا الدليل لاثبات التوحيد الواحد صادر على ماذا? على التوحيد الاحدي. يعني نفي التركيب اثبات البساطة التامة. وهي التي تعطي الشدة نعم الشيخ محسن قمي شخصية علمية وراقية له مقالة تسمى بسيط الحقيقة لما قرأت هذه المقالة باللغة الفارسية راقتني كثيرا انتهاء من العلم الكثير انصافا فاقدمت على ترجمتها. ترجمتها من الاول الى اخرها وطبعتها مجلة نصوص اه معاصرة وانا نكتب على النت بسيط الحقيقة الشيخ فضيل الجزائري تأتيك المقالة وتستفيد منها هذا المطلب بسيط وحقيقة يعني نفي التركيب كل انواع التركيب عن الذات المقدسة يثبت التوحيد للاحادي. ثم كل مراحل التوحيد التوحيد التوحيد الواحد صفات الخالق الربوبي والتشريع وو متفرعة على التوحيد الاحاديث. هو مفتاح التوحيد نعم المقالة موجودة على النت يمكن لك الاستفادة منها آآ وهي مقالة راقية جدا وان شاء الله تكون الترجمة كذلك في المستوى يقول لو كان هناك واجب وجود اخر. يعني عندنا هنا واجب الف وواجب باء. يعني الكلام عن التفرد بمرح بما قبل الالوهية وليس بالبساطة والتركيب لتشارك في مفهوم كون كل واحد منهما واجب الوجود. نعم هذا واجب الوجود وهذا واجب الوجود. باللسان الديني هذا اله وهذا اله فاما ان يتميز تميز ما معناه? يعني ذاك يتميز بكمال ليس موجود في الاله الاول. والاله الاول يتميز بكمال ليس موجود في الاله الثاني فيأتي التركيب من الكمال والنقص في كلا الالهين فيا نزلا الى عالم الامكان. نعم فاما ان يتميز او لا يتميز يعني حقيقة واحدة والثاني يستلزم المطلوب يعني حقيقة واحدة وجود واحد اله واحد وهو انتفاع الشرك والاول يعني تميز يستلزم التركيب. اكتب التركيب من الكمال والنقص وهو باطل في الساحة الالهية. نعم لان التركيب يلزم الفقر يلزم الامكان والا كان كل واحد وممكنا هذا هو اللازم الباطل. وقد فرضناه واجبا هذا القول واما النقل فظاهر. والايات القرآن الكريم من بداية نهايته يثبت هذا هذه الاله الواحد نعم العرب العرب يؤمنون وحدة الالوهية في المقام فقط يقولون في الهة نازلة اي نعم الى تساعده نعم اعطوها عنوان الملائكة. لماذا تعطوه عنوان الالهة? اذا كانت نازلة وما يؤمنون هم مشركون في التدبير وليس في اصل الالوهية الى فوق وفي الهة صغيرة تدبر. ما معنى الهة? ده شرك نعم المسألة التاسعة في انه تعالى مخالف لغيره من المهيات ونفي المثل ونفي المثل يعني هكذا العبارات ووجوب الوجود. يعني انظر شدة الوجود. الذي هو نفي التركيب حقيقة يدل على سرمديته تعالى ونفي الزائد ونفي الشريك ونفي المثل المثل ما معناه المثل عندك مصاديق افراد افراد احسن من كلمة صادقون في هذا الباب افراد تندرج تحت ما هي واحدة يعني انا مثل خالد في الانسانية مثل ليلة في الايه? الانسانية. الحرت كيف افراد يندرجون تحت ما هي واحدة. هل الله تعالى هكذا طرد يندرج تحت ماء هي ولهذه الماهية النوعية لها فرض اخر. وقد ينبسط هذا الفرض الى مليار ابدا اولا سلب بانتفاء الموضوع الله ليس له معية نعم ليس له ما هي ثم الاندراج الذات المقدسة وجود المحض والوجود في مقابله العدم يندرج تحت ماذا المقابل للعدم والعدم لا شيء اذا ما هو ما هو العنوان الذي يندرج تحته واجب الوجود لا عنوان هناك حتى يندرج والمثل يعني ووجوب الوجود يعني هذا هو الملاك ملاك شدة الوجود. يدل على سرمديته اولا ونفي الزائد ونفي الشريك ونفي الميث اقول هذا عطف على الزائد ايضا اي وجوب الوجود يدل على نفي الزائد ونفي الشريك ونفي الميث. وهذا مذهب اكثر العقلاء وخالف فيه ابو هاشم الجبائي ما دخلني انا لبو هاشم ابو الهاشم الجباري دعنا منه فانه جعل ذاته المقدسة مساوية لغيرها من الذوات. والله لا ادري انا لا ادري ان هذا العقل الهزيل والظعيف الذي اخذ من وقت العلامة الحلي المبارك حتى يرد عليه يرد عليه يقول الله تعالى مساوي للذوات في آآ مساوي لغيره من الزواج نعم في ماذا ما ادري وانما تخالفها يعني الذات المقدسة تخالف الذوات بحالة توجب احوالا اربعة وهي الحبية والعالمية والقادرية والموجودية. صدقوني تخرصات رجما بالغيب خرطي في خرطي ولهذا قلت لكم هذا الجبائي وابن ابو علي الجبائي او آآ انا لا ادري من الابن من الاب اه ابو علي هو الاب وابو هاشم والجد والجدة او الابن لا ادري المهم ان الاساتذة الاشعري انظر يقولون قولي مع من تمشي اقول من تكون. هذا مثل جزائري انا اقول لي فقط مع من يمشي فلان. اقول لك ما يكون نعم للمسالخة قانون المسالخة العرف يفهم كثير من القواعد العقلية التي يفني العلماء حياتهم لفهمها ويفهمها ببساطة نعم قل لي مع من تمشي اقول لك من تكون لقانون السلخية. تمشي مع مع فاسق انت فاسق. تمشي مع طاهر انت الطاهر. تمشي مع مؤمن انت مؤمن. تمشي مع واحد يعشق الغناء الفاشل. الفاحش انت تعشق الغناء الفاحش. نعم لقانون السلخية طبعا طبعا في العرف ليس على نحو موجب بل الكلية على نحو الجيوب الجزئية اما في تكوينيتنا على نحو موجبا الكلي كيف ما هذه الاحوال الاربعة التي يتميز بها الله تعالى? الحبية والعالمية والقدرية قادرة موجودين هذه كلها امور انتزاعية كلها امور انتزاعية وتلك الحالة هي صفة صفة الهية ولا ادري يعني شي مضحك صدقوني اضحك وهذا المذهب لا شك في بطلاني احسنت فان الاشياء المتساوية تشارك في لوازمها يعني انت كفرت تشاركني في المائية فكلما تقتضيه المائية موجود فيكم موجود فيا انا فلو كانت الذوات متساوية جاز انقلاب القديم محدثا. لماذا? لانه بيساوي المحدثات</w:t>
      </w:r>
    </w:p>
    <w:p>
      <w:r>
        <w:t>بالمائية وبالعكس صارت المحدثات واجبة. وذلك باطل بالضرورة. هذا هو الملاك الذاتي الذي يكشفه العقل اذا هذه المسألة كذلك اه تنتمي الى الالهيات الطبيعية وكذلك يمكن ان تجد لها نصوصا تدل عليه نعم المسألة العاشرة في انه تعالى غير مركب. هذه هي المسألة يجب ان تكون بعد ماذا? بعد اثبات واجب الوجود. يعني التوحيد الاحدي ويثبت البقاء بها يثبت الواحدية بها يثبت كل الصفات الثبوتية والسلبية قال والتركيب بمعانيه. اذا هنا خلط منهجي. المفروض يبدأ بها بعد ما يثبت واجب الوجود يثبت التوحيد الأحاديث يعني انه بسيط من جميع الجهات هذا الذي يجعله تعالى متفرد بالالوهية. ومتفردا بالصفات الكمالية المطلقة. وبالخالقية وبالتدبير يعني الربوبية وبالتشريع وما اشبه ذلك اذا هذه تكون بعد اثبات واجب الوجوب. ليس هنا ماء لان التوحيد الذي بينه في المسألة الثامنة في انه تعالى واحد يعني هو نفس الشريك يعني نفي اله اخر هذا لا يثبت الا عدم التركيب يعني بالبساطة التامة. معليش قال والتركيب من معانيه يعني ووجوب الوجود يدل على سرمديته اولا يعني لا بداية ولا نهاية له في الوجود ونفي الزائد يعني لا يكون باقيا بصفة زائدة كما يقول الاشعري ونفي الشريك يعني يتوحد في المرتبة في الالوهية ونسج مثل يعني لا يندرج تحت ما هي يشاركه فيها غيره و نفي التركيب بمعانيه. تراكيب كثيرة جدا تاركين من سورة ومادة تركيب من الجنس وفصل تركيب من اجزاء مقدارية تركيب من اجزاء عددية خمس تفاحات او تركيب من اجزاء مقدارية يعني يمكن ان يقسم ك آآ قطعة حديد او خشب التركيب من آآ من الماهية والوجود. التركيب من النقص والكمال وو ومن كل انواع التركيب منتثية مطلقا عن الذات المقدسة. ما هو الملاك؟ لانه بمجرد ان يتصف بتركيب ما يستطع ان يكون ممكنا. يعني يندرج تحت الممكنات تصير من المخلوقات وهو واجب الوجود. فمبدأ التناقض يقول يقول واجب وممكن يعني واجب وليس بواجب. فتكون هذه القضية زائفة. يعني الله مركب بأي انواع. من التركيب قضية زائفة زائفة لا نحكي لها باطلة زائفة نعم يعني مبدأ السبب الكافي يوصلك الى ان الله تعالى اذا بنيت على التركيب انت يوصلك الى ان الله تعالى الذي انت قلت انه واجب الوجود انه يكون ماذا? ممكن الوجود تقبل انت ان الله تعالى يكون واجبا وليس بواجب زيف. اقول هذا عطف على الزائد بمعنى ان وجوب الوجود يقتضي نفي التركيب ايضا والدليل على ذلك ان كل مركب فانه مفتقر الى اجزائه هذا هو الافتقار الامكان لتأخره لتأخر عن الاجزاء و تعليله بها يعني هو معلول للاجزاء وكل جزء من المواكب فانه مغاير له. نعم. مغاير لكل الجزء والجزء للكل. وكل مفتقر الى الغير ممكن هذه الكبرى فلو كان الواجب تعالى مركبا باي انواع التركيب اكتب. كان ممكنا هذا خلف فوجوب الوجود يقتضي نفي التركيب حكمة اه طبيعية الهيات اه طبيعية نعم فالله تعالى بسيط من جميع الجهات هو الذي يجعله يتفرد بمقام الالوهية. اذا المسألة العاشرة هي بعد اثبات وجود والله تعالى نعم يعني حتى قبل العلم قبل كلشي. معليش  واعلم ان التركيب قد يكون عقليا وهو التركيب من الجنس والفصل هادي كلها في الماهيات ماذا? الماهيات المادية او الاعراض عند جنس وفصل آآ صناعيا وقد يكونوا خارجين كتركيب الجسم للمادة والصورة وتركيب المقادير من غيرها اه تركيب من الاعداد والجميع منتفعا واجب الوجود تعالى لاشتراك المركبات في ابتقارها الى الارزاق بنات جنس ولا فصل ولا غي اه غيرهما من الاجزاء العقلية والحسية ثابتة لواجب الوجود فيكون بسيطا من جميع يعني شديد الوجود يعني واجب الوجود شدة الوجود ثم كل الصفات تثبت او تنفى على هذا الاساس نعم المسألة الحادية عشر في انه تعالى لا ضد له. طبعا هنا الضد بمعنيين الظد المقولي ضد المقولة خاصية للاعراظ سواد وبياض امران وجوديان يعرضان موضوعا واحدا بين يندرجان تحت آآ جنس قريب بينهما غاية الخلاف. الله تعالى ليس بعرض فتشكل القياس من الشكل الثاني اه تقول الظد عرظوا وواجب الوجود ليس بعرض الشكل الثاني النتيجة ما هي? واجب الوجود ليس بعرض. سهلة جدا. هذا الظدية المعقولية ضد الظدية الوجودية يعني فيه وجود في عرظ ذات الواجب تعالى وهو يمنعه من اه مرتبته الوجودية اولا ومن تفعيل كمالاته. يعني يريد يرفع مثلا الشمس من المشرق يأتي الاله الاخر يوقفها هادي هي الضدية الوجودية وهذي كذلك سالبة بانتفاء الموضوع لانها ثبتنا انه متفرد الالوهية نعم. ما في اله هناك يقع في عرضه حتى يضب اقول هذا عطف على الزائد ايضا فان وجوب الوجود يقتضي نفي الضد. لان الضد يقال بحسب المشهور على ما يعاقب غيره من الذوات على المحل او الموضوع مع التنافي بينهما. يعني غاية الخلاف. هذا هو الضد المقولي. وواجب الوجود يستحيل عليه الحلول. يعني ليس بعرض هذي كبرى القياس او صغرى القياس تقول واجب وجود ليس عرضا آآ وكل عرظ ظد فالله ليس بظن فلا ظد له بهذا المعنى. يعني بالمعنى المقولي ويطلق ايضا على مساو في القوة ومانع هذا هو الظد الوجودي نعم وقد بينا انه تعالى لا مثل له ولا آآ اله معه فلا مشارك له تعالى في القوة. انتهى الامر اذا ظد المقولة الذي هو عرظ منتفي عن الذات انتفاع العرضية عن الذات الإلهي الظد الوجودي لان ما في هناك له يقع في مستوى الوهيته حتى يضاد في ذاته او في فعله ابدا سلب من انتفاء الموضوع المسألة الثانية عشر في انه تعالى ليس بمتحيز يأتي ان شاء الله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