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ورزقنا الاخلاص في القلب والعمل وصلنا الى هذه الصفة التحيز وهي صفة سلبية تحيز يعني ان يكون الشيء في مكان نعم قال والتحيز اقول هذا عطف على الزائد ايضا لاول المتن ووجوب الوجود يدل على سرمديته ونفي الزائد ونفي التحيز في الصفات السلبية دائما وظف القياس من الشكل الثاني. نعم تقول المتحيز يحتاج الى مكان والله غني لا يحتاج الى شيء انتهى الامر الله غير متحيز سهلة جدا لا تحتاج الى كثير تأمل وكثير فكر سهلة جدا هذا عطف على الزايد ايضا فان وجوب الوجود هذا هو الملاك. شدة الوجود نعم الذي يحتاج الى حيز ضعيف الوجود نعم مجرد ان تقول الاحتياج لوجود شديد غير موجود عندك انت يعني انت لماذا تتحيز? تتحيز حتى تكتسب كمالا فانتم محتاج الى هذا التحيز وان كان هذا التحيز علة اعدادية ارضية للتكامل. الا انك تحتاجه. وهذا دليل على نقصك ما عندكش شدة الوجود نعم والذي عنده شدة الوجود لا يحتاج الى حيز فان وجوب الوجود يقتضي نفي التحيز عنه تعالى فمرة يتكلم بلسان الالهيات الطبيعية ومرة يتكلم بلسان الهيات الوحي يعني يخلق بين الامرين وهذا عادي يعني بعد المحقق التونسي رحمة الله عليه اختلطت الالهية الطبيعية بالالهيات الوحيانية. انتهى الامر من هنا يقول واجب الوجود من هنا يقول الله تعالى نعم وهذا حكم متفق عليه بين اكثر العقلاء قلت لكم الاتفاق لا قيمة له في العقيدة. وخالف فيه المجسمة من هم الوهابية والكرامية وو وحتى بعض الشيعة في تاريخنا يؤمنون بان الله تعالى في خصوصيات الجسم مع الاسف الشديد معنى الائمة عليهم السلام كانوا حاسمين فهذه النقطة نعم وهذا راجع الى الظعف المعقول. نعم. والدليل على ذلك قلنا هذا قياس من الشكل الثاني ما يحتاج الى قياس استثنائي نعم تقول متحيز محتاجون الله تعالى ليس بمحتاج انتهى الامر الله ليس بمتحيز ما يحتاج الى قياس استثنائي والدليل على ذلك انه لو جاء بقياس استثنائي ما يحتاج قياس من الشكل الثاني دائما رائع وبسيط لان فلسفة الشكل الثاني هو دائما اذا اردت ان تنسي محمولا عن موضوع توظف الشكل الثاني. هكذا المتحيز محتاج الى مكان الله ليس بمحتاج مطلقا موضوع واحد موظوع اثنين محمول واحد بالسلب والايجاب النتيجة ما هي واجب الوجود ليس بمتحيز هنا جاء بقياس استثنائي يمكن ذلك لا بأس لو كانا متحيزا لم ينفك عن الاكوان يعني يكون في مكان ويكون له صفات الاجسام ويتغير ويتحرك ويتطور هذه هي لا تنفك عنه الاكوان الحادثة يعني الجسمانية وكل ما لا ينفك عن الحادثة هو حادث هنا جاء بلسان متكلم من هنا يتكلم بواجب الوجود هذه الالهية الطبيعية حس فلسفي من هنا يتكلم بالحدوث لسان متكلم. هذا هو الخلط البياني قرط البيان نعم اذا انت انطلقت من واجب الوجود بعد الحدوث ما فيه تأتي بالامكان نعم هذا الخلط البياني ساري في المتون مع الاسف شديد قلت لكم اربع باءات يجب ان تسلطون عليها. البنية المبنى البناء والبيان. خرق شديد في هذه الامور انت الان تقول واجب الوجود واجب الوجود في مقابل الامكان. ما عندك علاقة بالحدوث مبنى المتكلم اذن هنا خلط في البيان نعم لو كان متحيزا هذا المقدم لم ينفك على الاكوان الحديثة يعني تعرضه حيثيات الاجسام هذا هو من تطور تغير في كونه في مكان كونوا في زمان لم ينفك عن الاكوان الحادثة الحادثة يعني المتغيرة وكل ما لا ينفك عن الحديث اذا كان اعترضته الجسمانيات فهو جسم  وقد سبق تقرير ذلك وكل حادث ممكن انظر من هنا يتكلم بالحدوث مجال تداولي وكلامي ممكنون مجال تداولي فالى فلسفة هذا هو الخلط في البيان فلا يكون واجبا واجبا رجع الى البيان الفلسفي هذا خلف ويلزم من نفي التحيز نفي الجسمية طبعا اذا نفيت التحيز لله خاصية الجسم فالجسمية تنتج اذا هنا اثبت صفتين سلبيتين الضفة الاولى تحيز منفية عن عن الله او واجب الوجود والجسمية لان التحيز يلازم الجسمية ان في التحيز تنفي الجسمية قهرا ولهذا قال ويلزم يعني يترتب قطعا من نفي التحيز نفي الجسمية  تقول الله تعالى ليس بجسم. او تعكس المسألة يمكن ذلك اقول الجسم متحيز متغير متطور زمني وو والله تعالى ليس بمتحيز والله ليس بجسم اذا نفيت الجسميات تنفي التحيز وتنفي التطور والتغير والجسمانيات كلها يمكن لك ان تعكس تقول هكذا والجسمية يمكن هو جاء بالتحيز وعرج على الجسمية المسألة الثالثة عشر لانه تعالى ليس بحال في غيره كما تدعي المسيحية حالهم في المسيح عليه السلام نعم احد علماء المسيحية يدرس في الجامعة فبدأ يتكلم عن حلول الله تعالى في المسيح الله المسيح اله ب هذه الحيثية حيثية الحلول فاكتسب الالوهية فصار اله مطالب ذكي وهنا قيمة العقل قيمة العقل العقل نعمة نعم به نكلف به نفهم الحقيقة كلما قدمنا النص على العقل كلما تحركنا نحو الداعشية نحو هذه المسيحية نحو اليهودية ونحو السلفية ونحو الفتك ونحو التكفير. صدقوني هذا امر ثابت في التاريخ قطعي لا شك فيه نعم وسيرة مراجعنا الكرام سيرتنا العلمية دائما كانت هكذا القوة العقلية في علمنا وتحليلاتنا حاضرة جدا ان تنظر علم الاصول تمانين بالمية منه بعقلي حتى في مباحث الالفاظ الدقة العقلية هناك حاكمة موجودة ويبقى الاعتدال يبقى هذا الايع اعتدال. نعم الاشاعرة الذي يمثلهم الازهر لانهم اقتربوا من المعتزلة والى النصية جلسوا في الوسط احتلوا هاد الوسطية مسهم الإعتدال الى حد نعم اذا الطالب يشكل على هذا الأستاذ المسيحي في قاعة الدرس قال له وهزه بهذا الاشكال. اعاد النظر هذا العالم اعاد النظر في هذه العقيدة ان الله حل في المسيح والمسيح صار الها هذا هو التثليث الله روح القدس والمسيح المجموع تتشكل الذات الالهية نعم هذا التركيب الداخلي الذي نحن ابطلناه في التوحيد للاحادي ان الله تعالى بسيط من جميع الجهات هناك ردين على هذا المبنى وهنا كذلك في الحلول يرد على هذا المبنى المحقق الطوفي فقال له الطالب هل في ضرورة هناك ان يحل الله تعالى في المسيح يعني الله تعالى حتى يتجلى لنا ونعرفه كما يقول القرآن الكريم كما يقول القرآن الكريم من عندي انا سنريهم اياتنا في الافاق وفي انفسهم قال الايات هناك وفي في ايات اخرى هم الاولياء ليس لهم رائحة الالوهية نعم الامام الصادق عليه السلام يحسب هذه المسألة. قولوا فينا ما شئتم الا الربوبية والالوهية نعم فقال له هل هناك ظرورة ان يحل الله تعالى في المسيح</w:t>
      </w:r>
    </w:p>
    <w:p>
      <w:r>
        <w:t>حتى يتحقق الفلاح الفلاح الاخروي لان المبنى المسيحي ما هو اه المبنى المسيحي المباني المسيحية كلها تدور مدار خمس نقاط اربع نقط النقطة الأولى الذنب الأزلي يعني ادم اكل من الشجرة اذنب هذا الذنب يبقى يسري في نسله الى يوم القيامة. من اين هذه? لا ادري. وهل حقيقة ادم اذنب كثير من محققينا ذهبوا الى هذا ذهبوا الى انه اذنب مع ان النبوة تعينت اين? على الارض لم تتعين في السماء هناك لم يكن تشريع حتى يذنب ادم عليه السلام مثل ما تقول لي ابنك انت قل لابنك انت الان عندك بعد آآ تسع شهور بعد عشرة اشهر امتحانات مصيرية اما ان اه تنجح او لا تنجح. تدرس وتشتهي النجاح يكون قطعيا الا اذا كان هناك عارض خارجي مريض او مثلا شي هكذا مانع لكن في الحالات الطبيعية حتما تنجح تلهو وتلعب النجاح لا يكون هذا الابن بدلا من الجهد والاجتهاد يقول انا ذكي وانا كذا امتحنها انجح قال لي اني الهو يلهو في عشرة اشهر يلهو يأتي الامتحان امور تكوينية سببه مسبب ما ينجح ابدا فاتكأ على نفسه اتكأ العصا يعني الاتكاء. هم فهموها العصا التشريعية ليس العصا التكوينية. وراحوا في حي سبيس وما خرجوا منها الى الآن المهم المسيحية تقول الذنب الازلي ذنب يسري في نسل ادم الى يوم القيامة يعني كيف يعني انت ملطخ انت ملطخ لا اله الا الله. انظر هذه المسيحية التي تعيب الاسلام. طبعا تعيب الاسلام لان القراءات الاسلامية متعددة متعفنة تخيلوا انتم الاسلام الذي وصل الى اوروبا والى الان هو الاسلام الاسلام تلك الجهة مع الاسف الشديد تلك الجهة ما عندها شيء نعم الدولة التركية العثمانية لما احتلت شرق اوروبا ووصلت الى فيينا يعني كادت تفتح باريز الجرائم التي ارتكبتها ما يتصورها عقلك جرائم فتك مثل اكثر من داعش بالله عليك انت هكذا ترى الدين رحمة يأتي بالقتل والفجر. هذا هو الدين. اسلام يعني سيف. اسلام يعني قتل. اسلام يعني فتك ليس اسلام الرحمة. القرآن ماذا يقول في الحقيقة الانسانية? فاقم وجهك للدين حنيفا حنيفا فطرة الله التي فطر الناس عليها نعم وهذه الفطرة ثابتة لا تبديل لخلق الله. ذلك الدين القيم يعني من جهة عندنا دين قيم يعني يقوم الناس يرفع الناس يعطيهم القوام. القوام المعنوي ليس التكويني لأن الكلام في الهداية اذا هذه الفطرة هي الدين هذا الدين هذا الدين يعني حوض لا يشبع الا بالدين لا يمتلئ الا بالدين فطرة نقية فطرة الهية يأتي الدين يسانخها المسالخة التامة حينها الانسان يتكامل فطرة نقية من يدنسان ليس الذنب الازلي هي البيئة الثقافة الايديولوجية وهذه كلها يمكن للانسان ان يتجاوزها صدقوني يتجاوزها ويهتدي مهما كانت ايديولوجيتو فقط فقط هو يتأمل في الكون. هل عندي وظيفة في هذه الكون ام لا? انا حيوان اكل واستهلك واشرب وانام وانكح وانام وما يهلكني الا الضر. فكر واذا فكر صدقوني الله تعالى لا يبخل عليه هذا هو الأمر الأول الأمر الثاني التثليث يعني الذات الالهية متشكلة من اقاليم ثلاثة الوهية المسيح الوهية المسيح. تقريبا هذه الامور الثلاثة الاساسية ممكن في امور اخرى. نعم ذنب الأزلي والتثليث يعني الأقاليم الثلاثة التي تتشكل منها الذات الولاية والوهية المسيح الباقي فروعه نحن نقول لا تزر وازرة اخرى. فطرة نقية. ذنب الأزلي ظربناه التثليث نحن نقول بالبساطة المطلقة. التثليث ضربناه الوهية المسيح غيرنا من من من الالوهية الى الولاية. انما وليكم الله ورسوله والذين امنوا. ولاية ولاية ذاتية تتجلى في ولاية ماذا? في عالم الخلق هذه الولاية ما نحتاج الى الالوهية نحتاج الولاية. يعني كيف? يعني الله تعالى هو له المقام الاعلى حيث لا مقام فوق هذا المقام. مقام واجب الوجود بقول الحكماء تام وفوق التمام كما سيأتي بيانه ثم في وجودات تنتمي الى عالم الخلق ترقى الى درجة تصير بينها وبين الله اه من حيث المقام المعنوي ليس من حيث المقام التكويني يعني من حيث الهداية قاب قوسين او ادنى ويا لله يعني يا من بعد الله تعالى لكن هذا لا يعني انه له مقام الوهية. يبقى فقيرا في ذاته مطلقا يعني ذاته ملتصقة بالله فقال الله مقامه الولائي كذلك مقام مجازي اعطاء وهذه هي الولاية التي هي التي تحقق الفلاح الاخروي مع الانسان العاقل المختار المتأمل المدبر ما نحتاج الوهية فاهتز الأستاذ اشكال وارد جدا يعني هل الله تعالى لهداية الناس وايصالهم الى الفلاح الاخروي يحتاج ان يحل في مخلوق يعني هل هذه الحاجة ضرورية? العقل يسأل هل ضرورة ان الله تعالى يصير انسانا والانسان يصير الى ابدا? الضرورة لا معنى لها. فاهتز الاستاذ واعاد النظر يد العقيدة البائسة نعم. والحلول يعني ونفي الحلول اقول هذا عطف على الزائد فان وجوب الوجود يقتضي كونه تعالى ليس حالا في غيره. من هذا الغير من هذا الغير واجب الوجود اخور نسيناه بالتوحيد. الواحد يبقى الممكن كيف حال الله تعالى في الممكن اذا حل الله تعالى في الممكن ينقلب ممكنا والممكن ينقلب واجبا يعني ما كان واجبا يصير ممكنا وما كان يصير واجبا المسيح ممكن انتم تقولون فحل فيه الله تعالى فحل الله تعالى يعني المسيح صار الها يصلي واجب الوجود. والله تعالى تلزمه ماذا؟ تلزمه امور دنيوية. نعم. يعني يصير ممكن واضحة جدا خرافة كبيرة نعم وهذا حكم متفق عليه بين اكثر العقلاء وخالف فيه بعض النصارى قال بعض النصارى نعم مشارقة من النصارى ومنهم بالتوحيد مع انهم هذا الله ذو اقاليم ثلاثة القائلين بانه حل في المسيح. نعم اذن الحلول لا معنى لها وبعض الصوفية قد تقول شيخنا بعض الصوفية يعتقدون بذلك انهم يعتقدون كثير من الامور كنت في درس اتصلت بمؤسسة تيقوم التكوين السريع. يأتون ضيوف من الخارج ونعمل لهم دورات في العقيدة في علوم متعددة فنون متعددة يبقى شهرا شهرين ست شهور ويروح جاءت مجموعة من افريقيا غرب افريقيا مجموعة منهم الشيعة ثلاثة واثنان من السنة صوفيا المسئول لما اتصل بي قال يا شيخ ما مجموعة مخلوطة في سنة وشيعة لما دخلت لقسم الدرس نسيت ان فيه سنة تصورت انهم كلهم اماميين الموضوع ما هو? العقلانية الدينية العقلانية الدينية لان هذه مسألة مهمة جدا نحن مبتنون بجماعة لندن مبتعنون بالحسني فلان وفلان وفلان. لأن بعد ما عندنا هذه العقلانية الدينية والقبان تجيب فلان وفلان ما عندنا العقلية العقلية الدينية. يعني الحوزة ما بلورت هكذا مسائل. حتى الإنسان يعرف الزيف من العقلاني مع الأسف الشديد نعم يجب ان نتحرك اه نعم كانت العقلانية الدينية بمعنى ما هو ما هي الحجية التي تجعلني انا اتبع اه فلانا اتبع مثلا النبي صلى الله عليه واله. او اتبع الحسن او اتبع جماعة لندن جماعة لندن. ما هي الحجية وحجية لازم تكون عقلية ليست شرعية اليوم يلزم الدور</w:t>
      </w:r>
    </w:p>
    <w:p>
      <w:r>
        <w:t>نعم. يعني انا يتصل بي ياسر الحبيب مثلا. يقولو الشيخ فضيل يجب ان تتبعني انا وبأي ملاك? يقول لي انا ياسر حبيب انا اتكلم باسم الأئمة ها يقول نعم والله انا حمار. اذا قلت له انا نعم واتبعك انا حمار من الطراز الاول لكن اذا قلت الحجية ما هي? يعني ما هي الحجية العقلية حتى يتبعوك انت لا ما في حجية عقلية عما تأتي الى الامام صاحب الزمان عندك حجة عقلية حجة عقلية اذا يجب ان نفهم المسألة هكذا والا نقع في الداعشية وفي الحسنية وهذا هذه الفرق الضالة المضلة مع الاسف الشديد جيد فبدأت الدرس قلت لهم ما فيه شخص يمتلك الحجية اذا لم يكن منصوصا من الله تعالى اني جاعلك للناس ايماء وجعلناهم ائمة يهدون بامرنا نعم واوحينا اليهم فعل الخيرات. جعل اذا الحجية في اتباع من نتبعه في الدين في الدين يجب ان يكون هناك تنصيص الهي. جعل الهي. غير الجعل الالهي خرافة كبيرة خرافة كبيرة حتى المراجع ليس لهم حجية ذاتية يعني انت تقليدك المرجع الفلاني في الفقه ليس لها حجية ذاتية. والله لو لم يكن متصلا بالامام سلام الله عليه. والامام قال حين الغيبة الكبرى فعليكم برواة حديثنا. يعني المتخصص في في الشرع وليس في العقيدة فقط في الشرع يعني في الفقهيات لولا اتصال المرجع بالامام المعصوم ليس لك حجة في اتباع المرجع في الفقه. ابدا ابدا. وهذا محل اتفاق بيننا محل اتفاق نقول النيابة العامة النيابة العامة اشارة الى هذه العقلانية. هذه العقلانية الدينية اذا حجي في الدين تستدعي ماذا التنصيص? غير التنصيص حجية انت في يعني العقل يقول انا لست ملزما باتباع احد احالة المعصوم امامك نتا معجزة النبي الامير تنصيص من النبي ولهذا الامام لا يكيل بالصيحة الصيحة هي معجزة قاهرة حتى الصيحة انا في تصوري آآ معجزة اثباتية وليست معجزة ثبوتية يعني علامة امر فتقام الحجة فقام واحد من السنة كانوا اثنين قام واحد عليه علامات انه طالب علم وترك القاعة انا تعجبت تعجبت هكذا قام وخرج  هذا الصديق السني عاش في اوروبا يعني عنده من التنوير والفهم تصوروا انتم الانسان اذا انتقل الى اوروبا وامريكا يتنور اكثر من بلاده والله تعسل لهذه الامة اذا كان كثير من الجزائريين استبصروا وصاروا امامية لانهم عاشوا في اوروبا. لماذا الحريات ما في ضغوطات سياسية ما عليك ما فيه متابعة امنية. هناك تتحرك وتلتقي مع الناس وتتنور وتفهم سبحان الله هادي معجزة فسألتنا صديقنا ماذا تنتظر? قال لي شيخنا ماذا بتحكي انت? حجية وحجية والتنصيص والجعل قلتلو خير ان شاء الله قال هذا شيخه الصوفي في غرب افريقيا هذا يقول لجماعته كنت في الاسبوع الماضي جالسا مع الله والله صدقوني جالسا مع الله. يعني هو في العرش. وينزل يأتي عندهم ثم هم هذه حجية. بالله عليك هذا هذا السني اللي خرج حمار بامتياز ومن يتبع هذا الشيخ وهو يقول لهم كنت في هذا في هذا الاسبوع يعني اسبوع الغياب غاب اسبوعا. كنت عند الله حمير من الطراز الأول لكن انت تأتي الى الحجية العقلية. نعم. انت باي ميلاد كنت مع الله تعالى؟ ملاك عقلي لا يقول انا شيخ شيخ كون عشرين الف شيخ نعم ما تنفعك هذي لازم يكون تنصيص من الله تعالى ومن اين يأتيك التنصيص انت انت عندك علاقة بالنبي عندك علاقة بالنبي عندك علاقة بصاحب الزمان ابدا هادي هي الحجية العقلية اما نكون واما لا نكون خليني نكمل التطبيق حتى ما يبقى البحث هكذا ناقصا. وبعض الصوفية اني بينت لك مولانا فعندهم الألوهية القائلين بانه حال في ابدان العارفين. والله لو كان عارفا لا يقول بهذا الكلام نعم هذا سخيف وهذا المذهب لا شك في ثقافته ضعفه هزيل لان المعقول من الحلول يعني ما نفهمه من الحلول هو قيام موجود اخر على سبيل التبعية بشرط امتناع قيامه بذاته. يفقد القيم بذاته لان حال المحتاج الى غيره. نعم. وهذا المعنى منتف في حقه تعالى لاستلزامه الحاجة المستلزمة للامكان. يعني انت تشكل قياس من الشكل الثاني نعم اه الله حال اما الشكل الثاني او من الشكل الأول الشكل الأول هو اللي ظاهر الله حالنا وكل حال محتاج الى ذلك المحل الذي يحل فيه فالله محتاج انتهى الامر نعم او تقول الحلول احتياج والله لا يحتاج فالله تعالى ليس له الحلول انتهى الامر وقيس من الشكل الثاني. اذا لا نبقى في هذه الخرافات كثيرة. المسألة الرابعة شر في نفي الاتحاد عنه تعالى. هذا تقريب يشبه الحلول. خلوه في الجلسة القادمة ان شاء الله. اللهم صل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