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وصلنا الى نفي الاتحاد. المسألة الرابعة عشر في نفي الاتحاد عنه تعالى. يقول والاتحاد ان يواجب له واجب الوجود يدل على السرمدية ونفي الزائد ونفي الاتحاد. الاتحاد فرع الاثنينية يعني في حقيقتان جوهران ذاتان فيأتي الاتحاد حتما بعد الاتحاد كل ذات تفقد هويتها وتذوب في الهوية الجديدة نعم آآ حتما شريك الباري غير موجود. فالله يتحد مع من? مع مخلوقاته فهويته تذوب في هوية المخلوق فيصير ممكنا او المخلوق يذوب في هوية الله فيصير واجبا. نعم الحلول في حلول يعني ما في اتحاد. هنا خاصية اتحاد فيه تشابه مع الحلول لكن فيه فرق ان في الحلول الهوية تبقى في الاتحاد الهوية تذوب خرافة كبيرة كذلك خلينا نطبق لان المسألة سهلة اقول هذا عطف على الزائدة نعم فان وجوب الوجود ينافي الاتحاد لان قد بينا ان وجوب الوجود يستلزم الوحدة. نعم واحد بسيط غير مركب بينا هادي فلو اتحدا بغيره يعني لو اتحدا واجب الوجود بغيره من الغير? الشريك الباري غير موجود يعني الممكن لكان ذلك الغير ممكنا طبعا لان انت تثاوج بالوجود الاخر فيكون الحكم صادق عن الممكن صادقا على المتحد. يعني على الله فيكون الواجب ممكنا ايضا نعم يعني يلزم من يلزم من مرتبة الوجوب الى مرتبة الامكان وايضا فلو اتحد بغيره لكان بعد الاتحاد اما ان يكون موجودا اه اما ان يكون موجودين يعني الاثنان. كما كان فلا اتحاد سليم ابن كفار موظوع نعم وان عدم او عدم او عدم احدهما فالاتحاد ايضا ويلزم عدم الواجب فيكون ممكنا دخول احكي لكم مسألة مهمة جدا طبيب طبيب صلاح الدين الايوبي الذي كتب له مرسوما اه ثابت هذي في التاريخ لانه يعطي فلسطيني اليهود. يبيع فلسطيني اليهود. هذا البطل الوهمي الكبير الذي دمر الشيعة في مصر واوقف الازهر مائة سنة نسل الفاطميين اه محاة من الوجود لم يبقى لهم نسل بعد ذلك هذا هو البطل ناصبي بامتياز طبيب هو ابن ميمون يهودي صاحب كتاب الدليل الحائري بنو ميمون لما اطلع على كتب العلامة الحلي في العقيدة انبهر فقال اليهود يجب ان تنظرون لعقائدكم على ضوء اه مباحث العلامة الحلي. ومن هناك دخل علم الكلام الامامي الى اه اليهودية وانهما فقط دين تجسيد ودين خرافة ودين الدين لا قيمة له نعم هذه معلومة تاريخية فقط نعم والعلام الحلي لما التقى بابن تيمية في الحج ظاهرا اه ابن تيمية لم يعرفوا لكن العلامة الحلية عرفوا عرفوا فانبهر بعلمه هيبته وكذا قال له من انت متعجبا منبهرا قالوا انا ابن المنجس فاستحى الخبيث استحى من هذه الكلمة يعني فهم لأن هو ينعت في منهاج السنة المنجس او امامك الآن هذا هو الجبان الجبان ضحوا في الموقع الذي اه الموقع المحك آآ ترى اه الجبن مثل صدام دخلت امريكا. اين هذا البطل العربي الكبير ا? تخرجوهم من الحفرة? هذا هو البطل هؤلاء الناس اذا تقطعت بهم الاسباب صدقوني اب اجبن الناس واحقر الناس هادي هي السيرة التاريخية نعم فرعون لما لما لفه الماء من جميع الجهات قال انا امنت بالله تعالى. انت يعني تقشمر الله تعالى تستهزأ بالله تعالى نعم المسألة الخامسة عشر في نفي الجهة عنه تعالى والجهة. الجهة يعني قبول الاشارة الحسية بقى ابو الحشرة الحسي يعني نحن في الحس يعني نحن في الجسم بل للجهة تلازم الجسمية. ايضا تفى الجسمية على الله تعالى تنتفي الجهة من ذبي او لا اقول هذا حكم من الاحكام اللازمة لوجوب الوجود يعني حكم سلبي طبعا. وهو معطوف على ماذا? على الزائد وقد نازع فيه جميع المجسمات. اه المجسمة يؤمنون بالله. وبالتالي يصح تصح الاشارة الحسية فانهم المجسمة ذهبوا الى انه تعالى جسم في جهة نعم اعطوا خصوصية المخلوق المادي لله تعالى. تعرفون لماذا؟ لأنه لا يعيشون الا الخيال لا يعيشون الا الخيال وصدقني اغلبية العوام يتصورون الله تعالى في جهة لماذا? لان الذي يعيش فقط في عالم الخيال ما يفهم الا عالم الخيال صدقوني الا عالم الخيال. اذا كيف انت تتصور منه او تتوقع منه انه يفهم الله تعالى حقيقة مجردة نعم ممكن هذه تخدير عقدي هو يتصور ان يعتقد انه الله تعالى مجرد عن الجسمية والجهة ولكن هو في الحقيقة لا يقدر يتصور هذا الامر نعم قلبه يميل الى الجسمية والتحيز والجهة واصحاب ابي عبد الله بن كرام يعني الكرامية قلت لكم اختلفوا فقال محمد بن الهيسم انه تعالى في جهة فوق العرش لا نهاية لها والبعد بينه وبين العرش ايضا غير متناهي. وقال بعضهم البعد متناهي. يعني انت الان تتكلم عن العرش وتتكلم على الله تعالى بهذه السخافات. يعني انت كيف كيف وصلت كيف اكبر عقل فيلسوف لا يصل الى هذه الحقائق. انت كيف ايها المتكلم التعبان كالرامي? انت تعبان كيف تفتي عقديين في هذه الامور من اين? الى ان تمن يا اما انت اله ولا ادري انا نعم وقال قوم منهم انه تعالى على العرش كما تقوله المجسمة. وهذه المذاهب كلها فاسدة. لان كل ذي جهة فهو مشار اليه. هذه الاشارة الى الدليل كل ذي جهة مشار اليه. نعم قلت لكم يعني تقول كل درهم جهة مشار اليه اه والله تعالى اذا قلت الله تعالى لا يشار اليه هذه مصادرة قل هكذا الله تعالى يعني آآ طبق آآ اه قياس الخلف نعم لو كان الله تعالى اه جهة لا اشير اليه نعم هذا التالي اشير اليه يعني جسم يعني متحيز ونفينا الجسم عنه اذا ليس يشار اليه يمكن تستعمل هكذا او تقول الله تعالى يشار اليه اه هنا المسألة باذ الجهل. الله تعالى يشار اليه وكل من يشار اليه نعم تقول له الله تعالى ذو جهة وكل من له جهة مشار اليه فالله تعالى مشار اليه. وكل مشار اليه جسم والله جسم ولا نحن لا فينا الجسمية في الرتبة السابقة نعم لان تعليل يعني دليل. لان كل ذي جهة فهو مشار اليه يعني في تلازم بين الجهة والاشارة الحسية هكذا. الاشارة الحسية يعني خروج نقاط وهمية من الاصبع الى الشيء المشار اليه ومحل للأكوان يعني يكونوا متغيرا جسمانيا زمانيا الحادثة المتغيرة فيكون حادثا فلا يكون واجبا نعم سهلة المسألة ان في الجسمية عن الله تعالى تنفي التحيز او تقول كل متحيز جسمه الله تعالى ليس بجسمه فالله تعالى ليس بمتحيز قياس من الشكل الثاني. سهلة جدا المسألة السابع عشر في انه تعالى ليس محل للحوادث. ما يتغير والله تعالى لا يتغير. وحلول الحوادث فيه. يعني ونفي الزائد ونفي الحلول الحوادث</w:t>
      </w:r>
    </w:p>
    <w:p>
      <w:r>
        <w:t>اقول وجوب الوجود يعني شدة الوجود يعني ما في هناك النقص ما في تركيب من كمال ونقص هذا الذي قلت لكم بسيط الحقيقة نعم جميع الكمالات ينافي حلول الحوادث في ذاته تعالى. لان الذي تحل فيه الحوادث يكون ماذا? لا يكون واجبا للوجود نعم وهو معطوف على الزائد نعم بيناه وقد خالف فيه الكرامية لانه مجسدا. والدليل على الامتناع ان حدوث الحوادث فيه تعالى يدل على تغيره. يعني تقول هكذا من حلت فيه الحوادث متغيرون. والله تعالى غير متغير ثابت فالله تعالى لا تحل فيه الحوادث نعم والدليل على الامتناع ان حدوث الحوادث فيه تعالى يدل على تغيره تعالى وانفعاله في ذاته وذلك ينافي الوجوب وايضا الدليل الثاني وايضا فان المقتضي للحادث ان كان ذاته كان ازليا في الحدوث. يعني هو ازليا كان ممكنا حادثا. وان كان غيره كان الواجب مفتقدا الى ذلك الغير وهو محال. يعني مقتضى الحدوث موجود اخر يجعله ماذا حادثا فالله تعالى يكون متأثرا مفتقرا الى ذلك الامر ولانه كان صفة ولانه ان كانت صفة كمال استحال الخلود ذات عنه. وان لم يكن استحالة صفات الذات به. نعم. ولانه ان كانت صفة كمال استحال خلود ذات يعني حدوث حلول الحوادث ان كان الصف الذات فالله تعالى يكون في الازل حيث وجدت وحيث لابد يكون محل للحوادث فيكون من حيث البدء حيث لا بدء يعني الازلية المطلقة او السرمدية المطلقة يكون حادثا يكون ممكنا لانها تحل فيه الحوادث ولانه تعالى او لان الامر او الحلول حلول الحوادث فيه ان كان صفة كمال بصفة الكمال يتصف بها لأن بسيط الحقيقة كل الكمال استحال خلو الذات عنه ازلا سرمديا سمها كما تشاء وان لم يكن يعني لم تكن صفة كمال استحال اتصاف الذات بها. نعم. لانها صفة ناقص قلت لكم الله تعالى ليس مركبا من كمال ونقص اذا كل هذه الخرافات منفية عن الذات الالهية المسألة السابع عشر في انه تعالى غني وجوب الوجود يعطي الغنى يعني الغنى ما معناه يعني لا يفتقر الى غيره. يعني صفة اضافية والحاجة يعني هو نفي الحاجة الى الغير يعني الافتقار الى الغير فيكون غنيا. اقول وجوب الوجود انظر وجوب الوجود يعني يتكلم بلسان الالهيات الطبيعية وهذه هي العقلانية الدينية الرائعة ووجوب الوجود ينافي الحاجة يعني الافتقار وهو معطوف على الزائد يعني ووجوب الوجود يدل على ونفي الزائد ونفي الحاجة وهذا الحكم ظاهر. بينون لان واجب الوجود المحتاج هو الذي يكون ناقصا مركبا من كمان ونقص فيحتاج حتى يغطي هذا النقص يملأ هذا الفراغ فان وجوب الوجود يستدعي الاستغناء عن الغير لان واجب الوجود نعم في كل شيء في كل شيء يعني في ذاته المقدسة في صفاته الذاتية وفي صفاته الفعلية فهو ينافي الحاجة. نعم. وجوب الوجود يكفي ثم يعمق الدليل ولانه لو افتقر الى غيره لزم الدور. كيف آآ وواجب الوجود ثان آآ نفيناه بالتوحيد الواحدي على اساس توحيد الأحاديث فيبقى فقط الممكنات. الممكنات في الاصل محتاجة الى الله تعالى. فاذا احتاجها الله تعالى في حيثية من حيثياته لزم الدور المحتاج الى المحتاج يحتاج اليه. فنبقى ندور والدور مستحيل قد يقول قائل لا شيخنا العزيز الممكن احتاج الى الله من حيثية من حيث تألف والله احتاج الى المنكر ممكن من حيث يتبع. هاذي حيث يتبع من اين جاءت والممكن؟ اليس منهم الله؟ فيبقى الدور على حاله نعم ولانه لو افتقر الى غيره وهذا الغير حتما يكون ممكنا لان واجب الوجود الثاني منتفي لزم الدور. كيف? لان ذلك الغير محتاج اليه الى الله تعالى. لماذا? بملاك الامكان بامكان الامكان يجعله محتاج الى الله لا يقال الدور غير لازم لماذا? لان الواجب مستغني في ذاته وبعض صفاته عن ذلك الغير وبهذا الوجه يواصل في ذلك الغير. نعم فاذا احتاج في جهة اخرى الى ذلك الغير الممكن انتفى الضوء. لماذا? لاننا نقول هذا بناء على ان صفاته تعالى زائدة على الذات. وهو باطل لما سيأتي زيادة الصفات على الذات يأتي ان شاء الله في مناقشة الأشاعرة في هذه الزلة العقدية الكبيرة وايضا فالدور لا يندفع لان ذلك الممكن بالجهة التي يؤثر في الواجب تعالى صفة يكون محتاجا اليه يعني هذه الصفة التي يحتاج الله تعالى فيها الممكن هي كذلك مصدرها الله تعالى فيبقى الدور على حاله وحينئذ يلزم الظلم وحال ولان افتقاره دليل ثالث ولان افتقاره تعالى في ذاته يستلزم امكانه يعني الله تعالى يكون ممكنا على الاقل من هذه الحيثية. حيثية الافتقار وكذا في صفاته لان ذاته موقوف على وجود تلك الصفة. يعني الحيثية او عدمها. المتوقفين على الغير على ذلك الممكن الذي يتحف الله تعالى بتلك الصفة. فيكون الله تعالى متوقفا على الغير فيكون ممكنا. وهذا برهان عول عليه. الشيخ آآ ابن سينا انظر هذا ولانه ولانه. يعني بغير دليل الوجوب جاء ولانه يلزم الدور. ولانه يكون ممكنا. هذه كلها راجعة الى واجب الوجود يعني كأنه قال انظر ولان افتقار الله في ذاته يلتزم يعني يخالف واجب الوجود هو نفس الدليل الاول نفس الدليل الاول بطريقة اخرى وهذا برهان عول عليه الشيخ ابن سينا اذا الله تعالى لا يمكن محتاج الى غيره ابدا لوجوب ووجوب وجودة ويكفي. شدة الوجود يكفي. ما معنى? يعني لا رائحة للنقص في ذاته المقدسة. ابدا المسألة الثامنة نتاع الثامن عشر في استحالة الالم واللذة عليه تعالى. هذا بحث آآ لطيف فانتم تحملونا شوية لأن اذا قلنا الله تعالى يلتف فأنتم ممكن آآ عقيدتكم تتشنج علينا لا يلتذ باللذة المعنوية. ولهذا يقول واللذة المزاجية. دقق جيد في كلام المحقق الطوسي. ونفي الالم مطلقا الالم يعني نقص الالم ناقص يعني فقدان اه كمال من شأن الموضوع ان يتصف به. انت الان عندك الصحة فابتليت اه بمرض يعني فقدان الصحة تتألم اذا الالم فقدان كمال وهذا لا يمكن ان يكون في الذات الالهية. ولذا قال ونفي الالم مطلقا. صحيح واللذة المزاجية. لماذا قيدها بالمزاجية? فيه لذة معنوية? يعني الله تعالى كمال مطلق. كمالات مطلقة ذات مطلقة كمالات مطلقة عين ذاته مولانا تناغم تام بين الذات كمالاتي وصفاتي وهذا هو اللذة المعنوي تقول شيخنا كلمة لذة فيها حساسية فيها حساسية اذا كانت مادية انت عاقل تفهم المعاني لا تترك خيالك يتلاعب بك في فهم العقيدة نحن لا نحن ما عندنا ذلك التناغم في ذاتنا بين ذاتنا وصفاتنا. كيف انا ادرك باليقين ان الكذب قبيح او الصدق حسن. يقين يعني علمي هنا تمت وظيفته ارادتي تكذب يعني تدفع لي نحو الكذب او تتردد في الصدق لا تصدق اذا ما في تناغم بين العلم والارادة خفايات التألم اما في الذات المقدسة لا يمكن يتصور ذلك. تناغم تام. هذا التناغم يعطي حالا لله تعالى</w:t>
      </w:r>
    </w:p>
    <w:p>
      <w:r>
        <w:t>حالة معنوية الهية قدسية سميها انت اللذة المعنوية اقول هذا ايضا عطف على الزائد فان وجوب الوجود يستلزم نفي اللذة والالم اي لذة اللذة المزاجية المادية واعلم ان اللذة والالم قد يكونان من توابع المزاج. نعم المرض ما هو اختلال في في المزاج فيأتي الالم. فان اللذة من توابع اعتدال المزاج والالم من توابع سوء المزاج. وهذان المعنيان انما يصحان في حق الاجسام وقد ثبت بوجوب الوجود يعني بملاك شدة الوجود انه تعالى يستحيل ان يكون جسما فينتفي الالم واللذة المزاجية عنه هذا قطعي ولهذا قال واللذة المزاجية وقد يعني بالالم ادراك المنافي ادراك المنافي. الله تعالى ما عندو منافي حتى يدركه في ذاته وباللذة ادراك الملائم وهل الذات الإلهية لا تلائم نفسها? والكمالات لا تلائم ذاته. فالألم بهذا المعنى منفي عن الله تعالى لأن واجب الوجود لا يناف لا منافي له لا في ذاته ولا في صفاته ولا في خلقه واما اللذة بهذا المعنى فقد اتفق الاوائل يعني الفلاسفة على ثبوتها لله تعالى بهذا المعنى لانه مدرك لاكمل الموجودات يعني ذاته فيكون ملتذا به والمصنف رحمه الله كأنه قد ارتضى هذا القول يعني تبناه وهو مذهب ابن لوبوخت الشيعي وغيره من المتكلمين الا ان اطلاق الملتد عليه يستدعي الاذن الشرعي. نعم هذا اطلاق ليس اطلاق اسمي هذا اطلاق صفتي اطلاق معنوي اطلاق معنوي وما قال نقول الله عندو اسمو الملتز. قال يتصف بالملتف بالمعنى المعنوي وما يحتاج الى اذن شرعي نعم لانك هنا تتكلم بالالهيات الطبيعية وليس بالالهيات الواحدة اذا تكلمت باللسان الالهية تقول العقل يثبت اللذة المعنوي لله تعالى لكن انا لا يحق لي ان اعطي هذا الاسم الملتذ الا باذن شرعي. نعم هذا كلام منطقي وصحيح اذا اللذة المعنوية هو ادراك الملائم والله تعالى يدرك ذاته وهي تلائم تمام التناوب وفوق التلاؤب ويدرك كمالاته وهو آآ متلائم مع كمالاته فيلتف باللذة المعنوية وليس باللذة المزاجية التي نفاها بالقطع المحققة التوصي نعم  فتقول الله تعالى يدرك ذاته التي تلائمه صفاته التي صفاته التي تلائمه وكل من ادرك ذاته التي تلائمه وصفة التي تلائم فهو من التز فالله تعالى منكر قياس من الشكل الأول كلما كان الإنسان ضابطا للقواعد المنطقية يتلاعب اه الاستدلالات في النصوص كما يشاء نعم خصوص القرآن الكريم القرآن الكريم مملوء بتطبيقات القرآنية مملوء بالتطبيقات القرآنية بالتطبيقات المنطقية مملوء بالتطبيقات المنطقية فقط على العقل ان يستخرج هذه التطبيقات نعم المسألة التاسعة عشر في نفي المعاني والاحوال والصفات الزائلة في الاعياد نأتي الآن الى بعض الصفات يعني التوحيد صفات توحيد الاحاديث توحيد الواحد توحيد الصفات قبل الخالقين توحيد الاحد يعني ليس مركبا بسيط فيكون شديد الوجود يعني واجب الوجود من جميع الجهات كل الكمالات اللا متناهية مندكة فيه بنحو العينية ثم من كان كذلك ينفي الشريك في الالوهية مطلقا التوحيد في الوحيدية ثم التوحيد في الصفات يعني الصفات عين ذات  بالاصطلاح الجديد في الحوزة العلمية الان اصطلاح تبلور في هذه السنين مع الاستاذ الله يحفظو خلصت عندو العرفان والحكمة المتعالية هو بلورة هذا المصطلح. حيثية تقييدية اندماجية. يعني اذا قلت الوحي تقيد بالحي هذا التقيد يعني الحياة داخل في صميم الذات. اندماج طبعا هذه تعبيرات استعارية حتى نفهم اندماج ذوبان في الذات يعني ما معناه? يعني الحياة هي الذات الالهية العلم الذات الاهية في حياة بنحو الكاشفية الارادة ما هي الذات الا هي حين التخصيص? هي الذات هذا هو المبنى الصحيح مبنى عينية الصفات. بعض المعتزلة يقولون الله تعالى لا تتصف بالصفات الذاتية. لماذا يلزم التركيب حتى نتخلص من التركيب نقول الذات تنوب من هذا الصفات. يعني ما معنى؟ او اذا قلنا الله قادرون يعني متصف بصفة القدرة فمعنى صفة هناك؟ لماذا يلزم التركيب؟ اننا ذات قدرة. اتنين يلزم التركيب زيد لها العلم والارادة وتركيب غليظ نفي للتركيب الذي يؤدي الى الاحتياج فنقول الله تعالى ينوب منام الصيف صفة. يعني هو يخلق بالقدرة يتجلى بحيثية القدرة. الا ان القدرة غير موجودة. وهذا عجيب وغريب من المعتزلة ضعف العقل ضعف العقل يعني الوهم يدخل في العقيدة فاذا كان الله تعالى يفعل فعل القدرة وما عنده القدرة. يعني هو يفعل بذنبي لك و بدونك ببدا السبب الكافيونات يتوقف يقول غير معقول هذا نعم يلزم اجتماع النقيضين. يعني الله تعالى اذا فعل فعل القدرة يعني ملاك ملاك القدرة موجود والصفة غير موجودة يعني ملاك القدرة موجود وغير موجود ما تركب نعم افعلها كما تركب. اذا مبنى نيابة الصفات عن الذات باطن مطلقا الأشاعرة كذلك وجدوا التركيب يعني صفات متعددة حتى الفخ الرازي يقول نحن اثبتنا سبع قدماء مع الله تعالى للقول بزيادة الصفات على الذات تواجدوا هذا تركيب يعني الذات مركبة فالمركب يحتاج فاخرجوا هذه الصفات وجعلوها لوازم للذات لوازم لذات يرد عليهم اشكال ما هو اولا الذات خالية من الكمالات هذا الاشكال والثاني هذه اللوازم كيف نربطها بالله تعالى خصوصا في ذلك الزمان العقليات كانت ضعيفة لضعف اوهام الناس وحتى المحققين فيفهمون ان الصفة اذا كانت زائدة يلزم القابلية يعني الله تعالى يكون قابلا وليس فاعلا والقابل يعني ناقص يلزم هذا النقص على الذات المقدسة. اذا زيادة الصفات على الذات امر باطل. ماذا يبقى يبقى عينية الصفات مع الذات. كيف يعني كثرة مندمجة كثرة ذائبة هذه الكثرة تحليلية فقط الفخر الرازي في كتبه الكلامية يريد يثبت هذه المسألة زيادة الصفات على الذات بهذا القياس من الشكل الثاني. ويكرره كثيرا. نفهم من الذات غير من نفهم من القدرة اذا جاء الفهم ثنائي ثنائيا فحتما المصداق يكون ثنائيا اه تركيب ان نخرج القدرة من الذات يقول نفهم يعني مسألة ماذا? في البنية الفهمية وليس في البنية الواقعية. هذا الخلط بين عالم الفهم وعالم الخارج المصداق بقول الحوزاويين نخارطو ما بين المفهوم والمصداق وبالتالي بهذا الخلط السهم نعم ثنائي لماذا? لان الفهم يدور مدار الاعتبار حتى تفهم الحياة في دائرتها تعتبرها كيان مستقل بالاعتبار هذا لا يعني ان لها متن حقيقي ثم تتراكم مع الذات الالهية ظعف التحليل ظعف العقل نعم اذا بنحو الاندماج وهذه الكثرة فقط كثرة في البنية الفهمية نعم انتهى الوقت ان شاء الله خلوا في الحصة القادمة نبين مرة ثانية المسألة ونطبق والسلام عليكم ورحمة الله وبركاته اللهم صل على محمد وال محمد. اللهم صل على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