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يا الله والحمد لله اعوذ بالله من الشيطان الرجيم بسم الله الرحمن الرحيم وبه تعالى نستعين والصلاة والسلام على محمد واله الطاهرين اعزائي الطلاب السلام عليكم ورحمة الله وبركاته وتقبل الله منا ومنكم ورزقنا الاخلاص في الباطن والظهر وصلنا الى صفات متفرعة في الاصل من الصفات الكلية قال المسألة الحادية والعشرون في باقي الصفات وعلى ثبوت الجود وواجب الوجود يدل على صرمديته وعلى ثبوت الجود الجود هو الاعطاء بدون عوظ. تعطي ولا تنتظر من غيرك ان يرد لك هذا الخير هذا هو الجواد نعم اقول هذا عطف على قوله على سرمديته هذه واضحة اي ان وجوب الوجود يدل على سرمديته ويدل على ثبوت الجود واعلم ان الجود اه دائما انتم انتظروا في النصوص وفي الخطاب وفي الخطابة كذلك وفي الكتابة كتابة المقالات انتظروا الترتيب المنطقي يعني  العملية الذهنية التي تعين التصورات ثم العملية الذهنية التي تعين الحكم الذي يتجلى في القضايا ثم العملية الذهنية التي تعين الاستدلالات هذا هو ثم الإشكالات ما معنى يعني فيه مغالطة في وهم من يشكل هذه هي المنهجية المنطقية فاذا قال واعلم ان الجود هنا عملية ذهنية حدثت في ذهن العلامة تبين التصور. يعني ما معنى الجود؟ واعلم ان الجود هو افادة ما ينبغي للمستفيد نعم اذا اعطيت الخير لمن لا يستحقه او لا مناسبة بينه وبين هذا الخير فهذا فعل لغو خلاف الحكمة ولهذا يقول ما ينبغي للمستفيد من غير استعاظة منه لا تنتظر منه ان يرد لك ذلك الخير. هذا التعريف للجود مبدأ التصور نعم. والله تعالى قد افاد الوجود شهودية هذه الصغرى الذي ينبغي للممكنات من غير ان يستعيض منها شيئا من صفة حقيقية او اضافية فهو جواد النتيجة فهو جواد الله مفوض الوجود وكل مفوض الوجود وما يلازم الوجود من كمالات تكوينية وكمالات تكاملية في قوس الصعود فهو جواد النتيجة الله تعالى جواب. قياس من الشكل الاول الحد الأوسط ما هو افاضة الوجود. الله مفرد للوجود ولوازم الوجود وكل من كان مفيضا للوجود ولوازمه فهو جواد فالله جواد الحد الاوسط يختفي في النتيجة نعم وجماعة الاوائل فلاسفة نفوا الغرض عن الجواد وهو باطن وسيأتي بيانه في باب العدل. الفلاسفة هنا نفوا نفوا الغرض الذي يجعل الله يستكمل وليس الغرض مطلقا وهم يؤمنون بالعلة اياه غابت لو العلامة الحلي هنا غابت لك متكلم اما كفيلسوف فهو يتقنها ويدركها نعم فهو يفيض هذه النقط حتى يحركوا حتى يحرك ذهنا القارئ والسامع للمتن. لماذا الفلاسفة نفوا الغرض? نفوا الغرض الذي يصرخ الممكنات الممكنات لها اغراظ نحوها وتتكامل. الله تعالى عنده هكذا غرض لا ابدا. لانه هو تام فوق التمام فكيف يكون اه متحرك نحو غاية. اما الغاية بالمعنى الحقيقي التي هي ذاته المقدسة فيؤمنون بها. اذا هذه سجلها عندك لا تخفى عنك وجماعة الاوائل نفوا الغرض عن الجواد اكتب الغرض الذي يؤدي الى الاستكمال. ليس الغرض مطلقا وهم يقولون بالعلة الغائية المطلقة وهي الذات المقدسة. وهو باطن وسيأتي بيان في باب العد باب العدل على مقربة. يعني بعد هذه الحصة ندخل في باب العدل طبعا هنا الجواد اه الجواد التكويني اعطاء الوجود ولوازم الوجود هذا الجهد التكويني وهو حسن بالحسن التكويني واذا كنا في قوس الصعود وافاض الله تعالى الكمالات على الانسان لانه هذا الانسان مكلف في دائرة القيم هذا الجود المفاظ في قوس الصعود والتكامل كذلك جهد تكويني نعم اه واذا تجلى هذا الجهد التكويني في شكل قيم الزامية صار جودا قيميا نعم قيميا يعني في دائرة الاخلاق العامة هذه الدقائق ستتضح لنا في باب العدل بالتفصيل قال والملك يعني الامتلاك والملك وواجب الوجود يدل على سرمديته. ونفي الزائد ويدل على الملك والله تعالى رب ولم يثبت الربوبية مع الاسف شديد في ممر ما لم يثبت الخالقية ولم يثبت الربوبية المفروض هذه امور آآ يبينها لو كان فيهما اليات الا الله لفسدتا هذا دليل يقيني برهان عقلي قائم على ملاكه واقعي ذاتي واقعي دليل على الربوبية والربوبية ما هي? الملك المربي الملك المدبر يعني المدبر الملك المربي او المربي والملك المدبر فالملكية داخلة في الربوبية يعني شأن من شؤونات الربوبية. نعم انت لا تملك المصنع كيف اه تدير هذا المصنع بحيث يصل الى الانتاج المطلوب يجب ان تملكه نعم طبعا هذه الملكية اعتبارية اما الملكية الإلهية ملكية حقيقية. واذا نسبنا الملكية الإعتبارية لله بث بالعرض. يعني الإنسان يملك هذا الكتاب هذه ملكية اعتبارية ليست تكوينية لجواز الانفصال بين الكتاب والانسان الملكية التكوينية لا تنفصل بين الملك والمملوك فالله تعالى يملك بالاعتبار من خلال هذه الملكية الانسانية الاعتبارية اقول وجوب الوجود يدل على قوله تعالى ملكا لانه غني عن الغير طيب فلا يأتيه الملك من غيره لانه غني عن الغير في ذاته هذا حد اوسط وهو الغنى وصفاته الحقيقية المطلقة والحقيقية المستلزمة للاضافة نعم مسلسل الاضافة كان رازقية والخالقية وكل شيء مفتقر اليه. معاني كلشي مفتقر عليه هذا راجع الى ماذا? راجع الى الخالقين التوحيد في الخالقين اذا اذا كان على اساس الخلقية. كل شيء مفتقر الى الله فهو مملوك لله تعالى لان كل ما عداه ممكن انما يوجد بسببه. والسبب هو الله وله ذات كل شيء انه مملوك يعني وله لله طاعة له ولله تعالى ذات كل شيء لانه مملوك له يعني ذلك الشيء مفتقر اليه في الخالقية وفي التدبير كذلك في تحقق ذاته اولا فيكون مالكا وفي التدبير كذلك يعني اذا بين المسألة من خلال الربوبية كان افضل. افضل من الخالقين. الخالقية نعم. تثبت آآ المالكية لكن الربوبية اقرب نعم لان الملك وهو المستجمع لهذه الصفات لانه الملك هو المستجمع لهذه الصفات الثلاثة لانه الملك هذا ليس دليلا توضيح فقط والا اذا كان دليلا على الملك يلزم الدور. لان الملك هو المستجمع لهذه الصفات الثلاثة. يعني بعد ما بينا هذه الصفات الغنى وافتقار كل شيء اليه في الخلق وفي التدبير. هذه صفة الملك ولانه هذا ليس تعليلا ليس دليلا على المسألة. وانما هو آآ امارة على ماذا? على المطلب قال والتمامي وفوق التمام التمام يعني من يملك جميع الكمالات المطلقة اللا متناهية فوق التمام يعني يفيض من هذه الكمالات على غيره. يعني على مخلوقاته فوق اه تمام وفوق التمام. تمام؟ يعني كل الصفات الكمالية موجود. يعني شديد الوجود واجب الوجود فقط ويفيض يعني يترشح من كمالاته المطلقة على مخلوقاته. الوجود وخيرات الوجود ولهذا اذا سألت هذا السؤال لم الله تعالى يخلق مبدأ سبب الكافية يقول هذا السؤال لا معنى له لماذا? لان نحن لسنا على مستوى العربي نحن على مستوى الذاتي واذا كنا في الذات الذاتي لا يعلل التنام من شأنه ان يفيض يعني ملاك الخالقية هو التمام</w:t>
      </w:r>
    </w:p>
    <w:p>
      <w:r>
        <w:t>ها التمام نحن في الذات يعني المسألة ماذا? شهودية اذا انت سلمت ان الله تعالى بين قوسين واجب الوجود تام الذات وتام الكمالات بنحو الله اه تناهي فهذا ملاك تام للخالقين للإفاضة نعم اقول وجوب الوجود يدل على كونه تعالى تاما وفوق التمام اما الكونه تاما فلانه واحد على ما سلف الاحدية بسيط الحقيقة البسيط يعني له كل الكمالات بنحو الله تلاهي ولهذا يقول على ما سلف واجب من كل جهة من كل جهة يعني من كل حيثية يعني واجب العلم واجب القدرة واجب الارادة واجب الحياة وو يتمتع آآ اه واجب من كل جهة يتمتع يمتنع نعم يمتنع يمتنع تغيره وانفعاله وتجدد شيء له لان هذه من صفات الممكنات شديد الوجود فكل ما من شأنه ان يكون له فهو حاصل له بالفعل هذه قاعدة ذهبية فلسفية قلت لكم كل ما يثبت للمجردات ومنها الله تعالى فوق الجميع. يثبت له بالفعل يعني كل ما يثبت بالامكان يعني ليس مستحيل في حق المجردات العقول والملائكة وفوق الجميع الله تعالى المجرد بالذات كل ما يثبت لهم بالامكان يعني ليس مستحيلا في حقهم فهو موجود بالفعل ليس لهم حالة منتظرة يتحركون ويتكاملون يتكاملون نحوه. هذه خاصية للمخلوقات المادية مثل الإنسان والفسيلة والنطفة اما الوجودات النورانية اذا امكن لهم شيء حيثية وليست مستحيلة في حقهم فهي موجودة بالفعل وليست بالقوة حتى يتحرك المجرد نحوه. يعني اذا قلت انت العلم العلم يستحيل في حق الله. تقول لا مستحيل العلم كمال. اذا موجود بالفعل ليس له حالة منتظرة يعني يتكامل نحو العلم ابدا قاعدة من ذهب قاعدة من ذهب نعم يقول فكل ما من شأنه ان يكون له يكون له يعني كمال من شأنه يعني بالإمكان يعني العلم ممكن نعم فهو بالفعل فهو حاصل له بالفعل ليس بالقوة يعني لا يتكامل نحوه واما هذا بالنسبة الى التمام فوق التمن واما كونه تعالى فوق التمام فلان ما حصل لغيره من الكمالات فهو منه مستفاد يعني يفيد الكمال يفيد الوجود ويفيد الكمال وبينت لنا ان المسألة شهودية. يعني اذا احرصت انت هذا الوجود الشديد في جميع ايدياته. وبالفعل وبنحو الاطلاق ولا تناهي هذا ملاك ذاتي للخالقية. فالعقل يكشف هذا الامر بدون الوحي بدون الوحي اذا جاء الوحي فصل في القرآن الكريم او في السنة الصحيحة الصريحة فهذا بيان لهذه القاعدة نعم فاذا قال الله تعالى الله نور السماوات والارض تأتي الى النور. مستحيل في حقه تقول كيف مستحق? حق في حق. النور هو سريان الوجود في الممكنات يحققها وينورها كمال اذا هذا النور ثابت للذات المقدسة بالفعل ثابت للذات المقدسة بالفعل ويفيض النور على غيره يده فوق التمام مطالب جدا راقية. هذه المسألة هو جعلها اه في باقي الصفات يعني تكلم على القاعدة الفلسفية. هذه قاعدة المفروض يقننها لوحدها يقاربها بالحمل الأولي ثم يأتي بالحمل الشائع يعني التطبيقات. منها هذه التطبيقات قال والحقية هنا العلامة الحلي يأتي بمبادئ تصورية الحق بمعنى الثابت الحق بمعنى الثابت الدائم الذي لا يزول والحق في دائرة العقود. العقود يعني القضايا. يعني مطابقة القضايا الواقع الخارجي. او انسجام الواقع الخارجي مع القضية يعني اذا انت انطلقت من القضية الى الواقع الخارجي تقول صادقة القضية صادقة. يعني مطابقة للواقع اذا انتقلت من الواقع للحكم على القضية تقول القضية حق يعني المسألة معكوسة فقط هذه المبادئ التصورية يبينها العلامة الحلي ثم يثبت الحقية لله تعالى. الله تعالى الذي هو واجب الوجود ووجوب الوجود وشديد الوجود حقي له بالذات ثبات هذه الاحقية نعم ويغمر الوجدان الانساني بحقيته هذا هذه الحالة النورانية في في الوجدان الانساني الوجدان الإنساني في دائرة النظر وفي دائرة العمل. في دائرة النظر يؤسس لهذه القضية. يعني يكشف الدين هذه القضية. الوجود وجود. الوجود هو الله تعالى اول قضية تتعين في وعي الانسان في وجدان الانسان ثم قضية اخرى مختصة بالقيم والعمل الله خير. يعني هذا الوجود بهذه الحيثيات شديد لا متناهي وو جاذب. جاذب يجذب الارادة الانسان نحوه. حتى يتكامل الانسان هذه الجاذبية سميها انت الخير فالوجود خير فتتأسس العلوم النظرية على اساس هذه القضية الوجود وجود وتتأسس العلوم العملية التي تتعلق بالارادة على اساس القضية الثانية الوجود خير. هذا مفتاح خذوه هدية مني اذا الفقه اين يدخل في الوجود خير الأصول مقدمات نظرية للوجود خير الفلسفة والعقائد الوجود وجود. والفيزياء الوجود وجود. والفلك وجوده وجود. لماذا? لاننا عملية عقلية لكشف هذا الواقع. اما اذا كنا في دائرة تحريك تحريك الارادة يأتي الفقه تأتي الاخلاق السياسة الاقتصاد التربية وو من العلوم التي تقارب مم هذه القضايا التي تتصل بالارادة. نعم. اقول وجوب الوجود يعني الحد الاوسط دائما شدة الوجود يدل على ثبوت الحقية له تعالى. يعني في مقام الاثبات ومقام العلم. ما هو الحد الاوسط لكون الله تعالى? ملكا جوادا اه حيا عالما قادرا خالقا اه تماما فوق التمام واحقية وخيرية وو هو شدة الوجود نعم شدة الوجود واجب الوجود نعم ووجوب الوجود يدل على ثبوت الحق له تعالى. جيد على من حلي بين المبدأ التصوري. راعي الترتيب المنطقي. عملية تصورية عملية حكمية عملية استدلالية. العلامة الحين يدرك هذه المسألة. يقول ان الحق يقال يعني ذهب الى البعد التصوري للثابت مطلقا. مطلق الثابت والثابت دائما مطلق الثابت يعني الله تعالى ثابت الشجرة ثابتة. في دائرتها وان زالت يعني ليس لها الثبات المطلق. ولهذا قال الثبات دائما شجرة تتصل بالثبات لكن في مقطع زمني خاص اما الثبات الدائم لمن? لله تعالى فهو عنده الثبوت وعنده الثبوت الدائم. يعني كم معنى الثابت معنى. الثابت الدائم معنى ثاني. ثم نأتي الى العقود القضايا نعم ويقال على حال القول والعقد. القول يعني القضايا والعقد يعني القضايا لان القضية عقد بين الموضوع والمحمول والقول القضية قول ذهني انا الان اتكلم اقول الانسان عالم فعل كلامي وفعل عندنا قول كلامي فعل كلامي في دائرة الدين هي القضية ويقال على حال القول والعقد بالنسبة الى المقول والمعتقد اذا كان مطابقا وهو الصادق ايضا نعم يعني اذا قست انت القظايا وانطلقت من الواقع تقل حق واذا قست انطلقت من القضية الى الواقع تقول صدق. يعني حقيقة واحدة بلحظين نعم ويقال على حال القول يعني القضية والعقد يعني القضية. بالنسبة الى المقول والمعتقد اذا كان مطابقا وهو الصادق ايضا باعتبار اخر لكن باعتبار نسبة القول والمعتقد اليه يعني من القضية الى الواقع الخارجي. والله تعالى واجب واجب الثبوت والدوام غير قابل للعدم والبطلان. صرنا معنى للعدم هناك فذاته احق من كل حق وهو محقق كل كل محقق كل حقيقة نعم نعم صفة الثبات ودوام الثبات. نعم ثم اذا آآ انتقلت الى العقد والقضايا تقول اين الله هناك الثبات في البعد الوجودي ودوام الثبات في البعد الوجودي. في البعد الابيستيميك</w:t>
      </w:r>
    </w:p>
    <w:p>
      <w:r>
        <w:t>ما نسميه نحن في مصطلحاتنا الحوزية مقام الاثبات مقام الاثبات التي اه الذي بينته لكم يعني هذا الوجود المطلق يغمر كياننا هذا نشاهد هذا الوجود نريد نعبر عن هذه المشاهدة مشاهدة مشاهدة اكبر مشاهدة واول مشاهدة واعظم مشاهدة لولا هذه المشاهدة لا يترتب شيء بعدها ابدا لا معرفة ولا خير اه نشاهد هذا الوجود. نريد نعبر عن هذا الشهود في مقام العلم الحصولي. مقام القضايا والمفاهيم. نقول الوجود. يعني ذلك تلك الحقيقة الخارجية التي غمرتني غمرتني اعبر عنها بالمحمول. الوجود وجوده يعني نفهم ان هناك وجود مطلق كون هذا الوجود له يعني نتواضع لا نصل الى كره لكن نعرف انه موجود وهذا يكفي بناء صرح المعرفة قال والخيرية بينت لكم الخيرية يعني هذا الوجود حين كوني جاذبان. جاذبا لمن؟ للارادة العاقلة للارادة العاقلة ارادة عمياء لا قيمة لها. ارادة عاقلة والعاقلة بدون تحرك الارادة كذلك تخبط خبطة عشواء. نعم. فالانسان كامن بعقلانيته وارادته. نعم قال والخيرية يعني ووجوب الوجود يدل على ونفي الزائد وعلى الخيرية اقول وجوب الوجود يدل على ثبوت وصف الخيرية لله تعالى. لان الخير يأتي الى المبدأ التصوري. لان الخير عبارة عن الوجود والشر عبارة عن عدم كمال الشيء من حيث هو مستحق له. لا لا يعني هنا الكلام على منحني مبهم. يحتاج الى التفكيك كلامه صحيح لانه مبهم عندنا خير تكويني الله خيره ما هو يعني الوجود. بمجرد تقول الوجود هو خير هذا خير تكوين بمعنى ان هذا الوجود بين قوسين الله تعالى. هنا تكلم بالالهيات الطبيعية وبالايات الوحيانية. واجب الوجود الله هو جميع الكمالات والكمالات هذه متناغمة معه. في قمة السعادة والمجد الإلهي نعم السعادة الالهية التي نحن نعيش قبسا منها اذا تحركنا نحوه هذا هو الخير التكويني مطلق كنت انت او لم تكن هذا الخير موجود في دائرتي هذا الخير متى ينقلب خيرا اخلاقيا يحرك الارادة? اذا غمر الوجدان الانساني. يشاهد الوجدان الانساني هذا الخير. كيف? هذا الخير التكويني يأتي كظياء في وجدان الانسان. مرة ياتي ادارة التكوين نقول وجود وجود ورا يأتي في دائرة الارادة والقيم نقول وجود خير ما معناه? يعني تحرك انت نحو الخير. يعني في الزامات قيمية وفي الزامات يأتي بها الوحي تسمى الزامات تشريعية الإلزامات التشريعية نحن لا ندركها كضياع ندركها من خلال النصوص اما القيم الاخلاقية ندركك ظياء. هذا الوجود خير اذا عندنا وجود تكويني بيناه وجود هذا الوجود التكويني نفسه اذا كان في دائرة الانسان يحركه نحو اه نحو هذا الخير التكويني حتى يتكامل ويتلقى. هناك تعيين الالتزامات القيم نعم يقول لان الخير عبارة عن الوجود نعم هذا في التكوين في الأخلاق يعني في تحريك الإرادة آآ تقول لوجود الجاذب كيف نعرف هذا الوجود الجاذب? بهذه القضية الوجود خير. يعني نحن اذا تعاملنا مع الوجود هذا الوجود نجده يجذب. يجذب الارادة تعبير عن هذا الجذب ما هو? الوجود خير يقول شيخنا كيف الوجود يجذب? قرب منا المسألة بتجربة حية نقول انت من البصرة او من الهند او من استراليا نسافر الى النجف لماذا تقول للعلم العلم حيث هي لمن للعدم ام للوجود? تقول للوجود. اذا الوجود بحيثية العلم جذبك من استراليا. من البصرة من الفار من امريكا من يدريني انا? هذه الجاذبية حتى تأتي الى النجف وتعيش جهنم جهنم النجف في حرارتها وفي معيشتها. هذا اليست جاذبية عظيمة? جاذبية عظيمة. يعني تحملت انت كل هذه المتاعب وهذه الشهرية الهزيلة حتى تتناغم مع الوجود في حيثية من حيثياته الجميلة وهي الان والمسألة هكذا بسيطة جدا وسهلة جدا. نعم. سألني احد الافارقة طالب عندي في قوم. قال لي شيخنا كيف الوجود يكذب؟ قلت له انتهى. قلت له انت من اي بلد؟ قال انا من نيجيريا. اتصور من نيجيريا. المهم بلد من افريقيا وافريقيا وين القوى المقدسة? قلت لهم من جاءك ومن جذبك من نيجيريا الى قوم قال طلب العلم قلتلو العلم لمن? حيثية للعدم ام للوجود? قال للوجود. اذا الوجود هو الذي جذبك حبيبي. من نيجيريا الى قوم جاذبية لان خير العلم خير العلم خيرنا اذا لان الخير عبارة عن الوجود هذا للخير التكويني. والشر عبارة عن عدم كمال الشيء من حيث هو مستحق له. هذا الشرط التكويني وواجب الوجود يستحيل ان يعدم عنه شيء من الكمالات فلا يتطرق اليه الشر بوجه من الوجوه فهو خير من المحض. هذا الخير التكويني. والخير الاخلاقي حضور هذا الخير التكويني كظياء في وجدانك يحثك على فعل لانه خير جاذب وجود جاذب ومر لا لا تدرك هذا الظياء فيأتي اللطف الالهي يرسل الرسل وتأتيك بهذا الخير في شكل ماذا? عقائد اخلاق تشريعية تسمى العقائد الالهية التشريعات الالهية والاخلاق الاله هي قالوا والحكمة ياتي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