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يا 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السلام عليكم ورحمة الله وبركاته وفقنا الله واياكم لكل خير وصلنا الى الفصل الثالث وهو الفعل الالهي نعم وعنون محقق الكتاب هذه المسألة يقول الفصل الثالث في افعاله وفيه مسائل المسألة الاولى في اثبات الحسن والقبح العقليين الدقيق في اثبات الحسن والقبح الذاتيين دارتهم بالعقل ما هو عقلي لا يصمت بالعقل تحصيلني الحاصل الدقة في اثبات الحسن والقبح الذاتيين ما الفرق بين الحسن والقبح الذاتيين وحسن القبح العقليين العقل كشف والذات يعني في مقام الواقع الخارجي كان العقل ام لم يكون وهذا الملاك الذاتي هو الذي يجعل العقل يكشف هذا الحسن وهذا القوة قال الثالث يعني الفصل الثالث في افعاله تعالى الفعل المتصف بالزائد يعني الفعل الذي لا يدخل داخل القيم كان نائم والساهي والمشتبه هذه الامور التي تخرج عن ذلك الاختيار الذي يتحرك نحو غاية يريدها الفاعل هذا هو الأمر الزائد تخرج كل الافعال التي هي فلتت من الاختيار او من ذلك الوعي النائم والساهي وو ومن الافعال التي لا يصدق عليها انها فعل انساني. الفعل الانساني الذي هو محل بحثنا هنا هو الذي يتميز بالشاخصتين واعي يعني بصيرة يعني عقلانية يعني فهم التكليف والغاية الذي يؤدي اليها التكليف فهم الإلزام والغاية التي يؤدي اليها الإلزام ثم افعال تفعيل الإختيار حتى ينسب الفعل للإنسان بمسؤولية نعم قد يصل الى هذا الكمال الغاية وقد لا يصل. هذا راجع الى حسن تفعيله لاختياره او الى بصيرتي. قد يكون اه ناقصا في عقلانية وبصيرته وقد يكون ناقصا في تفعيل ايه? اختياره فالفعل الانساني غير فعل الانسان الانسان الذي يتجلى من الغرائز اكل وشرب ونكاح و هذه الامور لا تدخل في القيم نعم الانسان ياكل حتى يبقى اه موجودا وتبقى ذاته تقول له انت احسنت او آآ قبح الله فعلك لا لا معنى لهذا الكلام. الغريزة مقتضى الغريزة الحيوان يأكل اما الانسان الذي يتحرك في القيم ويخالف القيم يكذب مثلا تقولو قبحك الله نعم اذا هذه هذا التقييم التقييم للفعل الانساني شاخصة الفعل الانساني بصيرة سابقة على الاختيار. الاختيار يتحرك نحو الكمال على ضوء هذه البصيرة. اذا شاخصتان عقلانية واختيار هذا هو الفعل الإنساني هذا هو الفعل الأخلاقي هذا هو الفعل التشريعي هذا هو الفعل القيمي بالمعنى بالمعنى العام نعم الثالث في افعاله الفعل المتصف بالزائد يعني داخل داخل قيم يعني فيه بصيرة واختيار اما حسن حسن يعني خير يعني الفعل تلبس الفاعل تلبس ببركة فعله بالخير يعني الفعل يوصل الى الخير سننعت هذا الفعل كالصدق انه حسن. اذا الصدق حسن ما معه؟ يعني خير قبل تفعيل الاختيار يعني يوصلنا الى الخير اذا التزمنا به. يعني التزمنا بالصدق بعد الفعل صار خيرا. تلبس بالخير التكويني الذي يرقيه نعم اما حسن او قبيح القبيح الذي يدور مدار الشر والحسن اربعة هنا دخل الى الحسن التشريعي اي التقسيمات ما موجودة في القيم الاخلاقية واجب ومستحب ومكروه ومباح. العلماء عندهم التفاتة جيدة. احد العرفاء عنده التفاتة جيدة. يقول اذا ارتكبت المكروه مع انه مكروه مكروه ما معناه? لا ينزلك الى الحظيظ ولكن لا يرفعك الى الكمالات هذا هو المكروه. يقول انت اذا ابتليت وفعلت المكروه افعله بنية انه الله تعالى اجازه فتكون عندك نورانية يعني ترتقي بهذه النية مع ان الفعل لا يرقق لانه مكروه ما اجمل هذا الكلام والحسن اربع يعني الوجوب والمستحب والمكروه المباح. الحرام ليس حسنا وانما هو قبيح اقول لما فرغ المصنف من اثبات وجود الله تعالى وبيان صفاته الذاتية والفعلية شرع جواب لما شرع في بيان عدله. اذا نحن دخلنا في باب العدل. يعني الافعال العدل مضمون العادلون نظم قيمي وهذه القيمة اما في دائرة الاخلاق الطبيعية او في دائرة الاخلاق الوحيانية وانه تعالى حكيم لا يفعل القبيح. اذا العدل حكمة عملية حكيم قال العدل حكمة عملية صنع الفسيلة اوجد الفسيلة فمن مقتضى العدل ان يوصلها الى النخلة نعم لا يفعل القبيح ولا يخل بالواجب طبعا انا الواجب التشريعي في حق الله تعالى لا معنى له وما يتعلق بذلك من المسائل مسائل العدل سيأتي ان شاء الله بيانها بالتفصيل وبدأ بقسمة الفعل الى اه الحسن والقبيح وبين ان الحسن والقبيح امران عقليان امران عقليان ام امران ذاتيان امران ذاتيان هنا يتكلم في مقام مقام الاثبات تكلم في مقام الثبوت اولا في مقام الواقع قبل الإدراك فالاحسن ان نقول اه وبدأ بقسمة الفعل الى الحسن والقبيح وبين ان الحسن والقبح امران ذاتيان ما تأتي النوبة للادراك فنقول اه بعضهما عقليا وليس الكل فالحسن التشريعي الصلاة لا يمكن للعقل ان يدركها نعم عقلانية وحياة وهذا حكم متفق عليه بين المعتزلة والامامية يعني الامامية ما عندهم موجودة والعلامة الحلي. يعني المعتزلة هو الملاك عندك انت واما الاشاعرة فانهم ذهبوا الى ان الحسن القبح انما يستفادان من الشرع. فكل ما امر به الشرع فهو حسن وكل ما نهى عنه فهو قبيح. وهذه المقولة المعروفة الحسن ما حسنه الشرع والقبح ما قبحه الشرع وهذه النظرية نظرية في شباب الاخلاق وباب القيم معروفة في الغرب بنظرية الامر الالهي تبناها ديكارت وتبنتها المسيحية البروتستانتية كاثوليكية لا تؤمن بها حساسة جدا كاثوليك مثلنا نحن يؤمنون بالحسن والقبح هل آآ الذاتيين متحسس جدا من نظرية الأمر الإلهي وتبناها علماء اه عصريون في القرن العشرين ولا زالت عليها بحوث واسعة نعم هنا دراسة في قوم عن نظرية الامر الالهي مع مقارنة بين المبنى الامامي. دراسة جدا جميلة الا انها صعبة ومعقدة حتى بالنسبة الى طلاب الحوزة ودراسة باللغة الفارسية مطبوعة في قوم المقدس دراسة مقارنة مع مقاربة جديدة لنظرية الامر الالهي. هذا الحسن القبح  شرعيا ومبنى الاماميات كما يمثله الكومباني كما يمثله بعض العلماء من مدرستنا رحمة الله على الجميع ولولا الشرع لم يكن حسن ولا قبة نعم يعني ما نفي حسن الذات والقبح الذاتي. نعم نعم يعني اصلا الاشعري لا يؤمن بالحسن والقبح الذاتي بخلاف الامامية والمعتزلة يؤمنون بالحسنى اه الذاتي والقبح الذاتي اذن في مقام الثبوت في البنية الوجودية النسبة بين مبنى الاشاعرة والامامية والمعتزلة نسبة التضاد يعني الاشعري ماذا يقول? لا شيء من الافعال الالهية بحسنة او قبيحة فيما وقع من وقع نعبر عنه بالذاتيين سلب مطلق سلب كلي والطرف المقابل يثبت بالكلية. كل فعل الهي فهو حسن بالذات فين دارت الإنسان قد يكون حسنا قد يكون قبيحا اذا هنا التضاد في مربع التناقض نسبة التضاد يعني التقابل تقابل التضاد. في مقام الاثبات تناقض  الاشعرية يقول العقل لا يدرك الحس ولا القبح مطلقا كلها تأتي من الوحي</w:t>
      </w:r>
    </w:p>
    <w:p>
      <w:r>
        <w:t>سلب كلي الامامية والمعتزلة يقولون العاقل قادر ان يدرك اه بعظ الحسن والقبح مقام الاثبات هنا مقام النظم الادراكي فالتقول ما هو? تقبل تناقض سلب كلي ايجاب جزئي سجلها هذه جيدا سجلها جيدا لان هذا من اجمل البحوث العقدية ومن اجمل البحوث التشريعية ومن اجمل البحوث الاخلاقية. يعني داخل في العقيدة. داخل في التشريع داخل في الاخلاق وداخل في السياسة وداخل في الاقتصاد وداخل في التربية. بحث من اروع البحوث. ولم ارى من فصل هذا البحث بدائرة الحوزة كاستاذنا الصاروخ لاريجاني. وعنده بحث مفصل في درسه الخارج وسيتبع قريبا ان شاء الله. هناك فصل البحث احسن من الجميع. لان هذا البحث في دائرة الاصول مرة يمرون عليه مرة الكرام. وفي العقيدة يمر عليه مرر الكرام ايركزون كثيرا على هذا البحث في ادانة العقيدة وفي دائرة الاصول والفقه اه نعم في اظاءات خارقة ورائعة تحتاج الى ماذا? الى فصلها في علم مستقل وهو العدل الهي نعم فيقول واما الاشاعرة فانهم ذهبوا الى ان الحسن والقبح انما يستفادان من الشرع يعني لا شيء من العاقل يدرك الحسن القبح. هذا في مقام الاثبات مقام يعني النظم المعرفي ولا شيء من الحسن والقبح اه بذاته بمقام الواقع والثبوت يعني النظم الوجودي فكل ما امر الشارع به فهو حسن. اذا لم يأمر اثم عندنا سلب بانتفاء الموضوع. وكل ما نهى عنه فهو قبيح. اذا لم ينهب ينهى ما انها قبيح ذاتي ولولا الشرع اي الفتوى النهائية ولولا الشرع لم يكن حسن له عقوبة انا هذا اسميه العقل الديني في مقابل العقل الالهي. العقل الديني يعني يجعل الله تعالى سلطنة دكتاتورية انت ما عندك وجود انت لغو نتا نتا لغو اما العقل الالهي العقل الالهي يؤمن بالذات المقدسة وبكمالاتها وبحكمتها وبجمالها كلشي مطلق هناك ويؤمن بكرامة الإنسان لأن فعل الله الله هل يكون فعل الله تعالى لغوا عبثا يعني في احكام واقعية يعني اذا كلفنا بالصلاة يعني الصلاة فيه ملاك واقعي. طبعا هذا الملاك الواقعي قد ندركه وقد لا ندركه. هذه مسألة اخرى. هذه مسألة اخرى ولولا الشرع لم يكن حسن ولا قبح نعم ولو امر الله تعالى بما نهى عنه لانقلب القبيح الى الحزن. هذا هو العقل الديني بامتياز لا اله الا الله. يعني اذا شاء الله تعالى ان يدخل النبي الى النار على مبنى الاشعري حسن ام قبيح. تقول حسن شيخنا لان هذا تابع لارادة الله تعالى. نحن نقول تابع للحكمة وبالتالي لا يمكن ان يدخل النبي الى النار اما الاشعري على مبنى نعم يمكن ولهذا يقول انظر هذه العبارة العجيبة والغريبة. ولو امر الله تعالى بما نهى عنه يعني اذا شاء ان يجعل الخمر آآ حلالا يجعله لا انقلب القبيح الى العلم يعني الخمر الحرام يعني فيه مفسدة ينقلب فيه مصلحة. والله لا اثمات حياتي نعم سلام الله عليك يا رسول الله لانك انت حددت قائدنا سياسيا عقديا تشريعيا في الغدير وانا لكن كالبهائم لكن كالبهائم والله كما يقول الامام الباقر عليه السلام لولا لولانا نحن اهل البيت لكنتم كالبهائم. ما نعرف اتحرك هكذا كاغبياء آآ حموقة اه والحواقع هذا الواقع هذا الواقع هذا هو الواقع لولا العترة لكن كالبهائم والاوائل يعني الفلاسفة. ذهبوا الى ان من الاشياء انت قلت المعتزلة لماذا الان رجعت الى الاوائل لان البحث الحقيقة للفلاسفة وليس للمعتزلة. المعتزلة لا يمكن ان يترقون الى هذا المستوى. مستوى البحث الجميل. والاوائل يعني الفلاسفة. ذهبوا الى ان من الاشياء مهو حسن ومنها وما هو قبيح بالنظر الى العقل آآ العملي. طبعا يجب ان نتفق على مسألة هنا البحث عن الحسن والقبح في باب العدل من حسن القبح في باب القيمة يعني الإلزامات الأخلاقية والتشريعية الحصن التكويني قلنا هناك ما فيه شر الأشعري يؤمن بهذا اجعلي تقول له هذه الوردة جميلة? يقول نعم لا شك في جمالها ما عندنا علاقة بهذا البحث الاشعري لا ينكر ذلك. العلم حسن. الاشعري يقول نعم حسن لكن كونوا الوردة جميلة حسنة. هل انا عندي تكليف امام ابدا كونوا العلم حسن في حد ذاته. عندي تكليف امامه لا يعني الذي لا يدرس صحيح لا يترقى الترقي الجميل. لكن يعاقبه الله تعالى يعاقبه اذا لم يتعلم له مدخلية في عقيدته وفي تكامله حتى لا يكون شيطانا لاحظتم اما اذا لم يدرس وبقي على طهارته وصفائه الله تعالى لا يحاسبه لا يحاسبه اذا انا ما عندي تكليف امام الوردة الحسنة او العلم الحسن اذا دخل الامر في دائرة القيم انا احس بالتكليف اشعر بالتكليف اذا الاشعري لا ينكر ان الوردة حسنة. ولا ان العلم حسن. هذه الامور تكوينية ولا الكمال كذلك ولا الكمال انه حسن. تسأل تسأل الاشعري. العالم افضل ام الجهل افضل يقول ما اي اي سؤال هذا لا معنى له هل يستوي الذين يعلمون والذين لا يعلمون نعم العالم افضل الى كمال لكن هذه خارجة عن موضوعنا. الموضوع ما هو هو ذلك الفعل القيمي الذي له مسؤولية يوصلني الى القار او لا قدر الله يوصلني الى الشر. حينها العقل والعقلاء والله يوبخونني على هذا الفعل يعني في توبيخ او في تحسين. احسنت او قبحك الله هذا هو محل النزاع يجب ان نبين هذه المسألة فاذا قال الفلاسية الفلاسفة والاوائل ذهبوا الى منى من الاشياء ما هو حسن اذا كان نتكلم عن الحسن هنا كواقعية تكوينية او كمال وو اشعري لا يخالف. اذا هنا الاشياء التي تكون في دائرة التكليف في دائرة القيم ومنه ما هو قبيح يعني الكذب قيمة وهو قبيح اهانة الوالدين قبيح خلاف العقود مخالفة العقود قبيح. اوفوا بالعقود وانت لا تفي بالعقود. قبيح. هذه كلها قيم. يعني نسب ارسالية او امساكية. هنا البحث هنا البحث يجب ان ننقح الموضوع اذا اذا قال الاوائل ذهبوا الى ان من الاشياء ما هو حسن ومنهما قبيح بالنظر الى العقل العملي آآ يعني العقل يدرك بعض القيم كيف يدركها? هذه مسألة اخرى العقل العملي يعني تلك القوة النظرية التي تدرك الإلزامات. انتهى الأمر مرة تدرك هذه الانزامات كيف ضياء يغمرها ضياء الهي هذه القيم الاخلاقية الطبيعية مر لهذا الضياء غائب من تأتي العناية الإلهية اللطف الإلهي يرسل الرسل يوصل لنا توصل لنا هذه الرسل هذا الضياء الالهي تسمى الضياء الوحياني الصلاة واجبة يعني صلي الزام ام لا? الزام احياني يعني انا لا ارى هذا الظياف في فطرات في كياني اذا القيم قيم طبيعية وقيم وحياة ما رضي يغمرني وانا اشاهده و ادرك الإلزام فألتزم لا التزم هذا شأني لأني مختار مر على هذا الضياء ما عندي من اين يأتيني? يأتيني من لطف الهي اخر. ما هو? من الرسل يعني تدخل غيبي يسمى الوحي نعم اذا العقل عملي قوة نظرية تدرك الايلزامات. الالزمات اما الزامات طبيعية وهي الاخلاق واما الزامات</w:t>
      </w:r>
    </w:p>
    <w:p>
      <w:r>
        <w:t>اه تأتيها من الوحي فيدركها ببركة الرسل يثيرون فيهم دفائل العقول هذه في الامور العقدية والقيم الاخلاقية الطبيعية ويتحفوهم بقيم اخرى عقدية جزئية لا يدركها العقل وقيم الزامية اه نسب ارسالية وامساكية يسمى تسمى الشريعة او القيم التشريع عيان والعقل مدركون فقط مدرك للالزام ولا يلزم ولا يحرك العقل. العقل مدرك للالزام اذا ادرك الإلزام يفعل اختياره للخير او لا يفعل هذا شأنه وقد شنع ابو الحسين يعني البصري المعتزلي على الاشاعرة باشياء رديئة وما شن عريفه حق اذ لا تتماشى قواعد الاسلام. انظر هذه العبارة كم جميلة. قواعد الاسلام. يعني اذا قلنا بالحسن القبح الشرعيين تنتفي قواعد الاسلام. لا اله الا الله من عبارة رائعة من العلامة الحلي. رحمة الله عليك. يا العلامة لا تتماشى مع قواعد الاسلام بل تنهار هذه القواعد ولهذا لا تجد عند الاشعرية يعني السنة لا تجد بحث العدل. لانه اذا جاء بحث العدل السقيفة اين يقع؟ تقع السقيفة اين? بالله عليكم اين يضعون السقيفة لماذا هم اختفى البحث العدل عندهم? لاجل هذه المصيبة. مصيبة السقيفة نعم اذ لا تتماشى قواعد الاسلام بارتكاب ما ذهب اليه الاشعرية من تجويز القبائل عليه تعالى وتجويز اخلاله بالواجب وما ادري كيف يمكن الجمع بين المذهبين. طبعا الاشعري لا يقول ان الله تعالى يفعل قبيحا. ليس بمجنون الى هذه الدرجة لكن لازم مبنى لازم هنا ادخال النبي الى النار قبيحون. والله قبيح وشنيع كيف يقارب الاشعري هذه المسألة؟ والى يومنا هذا يتبنون هذا المذهب نعم واعلم واعلم ان الفعل من التصورات الضرورية تقول العلماء الحلي بينت هذه المسألة جميل هذه كلها تلقيح للموضوع ومن تبنى الحسن والقبح الذاتيين والحسن القبح العقليين مقام الثبوت ومقام الاثبات في الواقع ومن خالف من الاشاعرة بينت ونقحت الموضوع فصلت الحسن التكويني والقبح التكويني عن الحسن القيمي والقبح القيمي جميل وبينت شناعة مذهب الاشاعر الان بينا ما معنى الفعل الفعل الانساني له شاخصتان عقلانية واختيار الجبر لا معنى له والجهل لا معنى له. الانسان يتحرك بارادة جاهلة هذا غير معقول. واعلم ان الفعل من التصورات الضرورية. يقول الفعل شهود الفعل شهودي يعني لا يمكن تعريفه اذا عرفناه عرفناه تعريف في تسامح وان كان موصلا الى المعنى. وقد حده الحد لا يمكن لأن الفعل ليس من الذوات ذات الجنس والفصل حده يعني عرفه ابو الحسين البصري بانه ما حدث عن قادر ما حدث. الحدوث ما هو? الفعل. تعريف الدوري ما حدث يعني ما ترشح يعني الفعل الصادر عن قادم تعرف دوري ما حدث عن قاذر مع انه حد القادر بانه الذي يصح ان يفعل. وان لا يفعل فلازمه الدور. نعم. الدور اللازم. على ان الفعل اعم من الصادر عن قادر وغيره. لا اه العلامة الحلي هنا الفعل الانساني هذا الذي ربط بحبل ورمي من شاهق هذا ليس فاعلا هذا محل الفعل هذا ليس له مسؤولية قيمية ملفوف يعني صار جسما خرج من انسانيته نعم لان لا يمكن ان يفعل اختياره على ان الفعل اعم من الصادر عن قادر وغيره اذا عرفت هذا فهذا فالفعل الحادث اما الا يوصف بامر زائل يعني انت ابني على ان الفعل شهودي في تصوره نقسمه اما ان لا يوصف بأي بأمر زائد يعني ليس فعلا انسانيا في دائرة المسؤولية والقيم على حدوثه وهو مثل حركة الساهي والنائم واما ان يوصف بزائلين وهما قسمان الزائد ما هو? تقول ان حسن واما قبيح. يعني دخلنا في النظم القومي نعم فالحسن ما لا يتعلق بفعله ذم ايه? ذم ذم القبيح بخلافه نعم ذم لا هنا تكون واو ساقطة في تصوري هنا يعرف الحسن او الحسن الحسن  اه مصدر والحسن اه اسم مصدر هكذا اعتقد فالحسن او الحسن ما لا الحسن احسن فالحسن يعني الفعل الحسن ما لا يتعلق بفعله ذنب يعني لا يذم من العقلاء يمدح نعم والقبيح بخلافه. المفروض هنا تكون واو القبيح بخلافه. يعني يذم والحسن اما الا يكون له وصف زائد على حسنه وهو المباح يقسم هنا اه القيم التشريعية امل القيم الاخلاقية ما عندنا واجب ومكروه ومباح نعم وهو المباح ويرسم يعني يعرف بالتعريف الرسمي بانه ما لا مدح فيه على الفعل والترك واما ان يكون له وصف زائد على حسنه فاما ان يستحق المتح بفعله والذنب بتركه وهو الواجب او يستحق المدح بفعله ولا يتعلق بتركه ذمه هو المندوب يعني المستحب او يستحق المدح بتركه ولا يتعلق بفعله وهو المكروه. هذه انتم اعلم بها مني في النجف الغارقون في الفقه والاصول. فقد انقسم الحسن الى الاحكام الاربع الواجب لا يجوز تركه ولا المندوب يجوز تركه والاحسن ان يفعله الانسان. والمباح يجوز تركه او فعله. والمكروه يكره فعله. يعني لا يرفعك الى المستوى. لكن اذا فعلته لا تنزل ومع القبيح طبق احكام الحسنة والقبيحة خمسة وجوب استحباب مباح مكروه قبيح يعني محرم ممنوع هذا اه البحث التصوري شخصنا الموضوع بينا المباني وفككنا بين مقام الاثبات العقل ومقام الثبوت في العقل والادراك نقول الحسن القبح اه العقليين في مقام الثبوت والواقع نقول لحسن القبعة الذاتيين يعني فككنا بين والواقع الخارجي. وبينا المباني وشناعة مبنى الاشاعرة. ثم شخصنا الفعل انه شهودي. ثم قسمناه الى اقسامه. قال وهما عقليان للعلم بحسن الاحسان وقبح الظلم من غير شرع. يدخل في البعد في النظر المعرفي يقول العقل يقدر ان يقدر ان يدرك بعض آآ يدرك بعض الافعال الحسنة والقبيحة يأتي ان شاء الله واللهم صلي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