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والحمد لله الله يا الله سبحانه اللهم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ورزقنا الاخلاص في باطننا وظاهرنا ما زلنا في هذه المسألة الخطيرة والرائعة لها فروعات متعددة في العقيدة في الاخلاق في علم الاصول وفي الفقه وهي مسألة الحسن والقبح وصلنا الى هذا المقطع قال وهما عقليان للعلم بحسن الاحسان وقبح الظلم من غير شرع قبل الدخول في الدليل العقلي على ثبوت الحسن والقبح الذاتيين في الواقع الخارجي. العقل كاشف وبين مسألة في غاية الاهمية وهي مسألة تصورية لها علاقة بالمفهوم ما معنى الذاتي وما معنى العقل? العقلي واضحة جدا. يعني العقل يدرك الخير ويدرك الشر الهمها فجورها وتقواها الهام من الله يعني حضور الحكمة الالهية في دائرة وجدان الانسان يدرك دوائر الخير ويدرك دوائر الشر واكثر من ذلك. يدرك ان دواء الخير تلزمه باتباعها ويدرك ان دوائر الشر يعني الفجور تقول له لا تتبعني يعني الإلزام ابتعد ابتعد نسبة امساكية هذا ادراك شهودي يعني الوجدان الانساني الضمير الانساني يدرك هذه الالزامات. نظم حكمة الهية تغمر الانسان يره وهذا هو الالهام. تغمر الانسان الالهام يرى دوائر الخير ويرى دوائر الشر دوائر الخير تلزمه باتباع هذا الخير ودوائر الشر تقول له لا تقترب عناية كبيرة من الله لهذا الانسان البائس مع الاسف الشديد الذي يتمرد ولا يشكر ويكفر اذا العقل يعني العقل يدرك ولا يؤسس لشيء العقل لا يؤسس لا للإلزامات ولا للحسن ولا للخير وانما هو يدرك قوة عاقلة ضرته الا ان متعلق الادراك يختلف عن الادراكات التكوينية يعني الان انا ادرك المنظومة الشمسية. لا ارى نفسي ملزمة بشيء ادرك هذه الشجرة لا ارى نفسي ملزما بها الا اذا جاء الشرع مثلا والزمني في المعركة لا تقطع الشجر نعم او لا تفسد الشجرة بدون اي ملاك عقلائي شرع بين لي اما انا لوحدي لا ارى في التكوينيات نفسي ملزمة بشيء نعم. اما في دائرة النظم القومي سواء كان هذا النظم اخلاقيا او تشريعيا فيه ادراك لهذا النظم بالشهود طبعا وادراك انه ماذا? ملزم يعني فيه نسبة ارسالية ونسبة امساكية بقول الصدر رحمة الله عليه اذا اذا قلنا الحسن والقبح العقلية يعني العاقل يقدر على ادراك هذه الدوائر دوائر الحسن باللسان القرآني التقوى دوائر القبح باللسان القرآني الفجور باللسان الفلسفي باللسان الاخلاقي خير شر باللسان الفلسفي كمان نقص سجلها هذه المعلومات اذن العقل كقوة عاقلة تدرك هذا الامر هل تدرك كل هذا النظم بجميع تفاصيله لا ولا واحد يدعي هذا الأمر اذا في مقام والنظم المعرفي ومقام الاثبات بقول الحوزاويين المدعى ما هو ان العقل يدرك بعض دوائر الحصن والقبح يعني موجبة جزئية بمقابل الاشاعرة يقول العقل اصل معزول لا يدرك شيئا. لماذا سلب بانتظار الموضوع? ما عندنا حسن ذاتي وقبح ذاتي حتى يأتي العقل ويكشف هذا الامر. وانما هذا تابع للارادة الالهية. الحسن ما حسنه الله والقبح ما قبحه الله هذا بالنسبة الى مقام الاثبات. النظم المعرفي نأتي الى النظم لوجودي الخارجي التكويني ما معنى كون الفعل حسنه ذاتي ويكون الفعل قبحه ذاتي. يعني مثلا الكذب قبح ذاتي الصدق حسنه ذاتي يعني يجب ان نبين هذه الذاتي ننقحها غير منقحة في المد الذاتي هنا عندنا الذاتي باب الكليات الخمس يعني الجنس والفصل وان الذات برهان يعني اللوازم التي تنقسم الى لوازم بينة ولوازم غير بينة غير بينة تحتاج الى الاستدلال فتتشكل المسائل عند الذات باب البرهان والذات هنا باب الحسن والقبح الذاتي في باب الجنس والفصل يعني الكليات الخمس هذا خاص بماذا? بالطبائع طبائع لها مكونات مادة وصورة من الصورة ناخذ الفصل ومن المدى نأخذ الجنس طبائع ولهذا نعرفها بالجنس والفصل هنا نحن في دائرة الافعال ما عندها علاقة بالطبائع. اذا الذاتي لا معنى ان يكون من باب الكليات الخمس ابدا ما عنده علاقة بالذات احذفه مطلقا ذات باب البرهان وهي اللوازم التي تعرض الطبائع ثم نحن ندرسها تعرظ الموضوعات للاحكام وندرسها ونستدل عليها وبعظها بديهي شهودي هذه صفة للافعال ليست اعراضا لموضوعا اذا الذاتي هنا باب الحسن والقبح لا علاقة له بذات باب اللغة يعني تلك اللوازم اذا انتفى الذات وانتفى ذب بالبرهان. اذن عندنا لذاتي مختص فقط بالحسن والقبح. لا علاقة له بذات اخر ما هو اذا يعني كون الفعل يتصف بالحسن بدون ارادة خارجية حتى لو كانت هذه الارادة الاله هي نعم يعني الفعل يتصف بذاته بالحسن ليس هناك ارادة جعلته حسنا او جعلته قبيحا كالكذب هذا لا معنى له لا معنى للارادة الخارجية وتأتي وتجعل الفعل حسنا او مثل الصدق او الفعل قبيحا مثل الكذب. ابدا اذا ما معنى الذاتي? يعني كون الفعل يتصف بهذه الصفة الحسنى او بالصفة المقابلة يعني القبح لذاته بدون ارادة خارجية تلصق به ماذا الحسن او تلصق به القبح. يعني في مقابل مبنى الاشعة ومن يقول بالنظرية الامر الالهي هذا هو الذكي نتفق لا علاقة له بذاتي لا بالكليات ساغوجي ولا علاقته له بذات باب الغرآن ذاتي مختص بالافعال يعني الصدق حسنه ذاتي لا تلصقه بها به هذا الوصف والحسن ارادة خارجية حتى الارادة الالهية نعم لان حكمة الله اقتضت هذا نعم جيد لكن هنا في بحث عميق جدا هل له علاقة اه فلسفة الاخلاق. انا ابينه باختصار بنحو الفتوى لماذا يحتاج الى دورة واسعة في فلسفة الاخلاق ومع الاسف الشديد الحوزة لا تهتم بفلسفة الاخلاق حوزة قوم توسعت ما شاء الله ولو استمرت هكذا يتكرر هذا العلم في الحوزة. فلسفة الاخلاق وانا عندي يقين يقين يقين ما بعده يقين ان المجتهد في الفقه الذي يتصدى للقيادة الفقهية والمرجعية الفقهية اذا كان على دراية تامة بفلسفة الاخلاق اجتهاده يتسع كثيرا ويتقوى كثيرا. يعني فارق بين مجتهد محيط بفلسفة الاخلاق ومجتهد لا يعرف فلسفة الاخلاق نعم فرق كبير فرق كبير في الرؤية الفقهية والرؤية القانونية. لماذا? لان ملاكات الافعال سواء كانت تشريعية او غير تشريعية نجدها اين? في فلسفة الاخلاق يبين المسألة بنحو الفتوى نعم الفعل متى يتصف بالحسن ومتى يتصل بالقبح عندنا النظم القيمي عندنا النظمة قيمة من القيمة  هذا النظم القومي كان نظم التكويني. النظم التكويني حكمة الهية سارية في الحاكمة على الوجود من مصادق النظم التكويني العليا والمعلولية لا تجد نارا لا تحرق ابدا كلما كانت النار تحرق حتى في ابراهيم تحرق يعني لو القي مع ابراهيم عليه السلام في الهند صير هندي كبير يصير رمادا القانون الاعجازي يعني في قانون الهي نحن لا ندركه للضعف ادراكنا ووجودنا لم يخرج النار من مقتضاها خرجها عن المولد فقط</w:t>
      </w:r>
    </w:p>
    <w:p>
      <w:r>
        <w:t>هي تبقى تحرق ولكن خرجها من الأمور. قانون حاكم الحكومة الأصولية نفسها هنا حاكم على القانون الطبيعي فحكم على ابراهيم وكان بردا كانت بردا وسلاما اذا القي معه في الهند ظخم يحترق على بكرة ابيه هذه الحكمة الطبيعية في حكمة اخرى حكمة قيمية من القيم سميها انت الحكمة التشريعية سميها كما تشاء ما معنى القيمية والتشريعية? يعني لها علاقة بارادة الانسان. يعني تكلفه بفعل في دائرة ما يتناسب مع خلقته ومع غايته خلقت هذه الفطرة الانسانية غايته هي الله تعالى ورضا الله والحياة الطيبة هذا هو اذن النظر ما هو عندنا خلقة انسانية فترة انسانية فطرة الهية وعندنا غاية الهية رضى الله الحياة الطيبة الله الله لان الجنة شأن من شؤوناتي ورضاه رضاه شأن من شؤوناتي فالغاية هي الله ثم فقط هكذا الانسان ينظر الى الغاية يعني ما عنده حتى مسؤولية امام هذه الغاية. لا. تتعين المسؤولية. متى تتعين المسؤولية؟ اذا كان هناك آآ مشروع هذا هو المشروع التشريعي الذي يأتي به الوحي او المشروع القومي الذي هو اضاءة تغمر الانسان. تقول له افعل وتقول له لا تفعل اذا هذا هو النظر. النظم له مكونات اربعة الخلقة الانسانية والطبيعة الانسانية التي هي ارضية. يعني انت الان تريد ان تتصدق على فقير هذه المفردة مفردة للخير تصدق على الفقير خير. هذه المفردة تنتمي الى المشروع وانت تأخذ من جيبك اه ما تيسر من الأموال وتعطيها للفقير. هذه الحركة المادية مرضية. ارضية فقط. اذا الأرضية المادية لا قيمة لها الا في دائرة الأرضية الملاك ما هو? صحة الفعل يعني حقيقة هنا صدقة حقيقية معنية طاهرة ليس للرياء وغاية ان تتسع اليها ماذا? رضى الله والحياة الطيبة هذا في دائرة من? في دائرة الانسان ثم المشروع الالهي يعني هذه القيم بر الوالدين تصدق على الفقير ومن دوائر البر هي كلها دوائر الخير ثم ماذا? الله تعالى كغاية هذا هو النظر اذا الفعل لوحده لا يتصف بي اه بالحوت ولا يتصف بالقبح المشروع لوحدي بدون فعل لا قيمة له يبقى فارغا والله تعالى غني عن العالمين نعم الله تعالى باعتباره مكملة للإنسان يتعين النظر هذه هي حكمة الله تعالى اذا الفعل الاختياري الفعل الانساني ما هو الفعل الانساني? الفعل الذي يصدر على الانسان عن طريق بصيرة واختيار واعي عقلاني واختيار. كل الافعال التي لا تترشح من الانسان بعقلانية واختيار. هذا فعل الانسان وليس آآ فعلا انسانيا. نتكلم عن الفعل الانساني لا يتصف بالحسن او القبح الا اذا كان في دائرة هذا النظم لا هو لوحده ولا المشروع لوحده ولا الغاية لوحدها هذا المجموع يسمى النظم القومي. دخل الفعل فيه كان حسنا. تمرد عنه كان قبيحا وهذا الذي يفسر عندنا فعل واحد مرة يكون حسنا ومرة يكون قبيحا. انا اكذب لتغرير الناس خلاف النظم الإلهي قبيح اكذب لانقاذ النبي من الطاغوت يكون حسنا. كيف تفسر هذه المسألة? الملاك ليس الفعل الملاك هو النظم بتمامه النظم بتمامه يعني الفعل بالنية وصحة الفعل يعني ينتمي الى هذا المشروع ثم الغاية اللي هي الله تعالى. اذا دخل الفعل الانساني في داخل هذا اتصف الحزن. ما معنى التصافي بالحسن? يعني تلبس بالخير يعني انا اذا آآ اكرمت الفقير انا اكرمت الفقير بنية حسنة يعني اريد الله تعالى صحة الفعل لا اكرمه بضربة للاهانة بفعل صحيح نعم يعني هذا الفعل وفق المشروع وفق المحددات المشروع واريد ماذا? رضا الله اريد الحياة الطيبة صار الفعل حسنا اكرم الفقير للرياء خارج النظم الالهي. قبيح وان كان في ظاهره حسنا. اذا التلبس بالخير يجعل الفعل حسنا. اذا ما معنى الفعل اه حسب يعني تلبس الفاعل بالخير اذن الملاك والخير في مقابله الشر اذا كنا في دائرة الخير كانت افعلون حسنة. اذا كنا في دائرة الشر يعني خارج النظم الالهي كان تفعلون قبيح هذا هو بنحو الفتوى والا البحث يحتاج الى تفصيل كبير ويقولون على هذا الاساس اذا تكلمنا عن الذات يعني الحسن الذاتي والقبح ذاتي للافعال الاختيارية الانسانية نحن في مقام الثبوت يعني في الواقع الخارجي. بمعزل عن الادراك الانساني. اذا تكلمنا بالعاقل والادراك نحن في ذات المعرفة فيقولون كل فعل في الخارج كل فعل انساني طبعا الذي يصدر عن وعي واختيار اما حسن واما قبيح كليا لا يخلو فعل من الافعال من هذا الوصف موجب كليا في مقابل الأشاعرة يقولون اصلا ما عندنا هكذا امر سالبة كلية التقابل بينها وارتضت فيما قام الإدراك العاقل يدرك موارد دوائر من الحسن والقبح. يعني دوائر من الخير والشر موجبة جزئية الاشعار يقول اصلا العقل لا يدرك الصلاة غير موجودة ناتجة من الله تعالى يعني الادراك سلب بانتفاه الموضوع. يأتي سلب كلي. السلب الكلي في مقابل الموجبة الجزئية هذا التناقض. اذا في مقام الاثبات والكشف تقابل بين مبنى الاشاعرة والامامية التناقض في مقام الثبوت سالبة كلية في مقابل موجبة كلية ووفق مربع ارسطو او مربع التناقض التضاد هذه امور يجب ان نفهمها ثم يأتي هنا ويقول عندنا دليل عقلي على ان الحسنى والقبح امور ذاتية. يعني لا تخضع لارادتي مريد يلصق بالافعال الحسن او القبح كما يقول الاشعري وهما يعني الحسن القبح عقليان هنا مقام الإثبات يعني مقام الكشف هنا الموجبة الجزئية للعلم بحسن الاحسان وقبح الظلم من غير شرع. يعني نحن ندرك اه بعض موارد الحسن وموارد القبح يعني بعض موارد الخير وموارد الشر بهذا النظم الالهي القيمي بدون الشعراء البودي العلماني الملحد يدرك هذه الامور اذا لو كانت من الشرع كيف البوذي يدركها? وكيف العلمان يدرك الليبرالية الان فيه ناس صدقوني في غاية الاخلاص لاقامة العدل الإنسان يوصف نعم في تجليات استعمارية كبيرة الطابع العام للسياسات استكبار لكن في عقول كبيرة في الغرب تريد حقيقة العدالة. تريد حقيقة الحرية التي ترفع من شأن الانسان. كيف ادركوا هذه الامور الجميلة وهم ما عندهم علاقة بالدين بالعكس قالوا الدين يخرب هذه الأمور نحن نشتغل لتأسيسها لوحدنا. وهذا هو النظام الليبرالي اقول استدل المصنف رحمه الله على ان الحسنى والقبح امران عقليان بوجوه. امران عقليا يعني يدركهم العقل لا يؤسس لا للحسب ولا للقبح. قوة مدركة فقط يعني فيه متعلق مستقل على الانسان يأتي الانسان ويدرك بعض دوائره فقط هذا اولها يعني الدليل الاول. وتقرير الدليل ان نعلم بالظرورة انظر بالظرورة يكتب تحتها الشهود. لا استدلال ويحزنون. يعني نحن في دائرة الظياء الالهي فدائي في دائرة ذلك النظم الجميل. ضياء يغمر اه ضميرنا ووجداننا ويعلو على وجداننا. يعني لا يعتريه ضعف الوجدان وضعف الانسان اننا نعلم بالظرورة حسن بعض الاشياء بعظ يعني موجبة جزئية في مقام الاثبات بعض الاشياء وقبح بعضها من غير نظر الى الشرع ماذا تقول ايها الاشعري في هذه النقطة فان كل عاقل يجزم بحسن الاحسان ويمدح له</w:t>
      </w:r>
    </w:p>
    <w:p>
      <w:r>
        <w:t>وانما جزاء الاحسان الا الاحسان. قرآن كريم يعني يعتبر ان الاحسان حقيقة واقعية اذا تجلى يستدعي الاحسان هذه اية رائعة جدا في ارشاد العقل الى هذه المسألة ان حسن الاحسان امر واقعي نعم  والقرآن يشير الى هذه فان كل عاقل يجزم بحسن الاحسان ويمدح يمدح عليه او هو يمدح عليه ويقبض يقبح وبقبح يعني يجزم. يجزم بحسن الاحسان. وبما يمدح عليه. وبقبح الاساءة والظلم ويذم عليه. وهذا حكم ضروري. ضروري يعني شهودي يعني ضياء انت تراه مثل هذا النور هذا النور انت به ترى تراه به ترى اذا كان حقيقة نحن نرى النور انا في تصوري ان هذه الامور هي التي تجعلنا نبصر ولا نبصرها. يعني هذا هذا الضياء الالهي الذي يجعلنا نميز دوائر الخير من دوائر الشر ضياء به نحن نبصر. ولا نبصره لماذا لان صرملي ازلي شأن الهي نعم وهذا حكم ضروري شهودي. يعني نحن مغمورون مدفونون فيه نعم الهمها فجورها تقواها واوحينا اليهم فعل الخيرات لا يقبل الشك ابدا نعم شهودي اذا كنا في دائرة الشهود والعلم حضوري لا معنى للشك. وليس مستفادا من الشرع لحكمه على آآ يأتي ويعمق يعمق الدليل لحكم البراهم والملاحدة والعلمانيين. نعم به بهذا الامر يعني الحسن والقبح كواقعية من غير اعتراف منه بالانبياء والشرائع حتى بعضهم لا يؤمن بالله تعالى اذن هذا امر شهودي لاحظت? اذا هذا ليس بدليل هذا معاينة هذا ليس دليلا هذا معاينة لماذا? لدوائر الحسن والقواح معاينة معاينة كما تعاين الشجر يأتي شخص ويقول وانت في الدرس والاستاذ المحترم جالس يدرس ياتي شخص مجنون يقول ما الدليل على ان الاستاذ موجود ويدرس? يقول له انا المعاينة المشاهدة فانت مجنون قالوا والانتفائهما مطلقا لو ثبت شرعا الأول ليس دليلا وإنما معاينة هذا اه دليل قياس استثنائي جيد انت الآن ما عندك اي ضابطة لتشخيص الحسن والقبح يعني الافعال الحسنة والافعال القبيحة اوامر الله تعالى اوامر الله تعالى الشرعية الشرعية نعم لان اوامر الله اه القيمية هذا هو الشهود بيناه نأتي الى الامور الشرعية وانت ايها الاشعري متجلب بلباس شرعي لا استفعيل سوفا تتكلم باسم الشرع. جيد الاوامر الالهية والنواهي الالهية افعال كلامية ام لا افعال كلامية الأفعال الكلامية قلت لكم فيه علم جديد لساني يسمى التداولية يبحث اللغة كأفعال كلامية نعم يعني انا اذا خاطبت ابني جئني كتاب مطلق للكتاب انا هنا انجزت فعلا كلاميا بهذا الكلام. هذا الفعل الكلامي ثم في مضمون فم الولد يعني ان يأتيني بكتاب هذا الفعل الظمن الكلام ثم فعل الثاني يعني انا انجزت الفعل الأول وهو التكلم ثم انجزت فعلا ثانيا هو وضعت مضمونا في هذا الكلام في الفعل الكلام الأول ليفهمه ابني ثم انجزت فعلا ثالثا حركت ابني هذه هي النسبة الإرسالية قلت لكم يشبه كثير في علم الأصول علم الأصول درس القضايا بما هي قضايا وهذا العلم درسها بما هي ماذا? افعال التلاميذ وفيه دراسة جدا مقارنة نافعة بين العلمين الان مطبق هذا العلم على الافعال الكلامية الالهية. الله تعالى مارس افعال كلامية نعم كتب عليكم الصيام نعم اقيموا الصلاة هكذا هذه الاقوال افعال كلامية كيف ندرك انها حسنة بدون ظابطة خارطة الشرع نعم يعني اذا لا قدر الله كذب الله علينا باي ظابطة نحن ندري انه كذب مادام الله تعالى هو قال على مبنى الاشاعي الاشعري يعني يجب ان نتبع الكذب نعم وهذا مش شنيع جدا يعني اثبتنا الكذب لله تعالى وكلفنا بالكذب. شناعة بعد شناعة هذا والدليل المحقق الطوسي ان شاء الله في الحصة القادمة اه نأتي بالقياس الاستثنائي نحلله ونركبه ونستخرج النتيجة معا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