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معكم في الحسن والقبح. ووصلنا الى الدليل الثاني وبينت انا قلت لكم ان الله تعالى في التشريع يمارس افعال كلامية يقول اقيموا الصلاة مثلا كتب عليكم الصيام. يعني الصيام واجب فصوموا صلوا هذه كلها افعال كلامية نعم اعطني الان ظابطة ايها الاشعري ان هذه الافعال ليس للافعال الكلامية ليست كذبا هنا من باب الجدال مع الاشعري ما عندي ضابطة من يدلني ان هذه الاوامر ليس في دائرة الكذب بمجرد ان يقول الاشعري هذا محال محال حكم العقل. جزاك الله خير يعني انت بعقلك قلت محال اذا قال محال فرجع الى مبنانا نعم. اذا تمسك بمبنى كيف يبين هذه المسألة يقول لا الله تعالى يقول ما امرتكم به من وجوب الصيام هو حسن. نعم هذا القول الثاني من يدريني انه لا يكذب يعني ما عندي ضابطة خارج عن النص الشرعي نقع في التسلسل ولا يمكن اثبات ان الافعال الكلامية الالهية حسنة. ابدا هذا دليل من ابتكارات من? المحقق الطوسي في تصوري انا لم ارى عند المتكلمين السابقين اذا كل الحكمة الالهية تنتفي كل هذا التشريع ينهار كل هذا التشجيع تشريع الذي يأتينا من الوحي وهذا الضياء الداخلي ماذا يصير? يصير ظلمة فتدخل الانسانية في ظلال نعم لا نأتي الى التطبيق قال ولانتفائهما يعني الحسن والقبح مطلقا كلية موجبة كليا لو ثبت يعني لو ثبت الحسن هو القرب شرعا لو ثبت شرعا حذف الجزاء لدلالة الجملة السابقة ولانتفائهما مطلقا. كما كانك قلت لو فكر وقدر آآ لو قدر آآ نعم نعم تقول اللي لو هادي لا يعني تأخر انت الشرطية اه ما ادري ما ما تحظرني اي ما يحظرني المثال نعم اه نعم قل اهتدى لو تدبر لو تأمل لو تأمل وتدبر لهدأ. من هذا الصدق يعني مقاربة لغوية فقط يعني هكذا العبارة لو ثبت الحسن والقبح شرعا لن تفيا مطلقا. مطلقا الحكمة الالهية تتبخر مطلقا على مستوى التشريع وعلى مستوى ذلك الضياء الذي يغمرنا ينقلب ظلما. معايير ما فيه ولهذا اذا رفعت انت العقل الدين يرتفع ان الروايات. الدين هو العقل. سبحان الله والعقل ليس على عقل جزئي انا وعقلك انت لا. هذا عقل مشوب بالوهم. لا العقل هذا هذه المعايير السرمدية اقول هذا وجه ثان يدل على ان الحسن والقبح عقليا يعني في مقام الاثبات يعني العقل يدرك بعض الدوائر للحسن وبعض الدوائر للقبح وهذه الدوائر اه الحسن مو لازمة ويعني نسبة ارسالية ودوائر القبح نسب امساكية وتقرير الدليل انهما يعني من? الحسن والقبح لو ثبت شرعا لم يثبت لا شرعا ولا عقلا. وهذه هي كلمة مطلقا ونفسرها بسطها لا شرعا ولا عقلا نعم والتالي باطل يعني قياس اس تثنائي لم يثبت لا شرعا ولا عقل باطن. على الاقل عندنا الشرح ان الشرع يقول الكذب قبيح الصدق حسن وكثير من الامور الزنا محرم كثير من الامور اه قبيحة وحسنة بينها الشرع. يعني ثبت ثبتت بالشر والتالي باطل اجماعا فالمقدم مثل اجماع ما نحتاج هنا ما نحتاج نعم. بيان الشرطية هنا يشير فقط الى البنية المعرفية للقيام الاستثنائي البطلان التالي وبيان المنازعة بيان للشرطية يعني بيان الملازمة ما الملازمة بين انتفاء ادراك العاقل للحسن والقبح يؤدي الى الانتفاع المطلق ما الملازمة الملازمة واضحة جدا يعني تؤدي الى انتفاء الحكمة الالهية الافعال الالهية ما في ضابطة خارجية نحكم عليها بانها حسنة نعم قد يأمرنا الله تعالى بالقبيح تقول محال محال حكم العقل تقول له يأتي به امر اخر يقول رأيتم هذا الوجوب وجوب الصوم نعم انا اقول لكم انه حسن اه حتى القول هذا الثاني يحتاج الى ظابطة. ونقع في التسلسل بيان الشرطية اننا لو لو لم نعلم حسن بعض الاشياء وقبح بعضها عقلا لم نحكم بقبح الكذب فجاز وقوعه من الله تعالى. يعني ما عندنا ظابطة شي مطلق الكذب والله تعالى كذلك فاعل من الافعال عندو افعال كلامية اه جاز وقوعه من الله تعالى يعني ليس بمستحيل نعم تعالى ذلك عن ذلك علوا كبيرا. التنزيه الله تعالى كيف يصدر منه القبيح يعني بطلان التالي فاذا اخبرنا في شيء انه قبيح لم نجزم بقبحه. واذا اخبرنا في شيء او حسن لم نجزم بحسنه. لماذا? لتجويز الكذب  نعم لتجويز الكذب اذا تبقى فقط الضابطة العقلية ولو جوزنا ان يأمرونا بالقبيح وان ينهانا عن الحسن لانتفاء حكمته تعالى على هذا التقدير. اذا الحكمة الالهية المتجلية في التشريع تتبخر والحكمة الالهية المتجلية في ذلك الظياء الالهي الهمها فجورها وتقواها انما ذلك دوائر التقوى هي دوائر التقوى ومن يدليني ان الدوائر الفجور هي دوائر الفجور لان الله تعالى على ما ابناكم يجوز عليه الكذب حاشاه الله تعالى منزه عن كل قبيح. المبنى مبنى علمي وينزه كذلك الله تعالى هذا هو الدنيا قال ولا جاز التعاكس العلامة الحية يقول الذي خطر لنا في تفسير هذا الكلام لا الان عند المتأخرين واضحة جدا يعني الله تعالى يجوز له ان يدخل الانبياء الى النار نعم. تسأل الله تعالى لم? هذا قبيح يقول انت كيف شخصت القبيح? انت كيف شخصت القبيح نتا شاي حتى تشخص القبيح نعم انا الان اقرر انا رب واقرر ادخله الى النار ابو جهل ادخله الجنة. انت ما عندك دخل في انتفاع الحكمة والله انتفاع الحكمة والى الان والى الان مصرون على هذا المبنى الى الان يفتخرون انه هذا مبنى اه مبنى كبير. خليني انا احكي لكم قصة هذه قصة واقعية واقعية ولكن هي خيالية انسان يريد يبني مدينة مدينة بكل مؤسساتها نعم الادارة العامة آآ المجال الصحي المجال الجامعي المجال التعليمي. كل مكونات هذه المدينة يريد ان يكونها ويحكم وتمشي الامور عنده مهندسان مهندس خبير الى درجة عجيبة يعني اذا بنى لك هذه المدينة تبقى خالدة لخبرتي في الهندسة مهندس تعبان جربوه الناس خرب بيوت كثيرة خرب مدن كثيرة فانت الحاكم اخترت هذا التعبان بنى المدينة مدينة بدأت في مدة قصيرة بدأت ماذا? تتآكل وانت تعرف بانك مشتبه تخليت على هذا المهندس الخبير والقوي والمسدد وجيت بهذا الخرمة ولكن الفت هذا التآكل والتهري في المدينة وراضي ومرتاح غا يقصد السقف وهاي قصة السقيفة يعني هو اذا اعترف بان المدينة تتآكل وتتهاوى فمجبور ام ماذا? ان يحكم على هذا المهندس المهندس بانه خراب. ما يقدر ما يقدر هذا المهندس له ما كان اجتماعية في قريش شخصية نعم اذا ظربنا هذا المهندس فقد ضربنا كياننا كله خلينا نعيش هذا التهري وهذا التهاوي</w:t>
      </w:r>
    </w:p>
    <w:p>
      <w:r>
        <w:t>وهذا التآكل ونصبر ورايحا. وربك غفور رحيم. ايه الله تعالى يلعب في الكون يلعب في الكون نعم هذه السقيفة وهذه قصتها من الفها الى الى همزتها الى اخر حرف من اللغة العربية نعم قالوا ولا جاز التعاكس هذا هو الكلام. يعني يدخل آآ ابا جهل الجنة اثنان ويضحك على اهل بدر ويدخل النبي وال باطل الى النار وابو جهل يضحك عليهم. انظر يقول انظر هؤلاء اقول الذي خطر لنا في تفسير هذا الكلام انه لو لم يكن قياس استثنائي بلون امتناعية لو لم يكن الحسن والقبح لو لم يكن الحسن والقبح عقليا لجاز ان يقع التعاكس في الحسن والقبح انا في تصوري هذا ليست دليلا على على الحسن والقبح العقليين. هذا دليل على الحصول وقبح الذاتيين خلطوا اصلا الكلام عن الذاتي غير موجود في كلام المحقق التونسي والعلامة الحلي دليل على الذات وليس دليل على العقلي. نعم. يعني اذا لم تكن ظابطة ذاتية ضابطة ذاتية العقل يكشفها ويقول هذه الضابطة حاكمة فلا يمكن لله تعالى الحكيم بالحكمة المطلقة ان يدخل ابا جهل الى الجنة ويدخل النبي واهل بدر الى الا مستحيل هنا لو لم يكن الحسن والقبح عقليين خليني اعمق البحث اكثر اه عقليين يعني العاقل يدرك الذات فيهما يعني الكلام عن الذاتي من خلال العقل. معليش لا جاز ان يقع التعاكس في الحسن والقبح بان يكون من توهمه حسن قبيحا وبالعكس يعني ادخال آآ ابا جهل النار قبيح يا الله. وادخال النبي الى الجنة قبيح يجب ان تعكس الامر نعم لماذا? ما في ضابط اذا ما معناه? يعني ما في حكمة ما في حكمة العلامة الحلي عندو كتاب سفسطة الأشاعرة مطبوع انا رأيته كتاب صغير من بداية ان يأتيه يبين هذه الصف صوتك للاشعرية نعم كتاب موجود انا رأيته مطبوع مطبوعا صغير يبين كل هذه الصفصفات حقيقة صفسطات ضرب للحكمة الإلهية ضرب لدين الله ضرب الحكمة يعني ضرب الدين لأن الدين حكمة الله. وضرب لفطرة الإنسان التي هي صنع الله نعم فطرة الله التي فطر الناس عليها نعم فكان يجوز ان يكون هناك امم عظيمة تعتقد حسن مدح من اساء اليهم والذم من احسن كما حصل لنا اعتقاد عكس ذلك. ولما علم لما علم كل عاقل بطلان ذلك جزمنا باستنا هذه الاحكام الى القضايا العقلية. اكتب التي تحكي ملاكات واقعية وهي الذات في الافعال. لا الاوامر والنواهي الشرعية ولا العادات سيرة العقلاء اذن الملاك لا سرت العقلاء وهذا ضرب لليبرالية مطلقا ولا العادات ظرب للبيرالية المطلقة ولكن هذا البحث في فلسفة الاخلاق ليس هنا والنوايا الشرعية. يعني الحكمة الالهية العرفية والحكمة الالهية الوحيانية. والحكمة الالهية الطبيعية الكل ينقلب ظلاما في ظلام. ظلام في ظلام. والانسانية تعيش كالبهائم نعم. هذا ما معناه وجاز التعاكس. قال ويجوز التفاوت في العلوم لتفاوت التصور. هذا اشكال على التفصيل وليس على المبادئ اذا قلنا نحن ندرك بعض الدوائر في دائرة الحسن والقبح. هذا في الاسس العامة. اما التفاصيل تحتاج الى استدلالات تحتاج الى خبراوية خاصة نعم تأتي ارشادات وحيانية اما في الكليات والمبادئ لا شك ان العقل يدركها لا شك فالمحقق التونسي يرد على هذا الإشكال يقول اذا كان الحسن القبح كما تقولون كانا عقليين ففي كل الموارد ندرك هذا الأمر. كثير من الأمور لا ندركها خصوصا تفاصيل الأمور المحقق التونسي يقول هذا راجع الى ضعف الادراك ضعف الإنسان قد تكون المسألة بديهية التوقف اين? في التصورات. يعني لم افهم الموضوع والمحمول في التفاصيل نحن موافقون. لكن في الاسس والاصول لا يمكن. معناه معنى ذلك انت لا تشك ان دوائر العدل حسنة يعني ذاك كل ما دخل في النظم يعني العدل هو حسن كل من خرج عن هذا النبض فهو قبيح. هذه قطعية يقينية لا شك فيها شهودية لكن هذا المورد الفلاني هذا المورد الفلاني لا قد انت يغيب عنك هذا التفصيل تحتاج الى استدلال تحتاج الى مشاورة العلماء. الخبراء استدلال تستعين بالشرع كارشادات نعم والله يعلم وانتم لا تعلمون. كثير من التفاصيل ليست بيدنا. انا اتواضع. ولهذا نقول نحن ندرك بعضها وليس اه كلها قال ويجوز التفاوت في العلوم لتفاوت التصورات. نعم. يعني تغيب عنا معطيات التصورية مبادئ تصورية. اقول لما استدل المصنف على مذهبه من اثبات الحسن والقبح العقليين والله لو قال اثبات الحسن قبح الذاتيين احسن. هي التي نثبتها. شرع في الجواب عن ثبوت الاشاعرة. شبه الاشاعرة. وقد يحتج بوجوه. الاول. لو كان العلم بقبح بعض الاشياء. وحسنها ضروريا شهوديا. نحن لكن في الكليات والاسس وليس في التفاصيل لا ما وقع التفاوت بينه وبين العلم لزيادة كل العلم على الجزء نعم لزيادة الكل على الجزء والتالي باطن بالوجدان فالمقدم مثله. اذا لم نحط بجميع التفاصيل هذا الحسن وهذا القبح اذا اين العقل? واين ادراك العقل نعم والتالي باطن بالوجدان فالمقدم مثله. اذا اذا ما ادركنا هذه التفاصيل فاين العقل والشرط هي ظاهرنا لان العلوم الضرورية لا تتفاوت ولماذا نختلف? تجد امة ترى هذا الفعل آآ حسنا وامة اخرى تراها قبيحا. مثلا في بعض الحضارات البدوية البدوية يعني لم تعش الحضارة والتطور والمدنية اذا مات الكبير مات الاب يأكلون هذا الاب ياكلون لحم هذا الاب نعم قبيح الفعل قبيح وشنيع. لكن انت اذهب الى ملاك هذا هذا الفعل يقولون يعز علينا الاب ان تأكلوا الديدان في التراب يذوب في اجسادنا احسن من تأكله الدود فالقاعدة الكلية قاعدة صادقة رائعة جدا لكن التطبيق المستيقظة. تطبيق المصداقي خطأ لماذا? لان هذا ما عنده ذاك العلم والتنوير اللازم حتى آآ يشخصون هذا المصداق انه الشنيع. اما القاعدة رائعة جدا. يعني الأب لا تأكله الديدان يذوب في لحمنا احسن يبقى في اجسادنا ونحن اولى به نعم لاحظتم عدن التطبيقات مصداقية تغيب عن الانسان. المحقق التونسي كيف يجيب يقول المنع من الملازمة. طبعا انت في البنية المعرفية للشرطية للقياس الاستثنائي. اما تبطل الملازمة او تبطل آآ اه ببطلان الثاني انت تأتي بإثبات التالي. نقيض مبدأ التناقض اذا هو ابطل التالي ان تثبت التالي لقاعدة مبدأ التناقض تنسفلو بطلان التالي فلا يبطل المقدم اذا واثبت المقدم انت تبطل المقدم هادي هي الآليات وانتم درستم هذا في المنطق جيدا اذا درستم المنطق نعم لان الطلاب الان زهدوا في اللغة العربية وزهدوا في المنطق يستشيرون الطلاب. شيخنا كيف نشرح في الدراسات الحوزاوية ونكون اقوياء اقول لهم عندكم قدمان قدمان اذا تكسر قدم واحد لا تتوفقون في الدراسات الحوزاوية. القدم الاول تسلط على اللغة العربية بجميع ابعادها يعني نحو والصرف والبلاغة وفقه اللغة والآن لسانيات جديدة رائعة جدا يجب على الحوزاوي ان ينفتح عليها بقوة ويضبطها الدلالية والدالية والتداولية والانسانية الادراكية والقدم الثاني هو المنطق يعني انتم الان قوموا القدم الاول وهو اللسان</w:t>
      </w:r>
    </w:p>
    <w:p>
      <w:r>
        <w:t>منطق منطق منطق اللغة ومنطق النصوص والمنطق منطق العقل حين يكون الطالب قويا نعم يقول المنع من الملازمة. يعني يبطل الملازمة. كيف? فان العلوم الضرورية قد تتفاوت لوقوع التفاوت في التصورات. يعني انا ما عندي المبادئ التصورية حتى اذعن ببداهة هذه المسألة. يمكن فقوله ويجوز التفاوت في العلوم لتفاوت التصور اشارة الى هذا الجواب. اذا المسألة تأتي في التطبيق المصداقي تأتي في ان المبادئ التصورية ليست آآ حاضرة عندي. كانت يقول كانت يقول اذا كنت انت امام طاغية وتعرف ان النبي في المغارة وتعرف ان الطاغية جاء لقتل النبي. النبي مقدس فانت هنا يجب ان تصدق. كانت يقول يعني انا اصدق اقول له النبي في الغار يقتله يقول نعم تصدق انت يجب ان تصدق يجب ان تتناغم مع النظم الالهي اما قتل النبي ليست مسؤوليتك انت انت لا تحاسب عليها انت تحاسب على صدقك انتهى الامر هذا الطاغوت قتل النبي هو مسؤولية هو يتحمل مسؤوليته هو هذا تام ساذج جدا للنظمة النظمة القومي نعم يعني انا صدقي لا قيمة له صدقي يكون في دائرة النبض. في دائرة النبض ماذا يقول? يقول انت طغوط في مقابل مقدس نبي ده وظيفة قدسية هداية البشر الى مصالحهم. الى خيلهم الى الحياة الطيبة اذا انت في النظم القيمي الالهي الكلي الجملي ماذا تقدم? تقدم صدقك على انقاذ النبي? لا النظم القيمي الجملي يقول لا تنقذ النبي مو انك تكذب. وكذبك يكون نورا نور يزيدك علوا ورفعة يكانت ليس هكذا تولد الإبل نعم قال وارتكاب اقل القبيحين مع امكان المخلص يعني انت الآن بدائرة ماذا اه قبيحين وانت مضطر ان تفعل ومضطر ان تفعل. مقتضيات الامور تخليك تفعل. ماذا تفعل هنا يقول العقل يرجح اقبل اقل الضررين اه نعم هذا جواب لاشكال الاشاعرة وارتكاب اقل القبيحين مع امكان المخلص اذا تخلصت بالتورية بالتغابي هي اليات اجتماعية تخلص من هذا. اقول هذا يصلح ان يكون جوابا عن شبهتين للاشاعرة احداهما قالوا  لو كان الكذب قبيحا لكان الكذب المقتضي لتخليص النبي من يد ظالم قبيحا والتالي باطل انه يحصل تخليص النبي في المقدم مثله كما بينت لكم. الثانية قالوا لو قال الانسان لا يكذبن غدا فانا فان حسن منه الصدق بافاء الوعد لزم حسن الكذب وان قبحا كان الصدق قبيحا فيحصل الكذب نعم هذا كله من اين جاء جاء من الاشعر او من غير الاشعري حتى في حياتنا الاجتماعية حياتنا الاجتماعية صدقوني في حياتنا الاجتماعية انا قلت لكم متى يكون الفعل الانساني حسنا او قبيحا اذا دخل في دائرة النظم الكلي النظم القيمي الكلي ليس الفعل بما هو فعل الفعل بما هو فعل لا يكفي لاتصافه بين حسن القبح. يجب ان يتناهى تماهى في النظر. الاشعري ينظر الى الفعل فقط يركز فقط على الفعل. مثل نحن في معاملاتنا تلتقي مع صديقك انت في الطريق ويسلم عليك. اوه تقيم الدنيا ولا تغادر انت لماذا انت رأيت هذا الفعل وحكمت عليه بالقبح؟ ومن لم يسلم عليك؟ اليس كذلك نعم هو متابع سياسيا متابعة امنية في زمن صدام مثلا لو سلم عليك يعني انت من جماعته. بعد يأتون ويعتقلوك ويقتلوك وين المسألة ليس بهذه السذاجة. ما سلم علي انتهى الأمر. انظر الى هو ينظر الى السنن. هنا السلام قبيح في دائرة النظم الإلهي الجملي. وعندك انت هذا ارتكب قبيحا ولم يقيمني تبا لتقييمك تبا لتقييمك نعم هو ينظر الى هذا الفعل يراه قبيحا في دائرة النظم القومي الجملي الكلي لماذا? لان لو سلم عليك الامر بعد يعتقلك يعدمك بعد راحة عائلتك هكذا تضيع لكن هو ينظر الى هذا الفعل الذي ظاهره قبيح الا انه حسن في دائرة النظم الالهي. خذوها قاعدة كليا وضوءها قاعدة كل كان الأئمة عليهم السلام يذمون بعض الأصحاب فانت ترى الروايات يذمون بعض الاصحاب انهم يذمونهم حتى لا الحكومة والدولة الطاغية والجواسيس حتى لا يدركون انهم ينتمون الى الائمة حتى يدمرون بيوتهم واهلهم ويقتلوهم لماذا? لان الامام ينظر الى هذا الفعل في دائرة القيم الكلية يعني دائرة النظم القومي الكلي. هناك تحكم على الافعال وهذه فلسفة رائعة جدا للسياسيين للاقتصاديين للتربويين للحوزويين لجميع الشؤون الاجتماعية وشؤون الامة ولهذا اقول لكم كلما كان الانسان قويا في فلسفة الاخلاق يكون قويا في السياسة يكون قويا في الاجتماع في التربية في الفقه والقانون وو نعم نعم والجواب فيهما واحد ياتي ان شاء الله لان الوقت انتهى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