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يا الله والحمد لله الله يا الله سبحانه الله يا الله والحمد لله اعوذ بالله من الشيطان الرجيم بسم الله الرحمان الرحيم وبه تعالى نستعين والصلاة والسلام على محمد واله الطيبين الطاهرين اعزائي الطلاب السلام عليكم ورحمة الله وبركاته وفقنا الله واياكم لكل خير ما زلنا في مسألة الحسن والقبح ثم قال في المترو وارتكاب اقل القبيحين مع امكان المخلص يعني اذا كنت امام اه قبيحين ماذا تفعل? تذهب الى اخف الضررين او تمارس التقية او التورية او التغابي وهو من اليات الاجتماعية اقول هذا وارتكابه اقل القبيحين مع يمكن المخلص اقول هذا يصلح ان يكون جوابا عن شبهتين للاشعرياء احداهما ليس للاشعر يعني كل من يقول بنظرية الامر الالهي احداهما قالوا لو كان الكذب قبيحا لكان الكذب المقتضي للتخليص نبيل من يد ظالم قبيحان نعم كما يقول كانت يقول آآ قبيح اذ يموت النبي يقول هذه ليست مسؤوليتك والتالي باطل لانه يحسن تخليص النبي من الطاغوت فالمقدم مثله يعني الكذب هنا يكون حسنا نعم الثاني قالوا لو قال الانسان لاكذبن غدا اكليبن غدا فان حسن منه الصدق يعني اوفى بكلامه يعني حسن منه الصدق بايفاء الوعد لزم حسن الكذب. يجب ان يكذب حتى يصدق في وعده وان قبح كان الصدق قبيحا فيحصل الكذب نعم  مشكلة الاشعري وغير الاشعري وكثير من الناس دائما يرون الفعل في حد ذاته تاينعت بالحسن او القبح. قلت لكم لا يجب ان ننظر الى النظم القيمي كله فعل جوزع علة فقط والغاية وهذه القيم التي تعرض على الفعل المجموع هذا اسمه النفض  لسان علمائنا اسمه العدل العدل حسن الظلم قبيح يعني العدل هو نظام القيم سموه العدل ما عندنا العدل هكذا مطلقا عندنا افعال تنسجم مع القيمي الذي يسمى العدل فنقول هي حسنة فالعدل حسن ما عندنا عدل نحن عندنا بر الوالدين اه التصدق على الفقيرين وايفاء بالعقود والصدق في الكلام احترام الانسان هذه الامور هي قيم في دائرة النظام القيمي العام اذا انجزت بنية صادقة والفعل يكون صحيحا ولوجه الله تعالى هذا هو المجموع يسمى النظم القيمي او العدل فيكون هذا الفعل ماذا اه منتميا الى النظام القومي يعني الى العدل فيكتسف يكتسي يكتسبوا صفة الحزن او لا خرج من النظم يكون قبيحا والجبوب فيهما واحد لكن الجواب لا لم يبين هذه المسألة ذهب الى الاليات وذلك لان تخليص النبي ارجح من الصدق ارجح باي ميلاد بملاك النظم القيمي الكلي الجملي فيكون اه تركه يعني ترك انقذ النبي من الطاغوت اقبح من الكذب فيجب ارتكاب ادنى القبيحين وهو الكذب لا ابدا لا يصير كذبا يعني انا اذا غريت بالطاغوت حتى لا يكتشف النبي يقتله هنا ليس كذبا فعلي في دائرة القيم الالهية. ما تنظر الى الفعل فقط النبي ليس في المغارة ليس هذا الذي يعطي اه ليس الفعل هذا فقط لوحدي الذي يعطيه القيمة لا في دائرة النظم القيمي العام فانقض النبي باي طريقة كانت في النظام القومي العام اه يكون حسنا فهذه العبارة التي اقول ليس النبي في المغارة لا ننظر اليها لوحدها حتى تتصف بالكذب والقبيح. في نظام القيم للجمل نظم القيم الذي يسمى العدل نعم فتكون راجحة نعم راجحة خلافها يكون ظلما نعم فيجب ارتكاب ادنى القبيحين لا ما عدنا هنا ما عندنا قبيح قبيح عندنا نظم قيمي وعندنا في مقابله الظلم انت تكون في النظم القيمي ما هو واجبك انقاذ النبي. انتهى الامر نعم وهو الكذب لا ليس الكذب لاشتماله على المصلحة العظيمة الراجحة على الصدق من اين عرفت العظيمة يعني لانه كلام هذا الذي هو في داره في ظاهره كذب لا لا لا ينتمي الى الناظم نعم وايضا يجب عليه ترك الكذب في غد انه اذا كذب في الغد فعل شيئا فيه جهة قبح وهو العزم على الكذب وعلى فعله ووجها واحدا من وجوه الحسن وهو صدق اي صدق اي صدق اي صدق يا شيخنا العزيز في النظم القيمي الكذب مطلقا اه قبيح والعزم عليه اه كذلك قبيح ونعم وهو الصدق لا ما في صدق في النظم القيمي. يعني يقول انا لاكلبن غدا في كذب فيصدق في وعده. اصلا هذا ليس وعدا هذا خرطي من الاول في النظام القيمي نعم واذا ترك الكلمة فقد آآ واذا تركنا الكذب يكون قد تركت تتمة العز والكلم وهما وجهاء حسن وفعل وجها واحدا من وجوه القبح وهو الكذب. وايضا قد يمكن التخلص عن الكذب في السورة الاولى بان يفعل التورية تأتي اليات اجتماعية او يأتي بسورة الاخبار لاخبار الكذب من غير قصد اليه. يعني لا ينوي نعم لان جهة الحسن هي التخلص يعني تخلص النبي وهي غير منفكة عنه وجيت القبح هي الكذب وهي غير منفكة عنه فما هو حسن لم ينقلب قبيحا وكذا ما هو قبيح لم ينقلب حسنا نعم هذا في القديم ينفع. الان لا. الان فهمنا المسألة اذا عندك فعل انت هذا الفعل نية صحة ثم غاية يعرض الله ثم المجموع يسمى ماذا يعني نيتك والفعل يكون وفق القيم والغاية تكون لله او رضا الله هذا هو المجموع كل ما انسجم مع هذا المجموع فهو حسنون. لا فيه قبح مطلقا. انقاذ النبي بالكذب. حسنة مطلقة. انتهى الامر لماذا? لاننا لا ننظر الى هذا القول ننظر الى النظم القيم اذا صدقتها قتل النبي من الطاغوت فانت في الظلم حتى لو مع صدقك. هذا صدقك ما عنده قيمة. لماذا? لانك كنت في النظم الظلمي اذا كان الظلم النظم هو لا هو نقض الظلم. الظلم نقض للعدل نقض للنفط اذا هذا واضح جدا للجواب الان واضح جدا وانتم خذوها كقاعدة اه كقاعدة في حياتكم الاجتماعية الدعوية في التبليغ في فهم النصوص في السياسة في كل الابواب قال والجبر باطن هذا كذلك شبهة هذا جاوب يعني شبهة اخرى لهم وهي انهم قالوا الجبر حق فينتفي الحسن القبح عقليا نقاش مبنائي لأن الحلق والجبر باطلون هناك بطلناه قمنا فيه ما مضى نعم. او سيأتي نعم وصلنا الإنسان متى يكون في دائرة النظم القيمي او فدائرة النقض النظم القيمي يعني الظلم اذا كان مختار اذا نزعنا له الاختيار وصار مجبورا يعني سلبة من الموضوع لا حسن القبح في المسألة نعم والجبر باطن يعني اذا انت اعتمدت على الجبر حتى تنفي الحسن القبح الذاتيين انت مشتبه هذا جواب عن شبهة اخرى لهم وهي انهم قالوا الجبر حق يا الله فينتفي الحصن القبح العقليان وبالتالي ذا اه التيان والملازمة ظاهرة وبيان صدق المقدم ما يأتي يعني ان الجبر باطل والجواب الطعن في الصغرى وساعة البحث فيها يعني يقول الجبر حق هذه صورة فيأتي البحث عن الجبر باطن. اختياره الاساس لكن فداءة القيم الاختيار والقيم</w:t>
      </w:r>
    </w:p>
    <w:p>
      <w:r>
        <w:t>تناغم امر بين امرين سيأتي ان شاء الله بالتفصيل المسألة الثانية فانه تعالى لا يفعل القبيح ولا يخل بالواجب هنا يدخل في مسألة هل الله تعالى يفعل القبيح يعني الله تعالى يتموضع بفعله في الظلم خلاف العدل وخلاف القيم سلبة من كفار الموضوع اصلا في الدائرة الالهية لا معنى لهذا الكلام. لا معنى له هذا الكلام. هناك كله جمال وكله خير نعم قالوا واستغناؤه تعالى يعني الغناء وعلمه يعني استغناؤه لا يحتاج الى هذه النقائص وعلمه بقبح القبيح يدلان على انتفاء القبح عن افعاله تعالى اذا كنا في ذات الافعال التكوينية هناك سالبة بانتفاء الموضوع الشر لا معنى له في دائرة القضاء والقدر اه هادي الدائرة الكلية نعم في ذات القيم قلت لكم الله تعالى معنا ما عنده اه قيم يخضع لها تجب عليه هو منبع القيم فاذا كان هو منبع القيم يعني منبع النزم القومي فهو متمحض في الخير لا يمكن ان يكون هناك شر في دائرتي وفي ساحته. هذه واضحة جدا اقول اختلف الناس هنا فقالت المعتزلة اين الامامية لا ادري انه تعالى لا يفعل قبيحا ولا يخل بواجب ونازع الاشعري في ذلك واستدلوا اه اه واسند القباح اليه تعالى عن ذلك. لا هذه غير صحيحة للاشعرية لا يسندون القبائح الى الله تعالى معقول. واحد مسلم حتى لو كان مخربط فيه في اسلامه لا يقول هذا الكلام لازم كلامه لازم كلامهم هذا يعني لازم القول بالحسن والقبح الشرعيين انه الله تعالى يمكن ان يدخل آآ ابا جهل الى الجنة والنبي الى النار. لازم لهذا لازم كلامهم ولا يقول لا يصرحون كارثة بعد نعم ونازع الاشاعرة فذلك واسند القباح اليه تعالى عن ذلك. والدليل على ما اختاره المعتزلة ان له داعيا الى فعل الحسن وليس له صار رفعان نعم وله صارفا عن فعل القبيح وليس له داعي اليه وهو قادر على كل مقدور اي نعم. يعني هنا جاء بالقدرة في المتن جاء بالغناء والعلم نعم وعن مع وجود القدرة والدعي يجب الفعل. وانما قلنا ذلك لانه تعالى غني. هذا هو الدليل. الحد الاوسط يستحيل عليه الحاجة وهو عالم بالحسن بحسن الحزن وقبح القبيحة. اذا كم حد اوسط؟ حدان الغنى والعلم نعم هذا موجود في رواياتنا اه نعم روالي احد الائمة عليهم السلام الله تعالى لا يفعل القبيح لغناه وعلمه نعم الذي يسقط في القبيح لانه لا يعلم يعني الترجيح بين الفعل وعدم الفعل كثير من المعطيات غائبة عن نعم او الشهوة ضاغطة عليه حب الدنيا حب الجاه وو هذه الامور منتفية عن ساحة الساحة الربوبية مطلقا هو متن القيم الخير المطلق  ومن المعلوم بالظرورة ان العالم بالقبيح الغني عنه لا يصدر عنه ابدا لا يصدر عنه لا يزرعون القبيح وانا العالم بالحسن القادر عليه اذا خلا من جهات المفسدة فانه يوجده وتحريره ان العقل بالنظر الى ذاته ممكن وواجب بالنظر الى اه له وتحريره ان الفعل وتحريره ان الفعل بالنظر الى ذاته ممكن هذه بيناها ان الفعل آآ لا يقتضي لا التحقق وعدم التحقق وواجب بالنظر الى علته هذا الوجوب بالغير بيناها هذه بالتفصيل في ممر وكل ممكن المفتقر الى قادر. نعم فان علته انما تتم بواسطة القدرة والداعي القصد يعني فاذا المتكلم يقول بان الله تعالى يفعل بالداعي يعني بالقصد وذا مبنى هزيل جدا نعم اه بلاكة الفعل متعددة. نعم فاذا وجد فقد تم السبب. وعند تمام السبب يجب وجود الفعل وايضا لو جاز منه فعل القبيح او الاخلاء بالواجب لارتفع الوثوق بوعده ووعيده نعم هذا مسألة اخلاقية دليل اخلاقي يمكن ان تجعله دليلا اخلاقيا مستقلا نعم لارتفع الوثوق بوعده ووعده يعني الناس لا تثق في الله تعالى بامكاني تطرق الكذب عليه تعالى ولا جاز منه اظهار المعجزة على يد الكاذب وذلك يفضي الى الشك في صدق الانبياء ويمتنع الاستغلال بالمعجزة عليه نعم هذا الكلام الأخير الدليل الأخلاقي على انتفاء القبح عن فعل الله تعالى. لكن هذه كلها خربطات المعتزلة المبنى الصحيح ان الله تعالى منبع القيم منبع القيم وهذي النظم القومي جعله لنا حتى نشتري القبيح ونلتزم فهو العين لا يدخل تحت هذا النوع فلا يكلف الله تعالى اذن الانطلاقة الميتافيزيقية للبحث خاطئة الله تعالى منبع القيم منبع يعني هو مصدر القيم فتعين بنظم قيمة لمن? للانسان فالانسان يصدق عليه انه يحسن او يقبح منه الفعل يمارس الحسن فيثاب او يمارس القبيح فيعاقب هذا للإنسان النظم القيمي لا يشمل الله تعالى. الله تعالى هو منبع القيم فلا يأكل تحت القيم فنقول فعله قد يكون اه حسنا او قد يكون قبيحا. كلام لا معنى له لا معنى له نعم اه نعمل لك تجربة فكرية صغيرة في ذهنك تلتفت الى النقطة استاذ مجتهد في مادتي مثلا الأصول مجتهد الكل يشهد له بالاجتهاد الراقي في علم الاصول. هو يأتي يأتي ومع صديقو استاذ قدير متمكن ومجتهد يجلس في جانبين والطلاب   طالب وقح يقول لهذا المجتهد تعال تستفيد قبيحة جدا قبيحة جدا قبيحة عرفا وقبيح عقلا هذا مشتد من الطراز الأول ما معنى يستفيد؟ هذه تجربة فكرية فقط في ذهنك حتى تفهم ان منبع القيم هذا منبع الاجتهاد منبع المسائل العلمية تترشح منه كاستاذك كيف يأتي يستفيد منه استاذك فالله تعالى منبع القيم فكيف يخضع للنظم القيم حتى يكون فعله اما حسنا واما قبيحا. لا هذا الكلام كله اه كله خرطي المسألة الثالثة في انه تعالى قادر على القبيح هذا الكلام كذلك لا معنى له. لماذا? لانه مبني على هذه الخلفية الباطلة التي بيناها ان الله تعالى يدخل تحت النظم والقيم ها ويقدر عليه لكن لا يفعله لا ابدا الله تعالى خرج تخصصا عن النظم القيم يعني ما عندنا فداء في الساحة الالهية اه ترشح حسن ترشح قبيح في نظام التكوين كله حسن وكله خير. هناك لا معنى لي لا معنى لي للقبيح او الشر نعم اذا هذا في انه تعالى قادر على القبيح لا لان القبيح صورة تتعلق بالقدرة. القبيح ما هو? نفي الخير عمره ادب قال مع قدرته تعالى عليه على القبيح لعموم النسبة عموم نسبة القدرة الى الجميع. نعم القدرة عامة لكن هل القبيح آآ شيء حتى تتعلق به ولا ينافي الامتناع اللاحق. يعني هو قادر الى انه لا يفعله. يمتنع ان يفعله اقول ذهب العلماء كافة الى انه تعالى قادر على القبيح الا النظام نعم كارثة صدقوني كارثة يعني الله تعالى تعين بحكمته المطلقة بنظم قيم لمن? للانسان حتى يترقى يعني في انسان عندو المقتضي للكمال يحتاج ان تضع هذا المقتضي في دائرة قيمية فيتكامل ويترقى. وجعلنا الله تعالى مثله منبع القيم قلنا له تعال تفضل ادخل في دائرة القيم فيكون اه فعلك اه اما ان يكون حسنا او قبيحا. والله كارثة</w:t>
      </w:r>
    </w:p>
    <w:p>
      <w:r>
        <w:t>الا النظام النظام التفت الى هذه النكتة لم يلتفت والله لا ادري. والدليل على ذلك اننا قد بينا عموم نسبة قدرته الى الممكنة نسألك سؤال القبيح داخل داخل آآ آآ في الممكنات اولا هذا خلط بين النظم التكويني والنظم القومي والقبيح منها من الممكنات لا ادري والله انا ادري والله فيكون مندرجا هذا القبيح تحت قدرته باندراجه تحت الامكان احتج بان وقوعه منه يدل على الجهل او الحاجة ها الان تذكرت في الما تقال واستغناؤه وعلمه يدلنا على انتفاء القبح آآ الحاجة كذلك دليل يعني الاستغناء والعلم والفقر لا الاستغناء موجود هو في مقابل الحاجة لا ليس الحاجة العجز يعني استغناؤه وعلمه وقدرته ولهذا قال هنا القدرة ما يهم احتج بان وقوعه منه يدل على الجهل والحاجة وهم منتفيان في حقه تعالى نعم ما نحتاج النظام والجواب ان الامتناع هنا بالنظر الى الحكمة فهو امتناع لاحق لا يؤثر في الامكان الاصلي. انظر يقول الحكمة بالحكمة هي منبعث النفط اذن والله تعالى يخرج تخصصا من القبح حتى من الحسن الذي يجعلك تتكامل الله منبع الحوسنة  فلا نقول الله تعالى يتكامل فهو امتناع لاحقون لا يؤثر في الامكان الاصلي. نعم. الله تعالى لا يفعله بحكمة الا ان القمح يبقى بالنسبة صاحب المبنى المحقق الطوسي انه يبقى القبح كلا نحن نقول لا القبح من الاعداء ولهذا عقب المصنف رحمه الله الاستدلال على مراده بالجواب عن الشبهة التي له وان لم يذكرها صريحا قال ولا ينافي الامتناع عن الحق يعني هو يقبل اه يقدر على الفعل لكن لا يفعله لماذا? لانه غني ويعلم اه قبحه نعم اولا خلط بين النظم التكويني والنظم القيمي هذا اولا ثانيا اه خلط بين اه النظم القيمي الذي جعل لاجل الانسان حتى يتكامل والنظم القيمي الذي يخضع له الله تعالى. الله لا يخضع لاي نظم قيمي. الله تعالى منبع منبع القيم. كما بينت لك مع هذا المجتمع والطلاب. قبيح جدا عرفا وعقلا وشرعا. ان يقول طالبوا لمجتهد قوي مشهود له بالاجتهاد تعال تستفيد معنا نعم لماذا? لانه اذا قال له تعالى تستفيد يعني ليس بمجتهد وهو مجتهد. واحد كيف قبح واستحالته المسألة الرابعة في انه تعالى يفعل لغرض. نعم قال ونفي الغرض يستلزم العبثة ولا يلزم عوده اليه. الفلاسفة قالوا الله تعالى لا يفعل لي غلط يستكمل به اما انه لا يفعل لغرض مطلقا هذا مستحيل ذاته عند فاعليات تامة. والغاية هي ذاته نعم يعني اذا وجدت حكيما يقول افعال الله تعالى لا تعلل لا تعلل فاعلم انه لا تعلل بغايات استكمال لي كالخلق نعم ونفي الغرض يستلزم العبث فتقول للمحققة التونسي اذا كان لله غرض فيتكامل ام لا? يقول لا هذا الكمال لا يرجع الى نفسه يرجع الى غيره ولا يلزم عود الكمال والخير اه الذي يتحقق بالغاية اليه تعالى اليه تعالى نعم اقول اختلف الناس قاليها في الحصة القادمة ان شاء الله واللهم صل على محمد وال محمد  آل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