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الله والحمد لله الله يا الله سبحانه يا الله والحمد لله اعوذ بالله من الشيطان الرجيم بسم الله الرحمن الرحيم وبه تعالى نستعين والصلاة والسلام على محمد واله الطيبين الطاهرين اعزائي الطلاب السلام عليكم ورحمة الله وبركاته وفقنا الله واياكم لكل خير ما زلنا في الحسن والقبح. المسألة الرابعة في انه يفعل لغرض قال ونفي الغرض من فعله تعالى يستلزم العبث نعم كل فاعل واع ليس له غاية في فعله ويعبث نعم لكن الغاية على قسمين غاية استكمالية غاية ليست استكمالية الغاية الاستكمالية هي التي نفاها الحكماء اما الغاية التي اه الاستكمال فيها ذاته المقدسة التي هي غاية الغايات فهذه ثابتة لله تعالى ونفي الغرض يستلزم العبث ولا يلزم عوده اليه يعني اذا استشكل المستشكل وقال جيد وهذه الغاية تعود لنفسه يلزم الاستكمال يقول لا يعود لغيره. اقول اختلف الناس هنا فذهب المعتزلة الى انه تعالى يفعل لغرض ولا يفعل شيء لغير فائدة وذهبت الاشاعرة الا ان نفعله تعالى يستحيل اه تعليلها بالأغراض والمقاصد مبنى الاشاعرة نعم والدليل على ما ذهب ذهب والدليل على مذهب المعتزلة ان كل فعل لا يفعل لغرض فانه عبث والعبث قبيح نعم يعني اعلام بالمعتزلة هذا الاستدلال صحيح على مبناه انهم يؤمنون بالحسن القبح الذاتيين. اما على مبنى الاشاعرة هذا الدليل انسفه نسفا لان اختلاف مبني نعم والله تعالى يستحيل منه فعل القبيح يستحيل يستحل هذا الدليل على ان الحسن والقبح عقليين اذن هذا الدليل مبنائي لا ينفع الاشاعرة يجب ان تبطل مبنى الاشاعرة من جهة اخرى ولا يفهمون هذا المنطق احتج المخالف يعني الاشعري بان كل فاعل لغرض وقصد فانه ناقص بذاته مستكمل بلا ذلك الغرض. نعم علي منفيه عند الله تعالى الحكماء نفوها وقالوا بغرض يعني غاية تناسب اه ذاته ما هي هذه الغاية? هي الذات والله تعالى يستحيل عليه النقصان والجواب النقص انما يلزم لو عاد الغرض والنفع اليه اما اذا كان النفع عادا الى غيره فلا بلى كما نقول انه تعالى يخلق العالم لنفعهم نعم هذا كلام من المعتزلة لا قيمة له? الجواب هو هذا الغاية على قسمين غاية استكمالية غاية غير استكمالية غاية استكمالية ممنوعة من الله تعالى. فعل لاجل غيري او لاجل نفسي. لا يتكامل. اما اذا كانت غايته اه هي ادارته المقدسة فنعم له غاية تناسبه ولا تؤدي الى الاستكمال نعم وفعله اذا كان غايته هي ذات حتما فعله يكون في غاية الجمال القيم. تقول مثلا تعين الله بحكمته بالقيم حتى يتكامل الانسان هل يستكمل هو بهذا هذه القيم الغاية ما هي حكمته تقتضي ذلك. يعني اذا كنت انت في دائرة الذات المقدسة وتسأل لماذا يا الله تعينت بهذه القيم اه المعتزل يقول آآ حتى ينتفع الانسان والعاقل ماذا يقول? يقول مقتضى حكة ماته المطلقة ان يتعين بهذه القيم هذه هذه امور تقتضيها ذاته المقدسة ثم يترتب على ذلك ان الانسان يتكامل هذه مسألة اخرى المسألة الخامسة في انه تعالى يريد الطاعة ويكره المعاصي يكتب هنا ارادة تشريعية لا معنى ان تكون ارادة تكوينية. لماذا? للارادة التكوينية. لا معنى للطاعة هناك ولا معنى للمعاصي هناك كل شيء حسن بالحسن التكويني وكل شيء خير بالخير التكويني نعم الله تعالى كمشرع يعني بحكمة تشريعية نعم بقوس الصعود والتكامل هناك عنده اوامر وعنده نواهي يريد الطاعة ويكره المعصية تمول وليس الهتك ويني قال وارادة القبيح قبيحة وكذا ترك ارادة الحسن وللامر والنهي يعني الدليل هكذا وارادة القبيح قبيحته. يعني من يريد القبيح فارادته قبيحة وكذا ترك ارادة الحسن تاركو ارادة الحسن قبيحة وللامر والنهي يعني هذا دليل اخر وللامر الله تعالى له حكمة وحيانية تشييع حكمة واحيانا يعني اه منها التشريع اوامر والنواهي فهذا خير دليل على انه يحب الطاعة ويكره المعصية. اقول ذهب مذهب المعتزلة ان الله تعالى يريد الطاعات من المؤمن. يكتب الله هنا التشريعية من المؤمن والكافر سواء  وقعت او لا? وقعت او لا? اكتب تحتها مقتضى الحكمة التشريعية ان يكون المكلف مختارا يفعل او لا يفعل مقتضى الإلزامات حكمة الزمت ان يكون المكلف مختارا والا لا معنى لهذه الالتزامات تلزم نتا الحجر لا معنى لها. تلزم الحيوان بالغريزة لا معنى له تلزم المجبور لا معنى لها. اذن تلزم من كان مختارا قد يلتزم وقد لا يلتزم سواد وقعت او لا هذه حكمتها ان الإلزامات تلازم دائما الإختيار ويكره المعاصي سواء وقعت او لا التحليل هو التحليل وقالت الاشاعرة كل ما هو واقع فهو مراد سواء كان طاعة او معصية اذا كان المراد هنا المراد التكويني هناك لا معصية ولا طاعة تلي باب انتفاء الموضوع اذا كنا في ارادة التشريع فلا معنى ان يريد الله تعالى المعصية كيف يريدها وينهى عنها والدليل على ما ذهب اليه المعتزلة وجهان. الأول انه تعالى حكيم لا يفعل القبيح على ما تقدم فكما ان فعل القبيح قبيح فكذا ارادته قبيحة. نعم وكما ان تركي الحسن قبيح فكذا ارادة تركه قبيح هذا الدليل الأول على ما بناهم لان الحسن قبح الذاتية الدليل الثاني انه تعالى امر بالطاعات. نعم. الاوامر كما قال المحقق التونسي في المتن وللامر والنهي انه تعالى امر بالطاعات ونهى عن المعاصي والحكيم انما يأمر بما يريده لا بما يكره وينهى عن عما يكره لا عن ما يريده. نعم. فلو كانت الطاعة من الكافر مكروهة لله تعالى لما امر بها. ولو كانت المعصية مرادا لله تعالى لما نهى عنها يعني اشارة الى النظمة التشريعي وكان الكافر مطيعا بكفره وعدم ايمانه. نعم اذا كان الله تعالى يريد المعاصي. لانه فعل يعني لان الكافر فعل ما اراده الله تعالى منه وهو المعصية وامتنع عما كرهه الله تعالى وذلك باطل قطعا وذلك ان يرد عليهم وذلك باطن قطر. هذا كل ناتج من ماذا ناتج ان الامور غير مفككة يعني الاشاعري لم الاشاعري لم يفكك بين نظام التكوين ونظام القيم لم يفككوا بين قوس النزول وقوس الصعود لم يفككوا بين النظم التشريعي والنظم الطبيعي يعني القيم الطبيعية انهم يفككوا بين القيم في دائرة الانسان والقيم في دائرة الله نقيم في دائرة الله هي مصدر القيم يعني قيم مطلقة يعني الله خير مطلق نعم فلا لا يتموضع في دائرة القبيح من باب السريفا بنتي فهاد الموضوع هذه الامور كلها اه عدم التفكيك بين الجبر والقضاء والقدر هذه الامور كلها غير مفككة في ذلك الزمان كانت العلوم ما زالت متهرية ركيكة. الان لا هذه الامور كلها اتضحت واتسقت وتنظمت فتنظم العقل معها قال وبعض الافعال مستندة الينا والمغلوبية غير لازمة والعلم تابعون. نعم يأتي الان الى ادلة من? ادلة من يؤمن ان الله تعالى يفعل القبيح او يريد المعصية خلط بين النظم التكويني والنظم التاش ريعي نظم التكويني يشمل قوس النزول يعني قوس الخلق واعطاء الاستعدادات</w:t>
      </w:r>
    </w:p>
    <w:p>
      <w:r>
        <w:t>وقرص الصعود النظم التشريعي والقيمي ما عنده علاقة بقوس النزول عندو علاقة فقط فالتكامل يعني التدرج في الكمال فيأتي الاختيار تأتي المسؤولية تأتي الالزامات اقول لما فرغ المصنف من الاستدلال شرع في ابطال حجج الخصم. الخصم وهي ثلاثة. الاول قالوا الله تعالى فاعل لكل موجود هذا نظم تكويني نصب تكويني. انا الان اطبق لكم التفكيكات لما فرغ فرغ من الاستدلال شرع في ابطال حجج الخصم وهي ثلاثة. الاولى يعني الحجة الاولى الله فاعل لكل موجود بنظام التكوين اما في نظام التشريع لا معنى ان يفعل المعصية. قوس النزول نعم فتكون القبائح مستندة اليه. قباح اي في قوس بقوس التكوين ام قوس الصعود والقيم اي بارادته والجواب ما يأتي من كونه بعض الافعال مستندة الينا يعني هذا جواب اه المحقق الطوسي وبعض الافعال المستندة الينا اه اه اكتشف تفكيك الماء ما هو اولا حسن القبح في دائرة قوس التكامل يعني في دائرة القيم واذا قلنا قيم يعني في تكامل في الزامات وحتما هناك اختيار وهناك مسؤولية. فالاختيار ركز عليه المحقق التونسي وبعض الافعال مستندة الينا يعني ليست مستندة الى الله تعالى هنا هذا التفات جميل لماذا يلتفتون الى بعض التفكيكات الا انهم لم يفككوا طبيعة الابحاث تجرهم الى هذا الا انهم لم يفككوا هذه التفكيكات حتى المطالب تتضح وتتجلى جميلا لدى العقل والجواب ما يأتي من كون بعض الافعال مستندة الينا. يعني انتم خلطتم بين بين آآ نظم التكويني والنظم التشريعي الحسن والقبح اولا في النظم التشريعي النظم التشريعي القيم تتعين بالزامات يعني الانسان هو الذي يمارسها ليس الله وباختياره فتنسب اليه ثانيا ان الله تعالى لو اراد من الكافر الطاعة يعني هذا دليل الثانية ان الله تعالى لو اراد من الكافر الطاعة والكافر اراد المعصية وكان الواقع مراد للكافر لزم ان يكون الله تعالى مغلوبا كذلك خلط بين التكوين والتشريع في نظام التشريع ما معنى للمغلوبية? ما معنى للمغلوبية والغالبية? لماذا? لان طبيعة التشريع قد يتمرد الانسان لانه مختار فاذا تمرد على الاوامر الجاية يعني الله تعالى مغلوب ام هو وقع في في خص في الضلال والغاوية لا ما عندها علاقة بالله تعالى يعني انت الان الاستاذ في الدرس يقول انتم تجتهدون آآ اه تنجحون ما تمرد ما ما اجتهد يعني الاستاذ المغلوب اذا الاشعائر هنا ليست واضحة في ذهنه معنى القيم التشريعية او القيم اخلاقية ليست واضحة مع الأسف الشديد في ذهنه ونحن الان ما زال ندرس هذه الخرافات مع الاسف الشديد نعم في الغرب يدرسون فقط الجديد. ما هو حاكم على المجتمع والقديم يروحون يدرسوه في تاريخ في تاريخ سياقه. يستفيدون تنفيدون من التاريخيات لا يعني انك انت لا تدرس كشف المراد لا تدرس الان. يعني انا اتعجب يتركون الحلقة الثالثة يدرسون الكفاية. انا شخصيا اتعجب لأن باين صاحب الكفاية والسيد الصدر مباني عميقة جدا حدثت للنقيني للكومباني المحقق العراقي ولغيرو وغيرو شيخ الأنصاري واه واه واه ممكن الشيخ الأنصاري قبل صاحب الكفاية. اه المهم فيه مباني جديدة سيد الخوئي فلان السيد الإمام هذه المباني والسيد الصاد كذلك له مدرسة هو فانت تدرس الحلقات وتجعل شروح الكفاية كتاريخ وتطالع. لا بأس اما ان عندك تتأخر عن زمانك ضمير صحيح. يعني انا اعطيك لب المطالب القوية والعميقة فتتربى اه ذهنيتك على هذه القوة فانت اذا طالعت مباني الاشاعرة سريعا تكتشف انها لا شيء ساذجة حموقة نعم  نعم يقول اه ان الله تعالى لو اراد من الكافر الطاعة وللكافر اراد المعصية وكان الواقع مراد الكافر نحن نشاهدها كثير من الكفار يعني لم يلتزموا اصلا لم يؤمنوا لازم ان يكون الله تعالى مغلوبا يعني على مبنى الأشاعرة لما امر الله تعالى الشيطان وهو كان طاووس الملائكة لم يكن شيطانا في ذلك الزمان امره بالسجود لآدم هذا السجود التشريسي. وليس السجود العبودي. وتمرد آآ وقال انا لاسجد على مبنى الأشاعرة الله مغلوب يعني الشيطان غلب الله تعالى. والله كلام عجيب اذ من يقع مراده من المريدين يعني الله الكافر هو الغالب والجواب ان هذا غير لازم لأن الله تعالى انما يريد الطاعة من العبد على سبيل الاختيار. انظر هنا العلامة الحنيف فكك الامر. اولا قال نحن لسنا في نظام التكوين تاني نحن في نظام التشريع في نظام التشريع يعني الزامات معنى الإلزامات ان يكون الإنسان ماذا؟ مختارا ومعنى كل انسان مختارا يعني قد يفعل وقد لا يفعل ولا علاقة لها بالمغلوبية. لان هذا النظم التشريعي النظم التشريعي في الحكمة الالهية هكذا. يعني يعطي فرصة للانسان حتى يكون كريما. لا يكون كريما يكون حقيرا مشانه نعم اه والجواب ان هذا غير لازم لي ان الله تعالى انما يريد الطاعة من العبد على سبيل الاختيار. يعني نحن في النظم التاء التشريعي. طبيعة النظم التشريعي تعطي فسحة للانسان حتى يبرز حسن اختياره حسن نيته ويكون يكون كريما وهو انما يتحقق بارادة المكلف. كما بيناه نحن ولو اراد الله تعالى ايقاع الطاعة من الكافر مطلقا سواء كانت عن الاختيار او اجبار لوقعت. يعني هذا اول قال لو تفيد الامتناع. يعني هذا لو اراد الله تعالى ان يفكك نظام التشريع هذا خطأ الله تعالى لا يفكك نظام التشريع لاجل سهم الاشعري الساذج. لو اراد هذا ما ينقلب نظاما تشريعيا. ماذا ينقلب? ينقلب نظاما تكويني. واذا انقلب نظاما تكويني لا معنى للطاعة. ولا معنى للمعصية في نظام هناك نظام الاسباب مسببات نعم الدليل الدليل الثالث قالوا كل ما علم الله تعالى على اه كل ما علم الله تعالى وقوعه وجب يعني العلم علة تامة للوقوع وما علم عدمهم امتنع فاذا علم عدم وقوع الطعام للكافر استحالة ارادتها مين? والا لكان مريدا لما يمتنع وجوده والجواب ان العلم تابع لا يؤثر في امكان الفعل وقد مر تقرير ذلك العلم تابعون هذا العلم العلم الفعلي وليس العلم الذاتي العلم الذاتي العلم الفعلي مرات بعض الأجوبة ليست في المستوى الله تعالى ما عندو اه علم التابع لان العلم التابع يلزم الانطباع ويلزم يعني كان انسان لا لا لا ابدا الكلام هو هذا ان العلم كاشفية كاشفية فقط لها مدخلية في الايجادة نعم لكن يبقى الايجاد مداره مدار الاختيار وليس مدار العلم بالعلم تنوير نعم. يأتي شخص ويقول انا لم ابصر الطريق فيأتي شخص انوس مصباح تتضح له الطريق هل المصباح دفعه نحو نحو الحركة? لا لما تنور الطريق وابصر الطريق اختياره هو الذي حركه لماذا? لانه عنده اغراظ عقلائية. هذه الاغراض العقلائية تنقلب داعيا في افق ذهنه. هذا الداعي مع الاختيار  يجعلنا يجعلنا يتحرك نحو تحقيق هذه الاغراض العقلائية هاي المسألة فالعلم فلوس وليس اه هو العلة التامة للتحريك الله تعالى يعلم بذاته يعني يخلقها يخلق ذاته اذا كان العلم هو علة تامة</w:t>
      </w:r>
    </w:p>
    <w:p>
      <w:r>
        <w:t>للايجاد يعني الله تعالى يعلم بذاته يخلقها يعلم بكمالاته المتناهية يجعل الكمالات اللامتناية في الوجود لا لخزعبلات وخرافات من هذا العقل الضعيف هذا العقل الضعيف نعم اذا كل هذه الادلة بخلط كبير بين النظم التكويني والنظم التشريعي وبنى الجبر والاختيار ولم يفهم طبيعة النظم التشريعي او النظم القومي النظم القيمي عبارة عن اه نظم يحرك من? يحرك من هو مختار ويتكامل لا يحرك من هو مختار منبع القيم كاله وهذا هذا النظم يتصور فيه التمرد لماذا? لان الطبيعة الزامات ولا معنى للجبر في الزمته. يعني ممكن الانسان يتمرد هذه طبيعة الإلزامات اما طبيعة العلل والمعلومات يعني نظام القضاء والقدر اه البداية التكوينية العامة هناك لا معنى للعصيان لا معنى للشيطان لا معنى للقبيح هناك كله خير وجمال بالمعنى الخير بالمعنى التكويني الميتافيزيقي والجمال بمعنى التكوين  المسألة السادسة فانا فاعلون هنا جميل في هذا الكتاب فككوا بين دائرة الجبر والاختيار ودائرة القضاء والقدر فككوا بين الامرين. القضاء والقدر اين يأتي? يأتي في المسألة الثامنة في القضاء والقدر. هنا فان فاعلون يعني الجبر والاختيار والظرورة قاضية باستناد افعالنا الينا الظرورة هو نكتب اه الضرورة ضرورة الشهود من حيث الإنسان يعني يشاهد نفسه تبادر عفويا وهذا هو الاختيار ومرة نفسر الضرورة هنا ليس بالشهود. ظرورة يعني ان ما تقتضيه الحكمة الالهية في باب القيم التشريعية او الاخلاقية حتما يكون الانسان مختارا اذا لم يكن الانسان مختارا فالنظم القيمي بشقيه الاخلاقي والتشريعي يصير لغوا قد تكون الظرورة حاكمة على ان الانسان يجب ان يكون مختارا حتى هذه الحكمة لا تنقلب اه لغوا هكذا نفسر الظرورة ظرورة من جهة الله تعالى طبيعة النظم القومي التشريعي او الطبيعي لا فرق ان يكون الانسان مختارا. اذا كان الانسان مجبورا فهذه القيم لا معنى لها. فالحكمة الولاية تنتفي. اذا هنا ضرورة ان يكون الانسان مختار الظرورة من الانسان ان يشاهد نفسه في داخله يبادر عفويا. يعني ما في قوة خارجية تدفعه نحو الفعل انتهى الامر فهمنا ما معنى الضرورة? سجلها جيدا المسألة السادسة فان فان فاعلون. والظرورة بشقيها ظرورة التي تتصل بحكمة الله تعالى تشريعية والاخلاقية يعني القيم قاضية حاكمة باستناد افعالنا طبعا الافعال الانسانية هنا الافعال التي لها اه قوامان اه العلم والاختيار باستناد افعالنا الينا. الينا جرم جرم متعلق باستناد اذا هنا الكلام عن ماذا? عن الاختيار اقول اختلف العقلاء هنا فالذي ذهب اليه المعتزلة ان العبد فاعل للافعالي نفسه. يعني والامامية اين امامية وين الامامية احسن يقولون بالامر بين الامرين. يعني بما ان النظم القومي يستدعي الاختيار فعندنا حكمة من هنا يعني عندنا ظرورة من حيث الله تتصل بالله حكمته التشريعية والاخلاقية وعندنا كذلك اه ضرورة في الانسان وهو ان يكون مختارا اذا عندنا امر امران امر انساني وامر الهي. الامر الانساني يعني يتصل بالانسان. اختيار ومن الله تعالى القيم امر بين امرين. يعني هذا الاختيار يجب ان يكون في ذلك القيم فالجبر ينتفي مطلقا التفويض ومعناه. عندك اختيار ولكن لست لست في درجة القيم. مش مرسل مفوضة عليه مرسل هكذا يجب ان نفهم هذه المسألة الجميلة والرائعة. قالوا اختلف العقلاء لان التطبيق طويل والوقت انتهى خليها الى الحصة القادمة ان شاء الله واللهم صلي على محمد وال محمد  ال محمد</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