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رزقنا الله واياكم الاخلاص. وصلنا الى مسألة مهمة جدا والى الان لا زال الحديث عنها مستمرا وهي عولجت قبل الاسلام بقرون وقرون وهي مسألة الاختيار او الجبر هذه المسألة في غاية الاهمية ويجب ان نفكك بين الجبر والاختيار والقضاء والقدر يقول المسألة السادسة في ان فاعلون تعنون ان مختار قالوا والظرورة قاضية باستناد افعالنا الينا الضرورة القضية هنا الظرورة قلت لكم مر نفسرها بالشهود نشاهد انفسنا تبادر عفويا في افعالها. هذا يكفي لاثبات الاختيار مرة لا مرة نلاحظ الحكمة الالهية في باب القيم قيم التشريعية او العامة الاخلاقية العامة لا معنى لهذه القيم والانسان يكون مجبورا لان هذه القيم جاءت لالزام الانسان لتحريك الانسان فهذه القيم يعني هذه الحكمة الالهية التي تتحرك في دائرة القيم التشريعية والطبيعية تستدعي الاختيار لا معنى للقيم بدون اختيار والاختيار دائما يتصور في قوس الصعود وقوس التكامل اذا بالشهود ارى نفسي ابادر عفويا وهذا هو الاختيار يعني انا الان امام الف ولا الف فارادتي تتحرك نحو الف دون لا الف فاختار الف بالمبادرة العفوية لاني اشاهد نفسي هكذا. دليل متين وليس بدليل معاينة معاينة ولهذا يقول والقضية والضرورة قاضية الضرورة يعني الشهود مرة لا اقارب المسيرة من فوق القيم هوية القيم تستدعي الاختيار والا تنقلبوا لغوا لا قيمة لها اقول اختلف العقلاء هنا فالذي ذهب اليه المعتزلة ان العبد فاعل لافعاله نفسه. يعني يبادر عفويا وليس هناك قوة خارجية يجبره على الفعل حتى القوة الالهية لا لأنه خلاف الحكمة واختلفا فاختلفوا يعني المعتزلة فقال ابو الحسين البصري من علماء المعتزلة الظاهر انه كان معاصرا للسيد العلامة العلامة السيد المرتضى يقول ان العلم بذلك ضروري يعني شهودي وهو الحق الذي ذهب اليه المصنف رحمه الله اذا قاربنا المسألة من باطن الانسان وقال اخرون انه استدلالي لا لا معنى للاستدلال للاختيار لماذا انت اذا بادرت بالاستدلال فقد فعلت اختيارك انت يعني ناتج من اختيارك نعم واما جم بن صفوان فانه قال ان الله تعالى هو الموجد للافعى لافعال العباد واضافتها اليهم على سبيل المجاز هذا بحث في القضاء والقدر وليس بالبحث الاختيار حتى لو اظيفت الينا بالمجاز هذا الاختيار واقعي ام لا واقعي فاذا قيل فلان صلى وصام كان بمنزلة قولنا يعني اه لا فرق بين القيم واه عالم التكوين وهذا اشتباه كبير قلت لكم ان المعتزلة يوظفون مقولات الفلاسفة وهم جهلة بالفلسفة نعم. وقال ضرار بن عمرو والنجار وحفص الفرض وابو الحسن الاشعري ان الله تعالى هو المحدث لها والعبد مكتسب الكسب الاشعري ما معنى? معنى انت تريد والله هو يفعل فانت تكون محل الفعل انت لا تفعل فقط انت تريد لا ادري كيف يفكك بين العلة والمعلول لا يدري الارادة هي تابعة لمن تابعة للعلم والحياة والذات ثم اذا اراد قدر واذا قدر افعل كيف تفكك بين المعلول وعلته لا ادري الكسب هذا لا معنى له مهما حاولت ان تعطيه معنى لا تجد ولهذا يقولون اخفى من كسب الشعر ان الله تعالى هو المحدث يعني هو الفاعل لها للافعال. والعبد مكتسب. ولم يجعل بقدرة العبد اثرا في الفعل بل القدرة والمقدور واقعا بقدرة الله تعالى وهذا الاقتران هو الكسب وفسر القاضي الكسب يعني القاضي البقلاني امام الاشعرية في في عصره كان في بغداد بان ذات الفعل واقعة بقدرة الله تعالى وهذه التكوينية وكونه طاعة ومعصية صفتان واقعة بقذائف العبد هنا هذا التفكيك جميل لان الطاعة والمعصية صفة واقعة بقدرة العبد يعني باختياره لان الطاعة والمعصية دائما في قوس الصعود في قوس التكامل اما التكوين والقضاء والقدر ما عنده علاقة بالاختيار وقال ابو اسحاق الاصفراني الاصفراني من كبار علماء الاشاعرة من الاشاعرة ان الفعل واقع بمجموع القدرتين مجموع قدرة في التكوين هذا وليس في الجبر والاختيار نعم على نحو الطولية. نعم فهذا بحث في التكوين وليس في الجبر ولا الاختيار والمصنف يعني المحقق الطوسي التجأ الى الضرورة ها هنا فاننا نعلم بالظرورة هذا وشو اذن هذا ليس دليل المعاينة فانا نعلم بالظرورة الفرق بين حركة الحيوان اختياريا وبين حركة الحجر الهابط. ذاك فعل بالطبع وذاك فاعل بالاختيار ومنشأ الفرق هو ومنشأ الفرق هو اقتران القدرة في احد الفاعلين به واه اه عدمه في الاخر لا ما عندها علاقة بالقدرة مسألة شهودية لا تحاول ان تقاربها حتى اجعلها غامضة اذا المبنى الصحيح هو الاختيار مع والدليل ما هو? قلت لكم شهود وليس دليل المعاينة وكذلك التحليل وليس دليلا. تحليل القيم الإلهية التشريعية والاخلاقية لا يمكن ان تتعين هذه القيم على بشقيها التشريعية والطبيعية. يعني القيم الاخلاقية اذا لم تكن هناك مسؤولية والمسؤولية تستدعي الاختيار اذا اذا حللت انت التكاليف والإلزامات تصل الى الإختيار هذا هو الامر قال والوجوب والوجوب للداعي لا ينافي القدرة كالواجب هذا بعد يدخل في الإشكالات اشكالات تنتمي لعالم التكوين ما عندها علاقة بعالم القيم. هذا هو الخلط قلت لكم في خلط كبير بين عالم التكوين يعني نظام القظاء والقدر والتشريع قوس النزول قوس الصعود نعم والوجوب للداعي لا ينافي القدرة كالواجب. يعني الانسان اذا كان في دائرة اه فعل ونقيض هذاك الفعل يعني يأكل او يشرب يكتب او لا يكتب يتحرك او لا يتحرك يقول اذا وصل الفعل الف في مقابل لا الف اذا وصل ثمانين بالمئة وبقي عشرين بالمئة حظ لا الف ورجح الف ترجيح بلا مرجح لا يمكن الا اذا كان اه الفعل الف وصل الى مئة بالمئة. يعني صار واجبا اذا صار واجبا فاين الاختيار يصدر بالضرورة هذا خلط بين عالم التكوين عالم القيم نحن نقول يختار الف صحيح وصلت الى المئة بالمئة صار الفعل واجبا. الا ان هذا الوجوب له علله الاساسية منها اختيار الانسان. يعني ايه اختيار الانسان جزء العلة التامة التي تحقق الفعل بالظرورة اقول لما فرغ من تقرير المذهب شرع في الجواب عن شبه شبه الخصم. وتقرير الشبهة الاولى ان صدور الفعل عن من المكلف اما ان يقارن تجويز لا صدوره يعني يصدر الفعل بثمانين بالمئة ويبقى عشرين بالمئة حظا ناقظ الفعل لا الف او امتناع لا آآ صدوره نعم يعني يمتنع صدور المقارن يعني لا الف هذا اذا امتنع اللا الف يعني صار هذا واجبا. واذا صار واجبا صار الانسان مضطرا نعم والثاني يستلزم الجبر يعني مضطر والاول اما ان يترجح منه الصدور على لا صدوره لمرجح او لا لمرجح والثاني يلزم له الترجيح لاحد الطرائفين ممكن من غير مرجح او محال والأول يستلزم التسلسل او الإنتهاء الى ما يجب معه الترجيح وهو ينافي التقدير ويستلزم الجبر</w:t>
      </w:r>
    </w:p>
    <w:p>
      <w:r>
        <w:t>اي طريقة يلزم الجمع نحن نقول هذه الضرورة ناشئة من الفاعل وليست محملة على الفاعل يعني كل موجبات الفعل حاضرة من موجبات الفعل الاساسية اختيار الانسان الانسان جزء العلة هو الذي يحقق ذلك الوجوب وليس الوجوب يعود على الانسان فيجبره. هو يحقق ذلك الوجوب. وهذا الوجوب بالغير والجواب ان الفعل بالنظر الى قدرة العبد ممكن نعم. الفعل دائما ممكن وواجب ان بالنظر الى داعيه وذلك لا يستلزم الجبر. كيف? فان كل قارير فانه يجب عنه الاثر عند وجود الداعي كما في حق الواجب تعالى. فان هذا الدليل قائم في حقه تعالى. ووجه مخلص ما ذكرناه على ان هذا غير مسموع من اكثرهم. حيث جوزوا من القادر ترجيح احد مقدوريه على الاخر من غير المرجح. وهذا جنون وبه اجابوا عن الشبلة التي اوردها الفلاسفة عليهم فما ادري لما كان الجواب مسموع هناك ولم يكن مسموعا هنا اذا الجبر لا معنى له ولان الوجوب وجوب الفعل الناشئ من الانسان نعم. يعني انت الآن امام الكتابة تكتب او لا تكتب ترجح الكتابة ثمانين بالمية وتبقى ثم عشرين بالمية من اللا كتابة هذا الترجيح بلا مرجح تقول لا ازيد هذه العشرين بالمئة يعني نوصلها الى مئة فالفعل يصير واجبا تصير وانت مضطرا. لست مختار او تقل من الاول انا ارجح الفعل مائة بالمائة. فيصير واجبا فتكون انت مضطرا. نحن نقول هذا الوجوب ناشئ من الفاعل باختيارهما اقول والايجاد لا يستلزم العلم الا مع اقتران القصد فيكفي الاجمال اقول هذا الجواب عن شبهة اخرى لهم. وتقريرها هذه الاشكالات كلها جميلة غدا تكتبون بحثا في هذا الامر ومفيد ان عندي صديق معمم حوزوي زايد من العراق انا عندي اقارب يدرسون في الجامعة في بغداد يأتون الي ويقولون اشكالات الملاحدة علينا اوقفتنا عجزنا عن الاجابة فهذه الامور جيد ان تصير ثقافة في التبليغ خصوصا بين النخبة الجامعية نعم الاشكالات هي في العموم اه سهلة واحيانا ساذجة. لكن النخبة اذا لم تكن مثقفة ثقافة عقدية كيف تجيب المسكينة؟ مثلا من هذه الاشكالات نعم اقول هذا الجواب وعن شبهة اخرى وتقريرها ان العبد لو كان موجدا لافعال نفسه لكان كان عالما بها والتالي باطل فالمقدم مثله يعني انت الان اذا اردت ان تكتب حسب الأشعري او المستشكل يجب ان تفهم كل دقائق الكتابة من قال هذا من قال العلم الإجمالي يكفي والا لم نتحرك فيه فعل من افعل مرة لا تكون احاطة علمية تامة بالامر حسب الموارد اقول هذا الجواب عن شبهة اخرى نعم وتقرير الشبهة ان العبد لو كان موجدا لافعاله لكان عالم بها. العلم قطعي لانه هو الذي يحرك الارادة والتالي باطل في المقدم مثله يكون عالما يعني بجميع تفاصيله يقصد نعم هذا غير معقول والشرط هي ظاهرة يعني يجب ان يكون عالما وبيان بطلان التالي ان حال الحركة نفع الحركة الجزئية لا نقولها وانما نقصد الحركة الى المنتهى وان لم نقصد جزئية كالحركة. الجواب العلم اجمالي يكفي اما العلم التفصيلي هذا خاصية لله. واذا اردنا ان نعمل نعلم بالجزئيات نعلم في في دوائر خاصة والجواب ان الايجاد لا يستلزم العلم فان الفعل قد يصدر عنه الفعل بمجرد الطبع كالاحراق الصادر عن النار. يلعن من حلي هو لا يتكلم عن الفاعل بالطبع يتكلم عن فعل مختار كالانسان. لماذا تأتي انت بالطبع? النار والحرارة اه بمجرد الطبع كالاحراق الصادر عن النار من غير علم نار نار ويتكلم على الانسان تشكل على الانسان انه ليس بمختار فلا يلزم من نفي العلم نفي الايجاد. نعم لايجاد مع القصد يعني في الاحراك الانسان. يستلزم العلم لكن العلم اجمالي. هذا الجواب صحيح. اما الجواب الاول خرج عن الموضوع نعم نعم الايجاد مع القصد يعني الداعي يعني انت تعلم ان في الفعل مصلحة هذا يدعي يستلزم العلم العلم بالمصلحة للفعل لكن العلم باجمالي كاف فيه وهو حاصل في الحركات الجزئية بين المبدأ والمنتهى. نعم لا يمكن ان تحمل الناس العلم بالجزئيات ابدا مستحيل فالعلم الجمالي يكفي. قال ومع الاجتماع يقع مراده تعالى الاشكال ما هو? الاشكال يقيس الانسان مع الله تعالى فاعلية الانسان قادرية الانسان اختيار الانسان الا يتموقع في دائرة القادرية الالهية حتما في عرض بعضهما البعض لا يمكن الانسان يكون الها فتكون بنحو الطول نعم اقول هذا ومع الاجتماع اجتماع فعالية الانسان مع فعالية الله يقع مراده تعالى نعم وهذا المراد الذي يقع في صالح الإنسان اقول هذا جواب عن شبهة اخرى لهم وتقرير الشبهة ان العبد لو كان قادرا على الفعل لزم اجتماع قادرا على مقدور واحد والتالي باطل الاجتماع قادر على مقدور واحد باطل فالمقدم مثله. باطل على نحو العرضية اه في شقة اخرى انا حلت طولية لماذا هذا تخفيه بيان الشرطي انه تعالى قادر على كل مقدور سلمنا فلو كان العبد قادرا على شيء لاجتمعت قدرته وقدرة الله تعالى عليه حتما يجتمعان  واما برتان التالي فلأنه لو اراد الله تعالى ايجاده واراد العبد يعدمه فإن وقع المردان او عود ما لزم اجتماع النقيضين وان وقع مراد مراد احدهما دون الاخر لزم الترجيح من غير المرجح هذا كله خلط بين نظام التكوين ونظام القيم نظام التكوين يعني نظام العلية والمعلولية حتما فعليت الله تعالى في دائرة فعالية الله تعالى فاعلية الانسان في ذات فاعليته. هنا بحث في القيم يعني الاختيار اختيار شدادة القيم يا في دائرة التكاليف فالانسان مختار وفاعل وقادر في طول قادرية الله تعالى. لان الحكمة الالهية شاءت في دائرة القيم ان الانسان يكون آآ يكون مختارا. وله الفاعلية والمبادرة والجواب ان النقول يقع مراد الله تعالى لان قدرته اقوى من قدرة العبد وهذا هو المرجح لا استاذنا العزيز العلامة الحلي على آآ جرك الى الفخ المستشكل هادي في الأمور التكوينية امور تكوينية نظام العليا والمعلولية لا يمكن ان يكون الانسان في عرض الذات الالهية داخل في نظام القضاء والقدر العام هنا الكلام في القيم الانسان فاعل وقادر الا انه في طول فاعلية الله وقدرته نعم ليس هذا هو الجواب ان يقع مراد الله تعالى لان قدرته اقوى من قدرة العبد يعني يكون مجبورا سلمت لهم انها فعالية الانسان ملغاة وهذا هو الجبر الذي يريدونه وهذا هو المرجح عجيب. وهذا الدليل اخذه بعض الاشاعرة من الدليل الذي استدل به المتكلمون على الوحدانية. وهناك يتماشى لتساوي القدرة الالهيين المفروضين. اما هنا فلا نعم المهم مشاعر استدلوا على هذا الامر اه على اثبات الوحدانية اه معناه والله اذا كان قادرا والاله الثاني كان قادرا فحتما يخضع اله آآ قدرة او قدرة الاله الثاني لقدرة الاله الاول. نحن نقول كيف هي الاشعري يخضع وهو اله يخضع لو كان مخلوقا ممكنا اذا كان الها كيف يخضع تبني على الخراب فتستخرج الخراب</w:t>
      </w:r>
    </w:p>
    <w:p>
      <w:r>
        <w:t>اذا الجواب الصحيح هو هذا بنظام القضاء والقدر سيأتي سيأتي بحثه بالتفصيل الان في دائرة القيم يعني المبادرة العفوية الانسانية الانسان يبادر في نظام القيم يبادر في دائرة القيم الالهية يعني ليس مرسلا ومسترسلا  حاكمية القومية الإلهية موجودة حاكمة نعم حتى لو تمرد على القيم تمرد باختياره لان هذه هي القيم القيم تعطي فرصة للانسان ان يبرز كرامته يبرز شأنه في الخير وهو لا يريد هذا شأنه اذن ومع الاجتماع اجتماع الفاعلية الانسان مع فعالية الله يقع مراده تعالى نعم مراده النهائي يقع نعم لكن الانسان ليس فاعلا فعل في قصي الصعود قال والحدوث اعتباري. هذا جوابا عن شبهة اخرى ذكرها قدماء الاشاعلة. وهي ان الفاعل يجب ان يخالف فعله في الجهة التي بها يتعلق فعلها والحدوث نعم يجب لان الشيء ما لم يجب لن يوجد. ونحن محدثون فلا يجوز ان ان نفعل الحدوث لا اله الا الله محمد رسول الله يعني انت اذا كنت حادثا يعني ليس لك الفاعلية يعني لا تكتب شهود شهود شهود يبطل هذه الخرافات الان احدثت الكتابة الله تعالى هكذا خلقك في نظام القضاء والقدر خلقك ان تبادر باختيارك بعد علم اختيار ثم تفعل القدرة يتحقق الفعل سميه انت الاحداث الحدوث لا مشاحة في المصطلحات وتقرير الجواب ان الفاعل لا يؤثر الحدوث لانه امر اعتباري. الحدوث يعني يخرج الشيء الى الوجود هذا هو الحدوث. يعني انا اخرج الكتابة الى التقرر الوجودي نعم باختياري لاني عندي مقدمات هذا الفعل نعم وتقرير الجواب ان الفاعل يؤثر الحدوث لانه امر اعتباري ليس بزائد على الذات والا لزم التسلسل وانما يؤثر في الماهية وهي مغايرة له هذا الكلام صحيح لكن ليس هذا هو مراد الأشعري الأشعري لا يفهم هذه الأمور الحدوث يعني يقصد به الحيثية يعني انت الان اذا اوجدت الكتابة عندك وجود الكتابة وصفة الحدوث. حيثية تحليلية. لا هوية لها. فانت لا توجد الحدوث. فتوجد الكتابة اذا ان وجد الكتابة كانت قطعا ويقينا حادثا ليست قديمة في الاشعري يقول هذا ايجاد الكتابة وليس الحدوث الحدوث لا ينوجد والحيثيات لا تنوجد مستحال تنوجد نعم اذا وجدت قلنا تسلسلت. وانما يؤثر في ما هي الكتابة يعني ما يت الكتابة التي لا تقتضي الوجود ولا عدم ولا العدم يحدثها. يعني ما معناه يحققها هذا فقط وهي مغايرة له يعني مغايرة للحدود ولهذا قال حدوث اعتباري اصلا الاشعري لم يكن في هذا المجال ولا يعرف هذه الامور انت في اذا اوجدت الكتابة لان الكتابة كانت لا تقتضي الوجود ولا تقتضي العدم انت بمقدمات ومنها الاختيار اوجدت الكتابة. يعني الكتابة خرجت الى الوجود فتكون حديثة فانت لم توجد الحدوث امر اعتباري لا تتعلق بهن آآ القدرة  اوجدت الكتابة حتى الله تعالى لا يوجد الحيثيات لماذا? لان الله عاجز ام هي لا تقبل الايجابية? لا تقبل الايجاد. يا علي اذا خلق الله تعالى وردة قلق وارتد ثم عنده الجمل ويعطيها الجمال حيثية لا اذا خلقها واحدثها خلقها جميلا هذا يسموه الجعل البسيط لجعل المركب مستحيل لان الجمال اذا كان له كيان مستقل ويحتاج الى الوردة هو ينوجد ونرى عين الجمل لا نرى شيئا يتصل بالجمال نرى عين الجمال يعني نرى يوسف متصل بالجمل والجبل بجنبه وخرافة ولا الاشعري يفهم هذه الامور. يقول والحدوث اعتباري يعني لا تتعلق به القدرة. من قال ان القدرة تتعلق بالحدوث? تتعلق بالشيء يعني بالماهية نعم وتقرير الجواب ان الفاعل لا يؤثر الحدوث لأنه امر اعتباري يعني دون الجعل ليس بزائد على الذات كما بينت لك الجمال زاد على الوردة. والا لازمت التسلسل لان الحيثيات اذا ان وجدت تسلسلت. وانما يؤثر في ماهية الكتابة. يعني الكتابة تقبل الايجاد وتقبل العدم. عدم الايجاد. ما نكتب ما نكتب اكتب اكتب اذا نحقق الكتابة اذا تحققت حتما تكون ماذا تكون ملفوفة بكثير من الحيثيات ليس فقط الحدوث المعلولية التأخر على فعلي انا كثير من الحيثيات تلازمها وهذه الحيثيات لا يمكن ايجادها. حتى من الله تعالى لماذا? لانها ليس لها قابلية الايجاد قال وامتناع الجسم لغيره اقول هذا جواب عن شبهة اخرى لهم وهي ان لو كنا فاعلين يعني كنا مختارين في الاحداث لصح منا احداث الجسم لوجود العلة المصححة للتعلق للتعلق وهي الحدوث. لا ليس الملاك بالملاك آآ الملاك هو في الخلق هو الحدود لحدوث ميلاكو في في المفعول وليس في الفاعل في المفعول. يعني انت على مبنى المتكلم تقول لماذا الشمس خلقت لانها ملك الخلق هو الحدوث على مستوى الشمس لكن اذا اراد الله تعالى ان يخلق الشمس ويوجدها ثم تتعين بالحدوث تحتاج الى حلال فاعلية ومقدمات هذا هو ملاك الخلق يعني عندك انت ملكان عندك ملاك في نفس الفعل المفعول نفس المفعول يعني ايه الشمس الماء? يجب ان يكون مسبوق بالعدم يعني ملاك الحدوث عند المتكلم عندها الفيلسوف هو الإمكان ثم جيد. احرزنا هذا احرزنا هذا الميلاك بعد يأتي الملاك الفاعلي. عندنا علة فاعلية مختارة قادرة شروط متوفرة. يصدر الفعل قطعا اه قطعا ويقينا. اما ايجاد الاجسام المخلوق الانساني لظعفه الوجودي لا يوجد الحقائق. وانما هو آآ يقولون الانسان المعطي الحركة يعني انت عندك جسم امامك وتنحد. تنحت معنى. يعني تسوي حركات او النجارة تسوي حركات معطي الحركة وليس معطي الوجود ايها المتكلم نعم وامتناع الجسم لغيره لان الانسان ليس من صنخ الفوائد التي تقول للشيك كن فيكون. الا اذا كان وصل الى درجة الفناء في الله كاولياء الله تعالى والمعصومين هذا يمكن. لماذا? لانهم في مرتبة الولاية ولهذا تصدر منهم الولاية التكوينية. اما نحن لا نحن اقصانا ماذا? نعطي الحركة نعطي الحركة ولا نوجد الاشياء اقول هذا جواب عن شبهة اخرى لهم وهي ان لو كنا فاعلين في الاحداث لا صح منا احداث الجسم لوجود العلة المصححة للتعلق وهي الحدوث. هذا ملاك في الجسم اما رحل ملاك الفاعلية في الانسان. يستطيع ان يخلق الاشياء? لا ابدا. وانما هو يعطي الحركة. والجواب ان الجنس يمتنع صدوره عنا لا لاجل الحدوث. نعم ليس من ملاك الحدوث. حتى يلزم تعميم الامتناع انما امتنع صدوره عنا لاننا اجسام يعني نحن في مادة والجسم لا يؤثر في الجسم على ما مرة وانما يعطي الحركة تعطي الحركات فقط. يعني النجار لا يصنع الخشب. يعطي حركات في الخشب. خشبة يجعلها مثلا كرسيا يعني حركات والنحات كذلك لا يصنع الجبس وانما يعطي حركات قال وتعذر المماثلة المماثلة المماثلة في بعض الافعال لتعذر الاحاطة يأتي ان شاء الله بيان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