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باطننا وفي ظاهرنا قال وتعذر المماثلة في بعض الافعال لتعذر الاحاطة اشكال من قدماء من الاشاعرة لا يهم نوعية المستشكل يقول اذا كنا حقيقة اه فاعلين كما تدعون انا الآن كتبت مثلا فاقرأ بقرأ كتبتها بيدي باختياري انا على الورق يقول ان كنت حقيقة اه فاعل ومختارا تكرر الفعل نفسه من جميع الجهات نعم هذا خلط بين ماذا? خلط بين عصر الفاعلية ونوعية الفعل الصادر هذه التفكيكات لم تكن في اذهانهم اصل المبادرة شيء وتعذر تكرر الفعل من جميع الجهات اه مسألة اخرى لماذا? لان هذه الجزئيات لا نحيط بها نحن يعني انا اكتب لك الحرف كما كتبته كما كتبته في المرة الاولى. هذه احاطة انا عندي عجز بشر انا زد على ذلك حتى لو كررت كل شيء لا اكرر الزمن ولا اكرر المكان انا كتبت في ورقة امتلأت هذه الورقة فنذهب الى ورقة اخرى يعني تعذر تكرر المكان وتعذر تكرر الزمن حتى لو صححنا المكان. يعني محينا محونا بمادة هذا السواد وكتبنا في نفس المكان والزمن كيف والزمن يتكرر هذه امور عندها علاقة بالتكوين ما عندها علاقة باختيار الانسان قلت لكم يخلطون بين التكوين وبين ماذا? وبين عالم القيم المهم هو المبادرة اما ان الفعل يكون تماما كما كان في الاول هذا غير معقول. وتعذر المماثلة يعني بان الفعل الاول والثاني الذي كررناه في بعض الافعال لتعذر الاحاطة. معنى هذه الاحاطة حتى لو كانت عنا احاطة الزمان ليس بيدنا اقول هذا جواب عن شبهة اخرى ذكرها قدماؤهم وهي ان لو كنا فاعلين لصح منا ان نفعل مثل ما فعلنا اولا من كل جهة لماذا? لوجود القدرة والعلم والارادة والاختيار والتالي باطل يعني لا يمكن ان نكرر الفعل من كل جهة. حتى الزمان لا يتكرر الزمن سيال راح فالمقدم مثله اذا لم نكن فاعلين وبيان بطلان التالي اننا لا نقدر على ان نكتب في الزمان الثاني مثلنا كتبناه في الزمن الأول. الزمان يختلف من كل جهة بل لابد من تفاوت بينهما في وضع الحروف ومقاديرها وفي الزمان الذي انصرم هذا هو الإشكال وتقرير الجواب ان بعض الأفعال تصدر عنا في الزمان الثاني مثلما صدرت في الزمان الأول اه مثل كثير من الحركات والافعال لكن لا تكون هي هي. لماذا? لان الزمان يختلف وبعضها يتعذر علينا فيه ذلك لا لانه ممتنع. ولكن لعدم الاحاطة الكلية بما فعلنا اولا. فان مقادير الحروف اذا لم نضبطها لم يصدر عنا مثلها الا على سبيل الاتقان اذا كررنا كررنا نعيد الفعل هو هو اما الزمان لا يمكن الزمان لا يمكن نعم اذا هذا خلط بين عالم التكوين كذلك وعالم القيم قال ولا نسبة في الخيرية بين فعلنا وفعله تعالى. هنا حقيقة قال هذا الاشكال من قال لا يهمني المستشكل حقيقة السفاهة علميا نعم بؤس علمي كبير يعني انت الان توجد اذا كنت فاعلا مختارا توجد نورانية الايمان في قلبك تؤمن يعني في اشراقة رائعة نورانية فيك. والله تعالى خلق الخنزير اذا فاعليتك اعطت النورانية والله اعطاه الخنزير الخنزير الذي يتنفر منه الانسان اذا فاعلية الانسان تكون ابهى واجمل من فاعلية الله تعالى. والله هذه سفه سفاهة معرفية كبيرة جدا وبؤس معرفي كبير جدا. لان الخنزير ينتمي لعالم التكوين والايمان في عالم القيم نعم ومن قال ان الخنزير قبيح قبيح بالنسبة الى الطبيعة الانسانية في بعض امورها. يعني لا تأكله فقط نعم لانه لا ينسجم مع طبيعتك الان يضعون على لحم الخنزير الكوكاكولا فيخرج الدود من من لحمه فالله تعالى يريد ان يقي الانسان من هذا من هذا الحيوان. اما الحيوان في عالم التكوين لا قبيح ولا ولا شر من افعال الله تعالى الحسنة لكن بالنسبة الى طبيعة الإنسان لا يليق بطبيعة الإنسان فيأتي التحريم نعم ولا نسبة في الخيرية بين فعلنا وفعله تعالى. كيف? اقول هذا جواب عن شبهة اخرى لهم. قالوا لو كان العبد فاعلا للايمان. وهو اشراقة نورانية في باطن الانسان لكان بعض افعال العبد خيرا من فعله تعالى لان الايمان لان الايمان هذا بيان للملازمة اه لان الايمان خير من القردة والخنازير والتالي باطل نعم بالاجماع فالمقدم مثله كيف يعني الايمان خير من القردة خنازير على عالم التكوين والايمان عالم العروج وعالم القيم قلت سفهة علمية? والجواب ان نسبة الخيرية هنا منتفية. سليمة بنتي في هذا الموضوع لانكم ان عنيتم بان الايمان خير انه انفع فليس كذلك لان الايمان انما هو فعل شاق مضر على البدن ليس فيه خير عاجل وان عنيتم بانه خير لما فيه من استحقاق المدح والثواب به بخلاف القردة والخنازير فحينئذ لا يكون الايمان خيرا بنفسه وانما الخير هو ما يؤدي اليه من غاية يعني هي رضا الله والحياة الطيبة من فعل الله تعالى يعني حياة طيبة ورضا الله بالعبد وهو المدح والثواب. وحينئذ يكون المدح والثواب خيرا وانفع للعبد من القردة والخنازير لكن ذلك من فعله تعالى وليس من فعل الانسان واعلم ان هذه الشبهة ركيكة جدا اذا كانت ركيكة وسفاها لماذا تأتي بها شيخنا العزيز وانما اوردها المصنف رحمه الله هنا لان بعض الثانوية اورد هذه الشبهة لها ضرار بن عمرو فاذعن لها والتزم بالجبر لاجلها تبا له وتبا للثانوية نعم اذا الخنازير في عالم التكوين نظام القضاء والقدر كل ما صدر عنه الله تعالى خير. لكن في نظام القيم والعروج اكل من هذا الخنزير لا يليق آآ بين الحقيقة الانسانية في عروجها نحو الله تعالى فيأتي التحريم يأتي التحريم قال والشكر على مقدمات الايمان. قال هذا جواب عن شبه اخرى لهم. قالوا لو كان العبد فاعلا للايمان لما وجب علينا شكر الله تعالى عليه يعني سبحان الله يعني انت اذا بادرت بمبادرة عفوية باختيارك وتصدقت على الفقير واكتسبت نورانيا وترقيت. يعني ما تشكر الله تعالى حتى لو كنت مختارا هو وفقك بما يسمى بادبيتنا العقدية اه الاوطاف الخاصة نعم الهداية التكوينية الخاصة ساق هذا الفقير اليك حتى انت تتصدق وترقى. تشكر الله تعالى. ما الملازمة بين اختيار الانسان وعدم الشكر? والله لا ادري. نعم والتالي باطل بالاجماع فالمقدم مثله والشرط هي ظاهرة في انه لا يحسن من اشك شكر غيرنا على فعلنا. والجواب ان الشكر ليس على فعل الايمان. بل على مقدماته يعني على التوفيق من تعريفنا اياه وتمكيننا منه وحضور لاسبابه يعني ماجي هذا الفقير امامنا والاقدار على شرائطه هذه الامور وهذا ما عنده علاقة بالشكر</w:t>
      </w:r>
    </w:p>
    <w:p>
      <w:r>
        <w:t>ونتكلم عن الاختيار. هل الانسان يبادر في الصدقة عفويا ام يدفعه شيء بالجبر ويجبره ما ادري والله هذه السفاهات قالوا والسمع متأول ومعارض بمثله والترجيح معنا. يعني هنا يأتون بالحكمة الوحيانية الحكمة الوحيانية فيها كثير من الآيات في ظاهرها آآ الجوابر وهي لا هي تتكلم في نظام القضاء والقدر. هم تصوروا انها في نظام الجبر والاختيار. يا في القضاء والقدر تتحرك هناك تريد تبين ان كل نظام الوجود يخضع قاعدة العليا والمعلولية هذه يسمى الهداية التكوينية العامة نعم اقول هذا جواب عن الشبهة الشبهة النقلية بطريق اجمالي يعني دخلنا في الحكمة الوحيانية وتقرير الشبهة انهم قالوا قد ورد في الكتاب العزيز ما يدل على الجبر كقوله تعالى الله خالق كل شيء خالق كل شيء عندها علاقة بقوس النزول والاختيار عنده علاقة بقوس الصعود. عدم التفكيك بين القوسين اوقعهم في هذا الخطأ والخالقية تنتمي الى نظام القضاء والقدر ليس له علاقة بالاختيار. يعني اذا خلق الله الانسان وجاءت القيم هناك تعين اختياره تعين اختيار اين في التفعيل نحن نتكلم عن التفعيل تفعيل الاختيار نعم والله خلقكم وما تعملون ختم الله على قلوبهم من يرد ان يضله يجعل صدره ضيقا حرجا هذه كلها تدخل اين? في نظام القضاء والقدر ما عنده علاقة الجبر والاختيار والجواب ان هذه الايات متأولة. يعني نعمل التأويل لا ما تحتاج الى التأويل اذا فككت بين قوس النزول وقوس الصعود وبين نظم التكوين ونظم القيم والتشريع. المسألة تتحل لوحدها. نعم وقد ذكر العلماء تأويلاتها في كتبهم وايضا معارضة بمثلها. يعني في ايات اخرى تدل على ماذا? على الاختيار. وقد صنفها اصحابنا على عشرة اوجه اذا الايات التي تدل على الاختيار تتكلم في ماذا? في نظم القيم نعم احدهما الايات الدالة على اضافة الفعل الى العبد كقوله تعالى فويل للذين يكتبون الكتاب بايديهم. صريح ويل يعني عقاب اي اذا في قوس الصعود يتبعون الى الظلم حتى يغيروا ما بانفسهم بل سولت لكم انفسكم تطوعت له نفسه من يعمل سوءا يرزى به كل نفس بما كسبت رهينة وكل امرئ بما كسب رهين وما كان لي عليكم من سلطان الا ان دعوتكم فاستجبتم لي. كلها في قوس الصعود يعني كلها في قوس القيم هناك يتعين تعيين الاختيار وبالتالي هي هناك تعاقب وتحاسب لماذا ان المسؤولية والمسؤولية بدون اختيار لا معنى له تاني الايات الدالة على مدح المؤمنين على الايمان ودفع الكفار اه ودم الكفار على الكفر والوعد والوعيد كقوله تعالى اليوم تجزى كل نفس بما كسبت. قوس الصعود وقوس القيم نعم اليوم ترجون بما كنتم تعملون. قوس القيم. وابراهيم الذي وثق قوس القيم ولا تزر وازرة وزر اخرى قوس القيم لتجزى كل نفس بما تسعى قوس القيم هل تجزون الا ما كنتم تعملون؟ قوس القيم من جاء بالحسنة فله عشر امثالها. قوس القيم. من اعرض عن ذكري قوس القيام. اولئك الذين اشتروا الحياة الدنيا ان الذين كفروا بعد ايمانهم هادي كلها قوس الاختيار يعني قوس القيم هناك الانسان المسؤول حتما لماذا مسؤولين ومختار الثالثة الآيات الدالة على تنزيه تعالى افعاله تعالى عن مماثلة افعالنا في التفاوت والاختلاف والظلم كقوله تعالى ما ترى في خلق الرحمن من تفاوت هذا له علاقة بالتكوين نظام الاسباب والمسببات ليس له علاقة بالجبر والاغتيال الذي احسن كل شيء خلقه عنده علاقة بالقضاء والقدر والكفر ليس بحسن وكذا الظلم الكفر والظلم ليس له علاقة بالاشياء. علاقة بالقيم ايه الظلم والحسن نظمن نظم الحسن نظم والظلمة خلاف النظم. وما خلقنا السماء والارض وما وما بينهما بالحق. هنا الحق التكويني عليه نظام القضاء والقدر ما عنده علاقة بالجبر والاختيار ان الله لا يظلم مثقال ذرة. هنا بحث القيم يعني في نظام القيم الله تعالى لا لا يتعين بالقيم التشريعية والاخلاقيات يكون في هذا هذه قيم الظلم نعم تنزيه الله تعالى وما ربك بظلام للعبيد تنزيل الله تعالى في ذات القيم وما ظلمناهم تنزيل الله تعالى في ذات القيم ولا ظلم اليوم تنزيل الله تعالى في دائرة القيم ولا يظلمون فتيلا كذلك عدالة في دائرة القيم وحتى ذا التفكير كان جميل بين نظام القضاء والقدر ونظام القيم كل شيء يتضح واختيار الانسان يتأكد والتناغم مع الارادة الالهية والارادة الانسانية هكذا يجب ان نفهم هذه الحكمة الوحيانية نعم الرابع الايات الدالة على ذم العباد على الكفر. الكفر قيم. والمعاصي قيم. والتوبيخ على ذلك قيم. كقوله تعالى كيف تكفرون بالله? هذه قيم قيم عقدية وما منع الناس ان يؤمنوا اذ جاءهم الهدى الهدى قيم نعم فيكون الاختيار ضروريا وماذا عليهم لو امنوا بالله واليوم الاخر? ايمان قيمة عقدية وما منعك ان تسجد قيمة عملية يعني قيمة عملية عبادية فما لهم عن التذكرة قيمة كذلك لان تذكر اه حتى الانسان يلتزم عقديا وعمليا لم تلبسون الحق لما تلبسون الحق بالباطل فعل قيم نعم لم تصدون عن سبيل الله بداية القيم هنا الاختيار يتأكد وهذا لا يعني انه في عرض اختيار الله تعالى لان في نظام القضاء والقدر هناك سنبين ان الاختيار للانسان في دائرة الاختيار الالهي العام بالعكس الانسان اذا تعين بالاختيار لان الله تعالى مختار هذا هو يعني ملاك اختيار الإنسان لأن الله مختار العرفا وظحوا هذه المسألة يقولون اختيار الانسان مجلى اختيار الله تعالى. فبالظرورة يكون الانسان مختارا. الخامس الايات الدالة على التهديد والتخيير. هذه كلها قيم يعني انت يهددك وفق قيم خالفتها وحذرك من آآ قيم خالفتها وخيرك لقيم لان القيم مخيرة كقوله تعالى فمن شاء فليؤمن ومن شاء فليكفر. اي لادارة القيم المشيئة هنا مشيئة قيمية وليست مشيئة تكوينية اعملوا ما شئتم. نعم. لمن شاء منكم ان يتقدم او يتأخر. دائما في ذلك القيم. فمن شاء ذكره فمن شاء اتخذ الى ربه سبيلا قوس الصعود فمن شاء اتخذ الى ربه مأبى سيقول الذين اشركوا لو شاء الله ما اشركنا ولا اباؤنا. هنا المشركون والكفار خلطوا بين نظام التكوين ونظام القيم نعم وقالوا لو شاء الرحمن ما عبدناهم ماذا خلط بين القيم والتكوين. يعني هنا الكافر يغالط يغالط السادس الايات دالة على المصارعة الى الافعال قبل فواتها كقوله تعالى وسارعوا الى مغفرة من ربكم مغفرة يعني قيم اجيبوا دعا الله قيم لان النبي والرسول يدعو للقيم العقدية والاخلاقية والتشريعية. استجيبوا لله والرسول في القيم كل هذه دارت ماذا? الاختيار واتبعوا احسن ما انزل اليكم. الحوس بقيم وانيبوا الى ربكم يعني عودوا عودوا في دائرة الرشد والخير قيم السابع الايات التي حثت على ماذا? التي حث الله تعالى فيها على الاستعانة به وثبوت اللطف منه كقوله تعالى واياك نستعين هذه مسألة تدخل تحت الألطاف الخاصة الهداية التكوينية الخاصة يعني الانسان صحيح مختار لكن يدخل تحت نظام القضاء والقدر العام من دوائر نظام القضاء والقدر هي الألطاف الخاصة. يعني كونك انت مولودا في بيئة موالية</w:t>
      </w:r>
    </w:p>
    <w:p>
      <w:r>
        <w:t>هذا لطف خاص هداية تكوينية خاصة لكن هذا يجعلك انت يجعلك انت مجبورا لا تبقى مختارا حتى لو كنت باموالية ويمكن ان تتمرد كما تمرد الكثير ابناء الائمة وتمردوا ابناء الائمة وتمردوا يعني احسن من هذه البيئة الطاهرة وتمردوا نعم انت في شخصية اروع شخصية كعبد المطلب في عصره هيا قولي نتا هونا عنده ولد ابو طالب وعنده ولد ابو لهب ابو طالب في قمة الطهارة والصفا ابو لهب نزلت فيه اية اذا الاختيار يبقى الاختيار. فهذه الطاف هذه الألطاف الإنسان يجب ان يتناغم معها باختياره اذا لم يتناغم باختياره هذا شأنه نعم واياك نستعين هداية كنية خاصة يعني دائما في قوس الصعود لا تتصور نفسك انت كل شيء نعم انت مختار لكن تحتاج الى اه الطاف الهية. فاستعذ بالله من الشيطان الرجيم. نعم يعني انا كوني كوني مختارا. يعني انا تغلبت على مكائد الشيطان لا تستعين بالله تعالى ويستعيذ بالله من الشيطان الرجيم. استعينوا بالله او لو يرون او لو يرون انهم يفتنون في كل عام مرة او مرتين ثم لا يتوبون ولا هم يذكرون. نعم هذه هي الله تعالى يذكرنا ان فيه هداية تكوينية خاصة. هذه هذه الاوطاف منه هو تعالى وهذا نعمة كبيرة جدا. لماذا? لانه يعلم ان هاد الانسان ضعيف جيد الانسان المختار كان الدين ام لم يكن. لماذا يقول الله تعالى فاما يأتين يأتينكم مني هدى فمن اتبع هداي لا يضله بالعشق. لماذا اذا كنا نحن اه مختارين ما نحتاج الى الشريعة لا ابدا هذا الاختيار اين يجد اناءه في القيم الالهية فهي تعين الله تعالى بحكمة حكمة تشريعية هذا الهدى تشريعي وهدى طبيعي وهي القيم الاخلاقية. نعم ولولا ان يكون الناس امة واحدة ولو بسط الله الرزق لعباده. فبما رحمة من الله لنت لهم ان من الله هذه الهداية التكوينية الخاصة. ان الصلاة تنهى عن الفحشاء والمنكر نعم الانسان اذا التزم بالصلاة يعيش دائرة القيم والبهاء يبتعد عن الفحشاء والمنكر. هذا لا يعني انه مجبور. هذه الطاف تشريعية لان النوبة النبوة اصل النبوة من مصادق اللطف كما سيأتي بيانه نعم. الثامن الاية الدالة على استغفار الانبياء. ربنا ظلمنا انفسنا نعم وجمال جدا هذا جمال يعني مهما كان الانسان امام الله تعالى لا يرى نفسه الها ربا دائما يستغفر له حتى يستذر اللطف الالهي هل هذا يعني انه ليس بمختار سبحانك اني كنت من الظالمين ومن بعد الانسان دائما يستعين بالله تعالى ربي اني ظلمت نفسي هذا الانسان هذا لا يعني انه ليس بمختار رباني اعوذ بك ان اسألك ما ليس لا به ما ليس لي به علم. معلش دائما نحن نريد ان الله تعالى يكون معنا ويلطف بنا. وهذا لا يعني انه ينسي الاختيار ابدا الجبر مستحيل التاسع والايات دل على اعتراف الكفار والعصاة بالنسبة للكفر اليه. كقوله تعالى ولو ترى اذ الظالمون مو اذ الظالمون موقوفون عند ربهم الى قوله بل كنتم مجرمين اهي الاية صريحة انه في مسؤولية وبالتالي في اختيار. اذا كل هذه الايات التي جاء بها اه المحقق التونسي تدل على الاختيار ونعم الاختيار جمع كل هذه الايات هنا نعم وقوله ما سلككم في سقر قالوا ان لم نكن من المصلين. يعني نحن ما كنا في مستوى المسؤولية وما حركنا هذا الاختيار في اتجاهه الصحيح. ها اعتراف بالاختيار نعم والمسؤولية نعم كلما القي فيها فوج سألهم سألهم خزنتها الم يأتكم الذين قالوا بلى قد جاء لنا دين نعم فكذبنا وقلنا لم لم ينزل الله من شيء ان انتم الا في ضلال مبين. ثم الاية ماذا تقول فاعترفوا بذنبه نعم فاعترفوا بذنبهم. نعم اذا هذه كلها تدل على ماذا? على المسؤوليات. العشر الايات دل على التحسر والندامة على الكفر والمعصية وطلب الرجعة كقوله تعالى. وهم يسترخون فيها. ربنا خرجنا منها. ها يعني ندموا على سوء الاختيار. رب ارجعون كان ينظر ارجع لي حتى افعل حسن الاختيار ولو ترى اذ المجرمون ناكسون اه رؤوسهم. او تقول حين ترى العذاب لو ان لي كرة اعود مرة ثانية. لماذا تعود? حتى تفعل الاختيار الحسن اذا انت كنت في اختيار سيء هذه كلها تدل على الاختيار. الى غير ذلك من الايات الكثيرة وهي معارضة لما ذكروه على ان الترجيحية ليست معارضيك تحكي عن الامور التكوينية نعم على ان الترجيح معنا لان التكليف انما يتم باضافة الافعال الينا يعني التكليف لا معنى الا اذا كنا نحن آآ مختارين انظر يقول لان التكليف انما يتم يعني فلسفة التكليف قائمة بماذا قائمة بالاختيار باظافة باظافة الافعال الينا. هذي بينتها انا وما كنت ادري انها موجودة في كلام العلامة الحلي. انظر لان التكليف يعني كل القيم التشريعية والاخلاقية. انما يتم انما يتم او انما يتم باضافة الافعال يعني بالاختيار. اذا انزع الاختيار من انسان تصير هذه القيم التشريعية والاخلاقية لغوا وكذا الوعد والوعيد والتخويف والانذار كلها لا قيمة لها بدون الاختيار. وانما طول المصنف رحمه الله في هذه المسألة لانها من المهمات حقيقة انها من المهمات الى الان الان مازال الكتب في الغرب تكتب العلم الالهي والاختيار الانساني الحكمة الالهية والاختيار الانساني وو ودراسات قيمة وعميقة. اذا هذه الايات التي جمعها هنا العلامة الحلي رحمة الله عليه اه اه يقول اه على عشرة اوجه نعم الى التاسعة الى العاشرة كلها تدل بالقطر واليقين على الاختيار. نعم المسألة السابعة في المتولد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