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المسألة السابعة في المتولد هذه اصطلاحات المعتزلة جاء بها المحقق الطوسي وقد تكون نافعة في بعض الامور. وحسن المدح والذم على المتولد يقتضي العلم باضافاته الينا. يعني الافعال المتولدة منسوبة الى الانسان. ملاك اه النسبة يعني الانسان انها تتصف بالحسن وبالمدح ما معنى الحسن? كررناه اذا تلبس الانسان بالخير فينعت بالحسن. نقول احسنت يثمنه واذا تلبس بالشر يعني عدم الخير اه نقبحه فيكون فعله في الاول حسنا وفي الثاني قبيحا نعم. اذا هنا نحتاج الى تقسيم الافعال الى الافعال المباشرة والمتولدة وللمقترح اقول الافعال تنقسم الى المباشر كن فيكون والمتولد يعني نفعله بواسطة والمخترع هو المشترك يعني بين المباشر والمتولد. فالاول هو الحادث ابتداء بالقدرة في محلها فقل كن فيكن والثاني هو الحادث الذي يقع بحسب فعل اخر كالحركة الصادرة عن الاعتماد. الاعتماد يعني الميل ويسمونه المسبب ويسمون الاول المسبب ويسمون الاول سببا سواء كان ثاني حادث في محل القدرة او في غير محله والثالث ما يفعل لا لمحل بل قول مختص بنا وثالث مختص بالله تعالى نقول نحن المخترع هو المختص بالله تعالى والاول نحن مثلا انا اكتب بالمباشرة على فعل مباشر والثاني مشترك يعني المتولد هذه قسمة تصورية وانا لا آآ اه تحسس كثير من هذه الامور لان هذه الامور عن فلسفية كلها تجاوزت نعم الافعال في الحكمة مقسم بتقسيم خارق وجميل هذا بحث المعتزلي وهم يؤسسون نسقهم العقدي جاؤوا به هذا التقسيم واعلم ان الناس يعني العلماء اختلفوا في المتولد هل يقع بنا ام لا? يعني نحن فاعلون له ام لا? المحقق التونسي يقول نحن فاعلون للمتولد. لماذا? لانه يتصل بالحسن ويتصل المدح والذب اذا اتصف الفعل بالحسنى او الذم فهو منسوب الى صاحبه يعني الى فاعله فجمهور المعتزلة على انه يعني المتولد من فعلنا كالمباشر وقال معمر لانه انه لافع لا فعل للعبد الا الارادة لا ادري لا ادري يعني الانسان يفعل الارادة لا ادري كيف يفعل الارادة لا ادري انا الارادة قوة عقلية في الانسان يعني من تعينات العقل الانساني الادراك الحقيقة والارادة هادي بنية انسان كيف يوجد الارادة؟ خربطة هادي انا لا افهمها. وما عداها وما عدا الارادة من الحوادث فهي واقعة بطبع المحل يعني المحل هو يعني انت اذا كتبت انت فقال تفعل بالارادة يعني تريد الكتابة. الكتابة تحققت كيف لان الورق بطبع الورق يحدث فيه هذا الفعل. وهذا كله خلط بين العلل المعدة والعلل الفاعلية مع الاسف الشديد نعم آآ يعني هذا معمر لا ادري معمر القذافي لا ادري من هو اه اذا كان الانسان يفعل الارادة والمواد تقبل يعني انا ممكن اكتب على القمر انا افعل الارادة والقمر اه تنتاقش فيه الكتابة لا ادري كيف يفسر هذه المسألة نعم والانسان عنده جزء في القلب توجد فيه الارادة الإنسان عنده جزء في القلب توجد فيه الإرادة وما عداها يضيفه الى طبع المحل. جزء في القلب ما هو هذا الجزء في القلب قلت لكم الارادة هي عقل يعني تعين من تعينات العاقلة الانسانية يعني هذه المرتبة الشريفة في الانسان سميها القلب ما عندي مانع من حيث التسمية هذه مرة تكون في دائرة الادراك الحقيقة مرة تكون في دائرة الفعل اذاعة الادراك عاقلة مدركة للحقيقة في دائرة الفعل عاقلة مريدة يعني الارادة فهي بنية انسانية لا تنوجد ابدا وقال اخرون لا فعل للعبد الا الفكر نعم يعني هذا قال الارادة وذاك قال الفكر ما ادري وهم بعض المعتزلة وقال ابو اسحاق النظام استاذ الجاحظ ان فعل الانسان هي الحركات الحادثة فيه بحسب دواعيه والانسان عنده هو شيء منساب في الجملة اذا كان يقصد ان الانسان معطي الحركات فهذا صحيح اذا كان هذا قصده الانسان لا يوجد لا يقول كن فيكون نعم اذا سمعت من عرفاء اولياء كبار كالمعصومين انهم اوجدوا هذه بقدرة ملكوتية وليس بقدرة طبيعية. بالقدرة الطبيعية الانسان معطي الحركة نعم يعني امير المؤمنين في المعركة وهو يتجلى كانسان طبيعي. ولا يتجلى كولي اذا تجلاك ولي بدعاء راح الامر بولايته بنوره بنوره اصلا ما يصمد امامه اه الشيء واذا اقتضى الامر والمصلحة يفعل كما في غزوة هذه الباب باب خيبر نعم نزعا بقوة ملكوتية اما في الامور الطبيعية لا ياخذ السيف ويقتل كما يقتل جميع جميع الابطال والجنود يعني يعطي الحركة لا يقول الانسان مت فيموت مت فيموت لا يظرب معطي الحراك اذا كان مقصود النظام وهو كان اعقل المعتزلة ان الانسان يعطي الحركة نعم فكلام صحيح بالمعنى الفلسفي فهو له داعي لا يفعل ويعطي الحركة. يعني النجار لا يوجد الخشب. يعمل حركات في الخشب يصنع لك كرسيا من ظده والنحات كذلك معطي الحركة الانسان لضعفه لانه الجسم يعطي الحركة. ولا يقل كن فيكون. لكن في النفس الراقية في الفكر الناس هناك تشرق كن فيكون. لماذا? لان النفس من بعد ملكوتي نعم والارادة والاعتقادات حركات القلب وما يوجد منفصلا عن عن الجملة كالكتابة وغيرها فانه من فعله تعالى بطبع المحل على مبنى النظام من اين تدرسه لا تجد له الحل. نعم. وقال ثمامة يا الله على العلامة الحلي يعني مستوعب كل هذه الخرافات نعم الله يكون في عونك يا العلامة الحلي وقال ثمامة ان فعل الانسان هو ما يحدث في محل قدرته نعم فاما في فعل الانسان يحدث في قدرة الانسان وما تعدى محل القدرة فهو حادث لا محدث له. اه ولا او لا محدث له او محدث له. وفعل لا فاعل له. وما ادري  والله انا اصلا لا افهم هذه الامور حتى اجيب عنها وقالت الاشعري وها هما اعقل اهل السنة المتولد من فعله تعالى. لانهم يقولون بالكسب والجماهير من المعتزلة التجأوا في هذا المقام الى الضرورة نعم الانسان اه ينسب اليه الفعل المتولد بالضرورة بالشهود نعم فانا نعلم استناد المتولدات الينا كالكتابة والحركات وغيرها من الصنع الضرورة يعني الشهود نعاين ولا نستدل ويحسن منا مدح الفاعل وذمه كما في المباشر كما قال المحقق التونسي في المتن والمصنف رحمه الله استدل بحسن المدح والذم على العلم بان فاعلون يعني على العلم على المعرفة وبانا فاعلون. يعني كيف عرفت اننا نحن وعلمت اننا نحن فاعلون في المتولد يقول للحسني والذام بان على العلم بانا فاعلون للمتولد لا عليه لان الظروريات لا يجوز الاستدلال عليها نعم الشهود جهود معاينة وليس استدلال. نعم يجوز الاستيلاء على كورنيا ضرورية. نعم على كورنيا ضرورية نعم اما على نفسها لا اذا لم يكن هذا الحكم ضروريا. وجماعة من المعتزلة ذهبوا الى انه كسبي</w:t>
      </w:r>
    </w:p>
    <w:p>
      <w:r>
        <w:t>واستدلوا بحسن المدح والذم عليه فلازمهم الدور. لماذا? لان حسن المدح والذم مشروط بالعلم بالاسناد الينا فلو جعلنا الاسلام الينا مستفادة منه لزم الدور نعم. اذا لا اه المتولد ينسب الينا لماذا? لانه ننعت فاعله بالحسن او الذام المهم قال والوجوب باختيار السبب لاحقون هذا كذلك اشكال اقول هذا جواب عن اشكال يولد هنا وهو ان يقال ان المتولد لا يقع بقدرتنا. لماذا? لان المقدور هو الذي يصح وجوده وعدمه عن القدر. نعم هذه مسألة قاعدة كلية. الممكن يمكن ان ينوجد ويمكن ان ينوجد. اذا تمت العلة صار ضروريا اذا لم تتم العلة لا ينوجد. هذه قاعدة عقلية لا نقاش فيها نعم وهذا المعنى منفي في المتولد. هنا التطبيق على المتولد هنا المشكل ليس المشكل في القاعدة القدرة تتعلق بالممكن ولا تتعلق بالمستحيل ولا الواجب نعم. وهذا المعنى يعني كون المتولد متساوي النسبة الى الوجود وعدم الوجود منفعة في لان عند اختيار السبب يجب المسبب فلا يقع القدرة المصححة. يا اله الا الله محمد رسول الله نحن دائما نبين هذه القاعدة ان الممكن ممكن بالنسبة الى ذاته لكن بالنسبة الى مقدمات وجوده يعني العلة التامة يكون واجبا. فعندنا لحظات لي حاضن الماهية اه الممكنة التي ستتحقق ممكنة متى تصير واجبة? اذا اجتمعت كل اسباب تحققها. وجوب الغير وجوبهم بالغير وجوبهم سابق ما عنده علاقة دي علاقة بالاختيار او عدم الاختيار مع الاسف الشديد نعم انظر هذه وهذا المعنى منفي في المتولد. لماذا؟ لأن عند اختيار السبب يجب المسبب فلا يقع بالقدرة المصححة. لا بالعكس هذا الاختيار يعني الذي دفع طرف المقابل. يعني انا اريد الكتابة ولا اريد الا كتابا فاللا كتابة تنتفي بالعلة التامة فهذا الاختيار هو الذي يولد القدرة. فالقدرة تابعة للاختيار الذي جاء بعلم ودراية فالقدرة التابعة فلا تنتفي بالعكس تتعين اذا فهمنا المسائل هكذا نفهم كثير من الامور التكوينية والعقدية طريقة بطريقة جديدة. اذا جيدة. اذا القدرة تابعة للاختيار ليس الاختيار هو الذي يدمر القدرة. والجواب ان الوجوب في المسبب. عندي اختيار السبب وجوب لاحق. اذا فسرناه بالضرورة بشرط المحمول انا فسرت بالظرورة بالظرورة بالغير. لان كل ممكن حين التحقق ملفوف ضرورتين ضرورة سابقة تحققه بالظرورة ثم اذا وجد اذا وجد موجود بالضرورة هذه تسمى الضرورة بشرط المحمول نعم والجواب ان الوجوب في المسبب في المسبب عند اختيار السبب من الفاعل. وجوب لاحق كما ان الفعل يجب عند وجود القدرة والداعي وعند فرض وقوعه وجوبا لاحقا لا يؤثر في الامكان الذاتي ابدا. والقدرة فكذا هنا لم يفهموا معنى الامكان ولم يفهموا ما معنى الفاعلية ومعنى العلة التامة ما معنى الوجوب بالغير السابق ومعنى الوجوب اللاحق اه الذي هو الضرورة بشرط المحمول نعم الانسان اذا اوجد الشرب شرب الماء فحذر اه الماء والصحة متوفرة امور متوفرة تمت العلاج تم يسرق ثم تقول له انت اشرب مرة ثانية? قل لا. لان الشرب تحقق. هذه الضرورة بشرط المحمولين. يعني رفع العطش صار ضروريا هذه الامور كلها ليست واضحة لا في النسق الاشعري ولا في النسق الاعتزالي هذه جاءت من الحكماء وادخلها المحقق التونسي يعني براديم يختلف مباني تختلف قال والذم في القاء الصبي عليه لا على الاحراق هنا يستشكل على فعل المتولد انه ليس منسوبا الى الانسان. يرمي صبي بالنار من احرق الصبي النار اذا هذا الانسان بريء من هذا الالقاء يقول والذم في الالقاء في القاء الصبي عليه يعني على الملقي لا على الاحراق الاحراق امر تكويني هناك نظام قضاء وقدر اقول هذا جواب عن شبهة لهم وهي ان المدح والذنب لا يدلنا على العلم بإسناد المتولد الينا فانا نذم على المتولد وان علمنا اسناده الى غيرنا. فانا نثمن آآ من القى الصلي في النار اذا احترق بها وان كان المحروق. المحروق هو الله تعالى. هذا اذا بنينا على بنينا على على الاشعري نعم رينال الاشعري يقول النار لا تحرق والله هو الذي يحرق والجواب ان الذم هنا على الالقاء لا على الاحراق الاحراق امر تكويني يعني انت نمرود جمع النار في الحلة حتى يحرق ابراهيم  لا قدر لا قدر الله في نظام التكوين احترق ابراهيم. فالناس يلومون النار ام يلومون نمرود? حتى ابراهيم لم يحرق ما يذموا نمرود ما هو ليس من اهل النار نظام تكويني نظام تكويني نعم والجواب ان الذم هنا على الالقاء لا على الاحراق فان الاحراق من الله تعالى عند الالقاء حسن طبعا حسن اكتب هنا قسم تكويني وليس من الحسن التشريعي حتى لا يخلط عليك البحث من حسن التكوين يعني في نظام القضاء والقدر النار في نظام القضاء والقدر. يعني في التناغم التام مع القضاء والقدر وهذا هو الحزن هناك لا معنى للشر لما يشتمل عليه من الاعواض لذلك الصبي ولما فيه من مراعاة العادات هذه العادات. يعني نظام التكوين والقضاء والقدر. وعدم انتقاضها في غير زمان الانبياء تغيير زمن وحتى في زمن الانبياء لا تنقض وانما هناك قانون اخر تدخل. وان النار تبقى في دائرتها. لو القي مع ابراهيم آآ فيل هندي كبير يحرق. بالعباس يحرق لانه ما عنده علاقة بالهداية اما اذا كان عنده علاقة بالهداية كان فينا كان عصى لا تمسه النار نعم هذا قانون لان النار والفيل حين يخضعان لقانون غير قانون قانون الطبيعة يخضعان لقانون يعني الفيل والنار اذا كانت لهما قداسة مع ابراهيم يعني عندهم علاقة بالهداية يخضعن لقانون في نظام التكوين كذلك. حتى هذا القانون الاعجاز داخل في نظام القضاء والقدر نعم ووجوب الدية حكم شرعي لا يجب تخصي صهوب الفعل فان الحافز حافر للبئر يلزمه الدية وان كان الوقوف غير مستند اليه نعم الدية لانه تسبب فقط هذا البحث انتهينا منه وليس له قيمة كبيرة يعني البحث تولد ليس له قيمة كبيرة. القيمة لمن? للاختيار خليني الان الخص المسألة ولا خاص المسألة حتى ندخل في المسألة الثامنة في القضاء والقدر ان شاء الله في الحصة القادمة لماذا قال الامام الصادق عليه السلام لا جبر ولا تفويض بل امر بين امرين الجبر ما معناه الجبر يعني ايه سلب الاختيار للانسان فيكون محلا للفعل هذا خلاف الشهود اننا نبادر بعفوية هادي معاينة وليس دليلا يعني ايه اقوى من الدليل وعندنا كذلك الحكمة الالهية الحكمة الإلهية القيمية في دائرة الأخلاق وفي دائرة التشريع لا يمكن ان يتعين الله تعالى بهذه الحكمة بشقيها التشريعي الطبيعي بدون اختيار لان هذه القيم تحدد المسؤولية للانسان. نعم ولهذا قال من حلي في العبارة السابقة لان التكليف التكليف الطبيعي او التكليف التشريعي انما يتم باضافة الافعال الينا كأنه قال ان التكليف انما يتم بالاختيار المسألة الاولى شهودية المسألة الثانية كذلك شهودية تحتاج الى تحليل فقط اذا كل نظام القيم كل التشريعات والاخلاقية تتبخر لا قيمة لها بدون انتساب الفعل الى الانسان. يعني بدون الاختيار</w:t>
      </w:r>
    </w:p>
    <w:p>
      <w:r>
        <w:t>صلي لماذا اصلي? انا مجبور اصدق لماذا انا اصدق نعم انا مجبور نعم في فيلم وهذا الفيلم اعجوبة فيه كل المباني الفلسفية والدينية. في ثلاث اجزاء اتسوق فيه هناك طائفة اه تعيس ظاهرا من الجن ويؤمنون بالجبر وهذا صاحب الفيلم يريد يبين ان الجبر اه باطل مملوء بالحيثيات الفلسفية والدينية. هو اه بامتياز. فيلم ديني وفلسفي في اسلام فيه صهيونية فيه كثير من الاشياء وهو يتبنى الصهيونية صاحب الفيلم  هذا رئيس الجن امرأة معه خانته باعته الى اه جهة فهو لامها وعاتبها يعني ممكن حتى يعاقبها بالقتل قالت له انا مجبورة انا مجبورة هو يؤمن بالجبر انا مجبورة فبهت الذي كفر نعم انت تؤمن بالجوب وهي خانتك ما عندك حق تلومها لان الجبر لا معنى للقيم لا معنى للمسؤولية لا معنى للمسؤولية اذا الجبر بالشهود باطل اذا حللنا القيم الالهية باطل التفويض ما معناه? يعني انت عندك اختيار. خارج عنهم هذا السلطنة الالهية. وهذا اتعس من مبنى الاشاعرة. اتعس من من من الكفر اه من من الجبر لان الجبر على الاقل يعطي قيمة لله تعالى. يعطي قيمة للسلطة للسلطنة الالهية. هذا لا اخرج السلطنة الالهية من من الوجود اذا يبقى ماذا? يبقى هذا الاختيار في دائرة القيم الالهية امر هو الاختيار والامر الثاني هو القيم  المسألة بين ذاك وذاك يعني الاختيار لوحده مرسل ومسترسل باطل في دائرة القيم يعني في كم دائرة? دائرتان الاختيار والقيم لا الاختيار لوحدي كما يقول المفوضة ولا القيم لوحدها لان لا معنى لها بدون اختيار اذا بقول صاحب الجبر اذا من قال بالجبر القيم تبقى فارغة من قال بي بالتفويض يعني اعطى القيمة القيمة القيمة للاختيار فالغى ماذا القيم الغى القيم فالجبري الغاها صارت لغوا التفويض الغاها صارت لغوا. حتى لا تبقى لغوا وباطنا فيأتي الاختيار آآ ظروري في نظام القضاء والقدر العام. كما سيأتي ان شاء الله. يعني الله تعالى وهو يهندس نظام الاسباب والمسببات جعل الاختيار في نظام التكوين طبعا اذا كان الانسان في دائرة الفعل يكون مختارا ما عنده الا الاختيار وبعضهم قال مجبور على الاختيار. هذا كلام فيه مسامحة. مختار في بنيته له الحق المبادرة. لكن لا يبادر في فراغ. لان الاختيار قيمته في ذات القيم والقيم لا تتعين الى في دائرة الاختيار. هنا جاءت هذه العبارة الجميلة ذات جبرا لماذا? لان القيم تتنافى. اه تتلاشى ولا تفويض لا للقيم اه كذلك تتلاشى فالقيم حتى تتعين فيجب ان يكون هناك الاختيار فالانسان بين الاختيار والقيم لماذا هذه القيم قيودات لماذا? لماذا يا الله انت تقيدنا? اذا ما قيدك الله تعالى فهذا الاختيار يجرك الى بل اضل من الحيوان بل اظل من الحيوان فالحكمة ما هي? فالحكمة ان يتعين بقيم حتى تعطيك انسانيتك وتكون كريما ولقد كرمنا بني ادم نعم فتعرج في مراتب المعنويات التي تليق بفطرتك غذاء فطرتك فطرتك تريد هذا تقتضي هذا وهذا هو معنى لا جبر يعني لا في اثبات الاختيار ولا تفويض لان الجبر يؤدي الى اه امتثال قيم والتفويض يؤدي الى انتفاء القيم والاختيار يستدعي القيم والقيم تستدعي الاختيار. وهذا هو لا جبر ولا تفويض بل امر بين امرين نعم والدليل كما بينا ذلك معاينة يعني الشهود انا ابادر عفويا وتحليل القيم فالقيم تنتفي اذا لم يكن هناك اختيار لان الاختيار يستدعي المسؤولية امام هذه قيام. المسألة الثامنة في القضاء والقدر هذا غير الجبر والتفويض في ذلك الزمن فككوا بين الجبر والاختيار والتفويت وبين القضاء والقدر. القضاء القدر هداية تكوينية عامة ولهذا يجب الايمان به نعم يعني السلطنة الالهية المطلقة. يأتي ان شاء الله تحليله بالتفصيل والسلام عليكم ورحمة الله وبركاته اللهم صل على نبينا محمد وال محمد. اللهم صل على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