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الى القضاء والقدر ولماذا المحقق الطوسي رحمه الله فكك بين الجبر والاختيار والقضاء والقدر هنا نعود الى الحكمة الوحيانية الاهيات الوحيانية عندنا روايات شبه متواترة ان الايمان بالقضاء والقدر خيره وشره هذا متعين يجب الايمان بهذا الامر ولكن ما عندنا روايات تقول اه يجب الايمان بالجبر بالعكس النصوص الوحيانية والحكمة الوحيانية او الالهيات الوحيانية تنفي هذا مطلقا وتؤيد الاختيار وهذا الاختيار طبعا طبيعة البنية الانسانية ان تتحرك في دائرة القيم. فيتحقق ما بيناه وهو الامر بين الامرين امتثال الكرامة الانسانية وتصير القيم التشريعية والاخلاقية لغوا ولا التفويض بان الاختيار كذلك يصير لغوا يعني انت اذا قلت بالجبر تؤدي الى ان القيم تصير لغوا واذا قلت بالتفويظ يعني هذا الاختيار يصير يصير لغوا لماذا? لان الاختيار صنع هندس للترقي بالانسان في ذات القيم. انزع القيم هذا الاختيار يصير لغوا. المسألة محبوكة من جميع الجهات سنمر عليك يا يا امام الصادق عليه السلام كلمة من ذهب وتحتاج الى جلسات وجلسات. نعم اه للفال الاصفهاني هذا العالم الكبير ومع الاسف مجهول في الحوزة هو درس في اصفهان واستقر في النجف من كبار علماء الحوزة وكان له باعوا في المعقول وباعوا في المنقول له كتاب في الجبر والاختيار من روائع الكتب انصافا جدا جميل محيط بهذه المسألة احاطة تامة وغيره من العلماء كذلك اذا القضاء والقدر غير الجبر التفويض. القضاء والقدر يعني هو اللوح المحفوظ وفي داخله اه دائرة المحو والاثبات. يعني السلطنة الالهية المطلقة انتهى الامر حتى في دائرة قوس الصعود ودائرة التكامل في دائرة القيم داخلة في نظام القضاء والقدر القيم حكمة الهية داخلة في القضاء والقدر. اختيارك حكمة الهية داخلة في القضاء والقدر الشيطان بعنوان الشيطانة داخل في القضاء والقدر نعم لان الشيطان كان من الملائكة طاووس لا اقول من الملائكة يعني كان طاووس علم العرش باختياره السيء يعني بسوء الاختيار صار شيطانا طبعا كيف يصير شيطانا اذا لم تكن هناك قيم تحكم على فعله بانه شر وقبيح نعرف نحن الشيطانة اذا الملاك هو القيم القيم التي فضحت الشيطان اذا والقيم داخلة كذلك في الحكمة الالهية. داخلة في عموم القضاء والقدر يجب ان نفهم القضاء والقدر هكذا فاذا طلبنا من الشرع ان نؤمن به خيره وشره هذا هو المعنى يعني حاكمية السلطنة الالهية المطلقة على دار الوجود اذا لم تكن هذه السلطنة تفلت الامور معني هذا الاختيار يصير لغوا القيم تصير لغوا. لان آآ من يقول بالجبر قد نفى القيم. ومن يقول بالتفويض نفى هذه القيمة الرائعة الالهية وهي الاختيار. فنعيش في هرج مرج عقدي في تكويني اخلاق قيم تشريعي وهكذا اذا نظام القضاء والقدر هو تجلي تعين الحكمة الالهية وهذا القضاء والقدر عند العرفة يسمونه سر القدر هندسة جملية كلية قبل الخلق يسمى القضاء والقدر اه العلميين ثم تحقق مقتضى هذا العلم في الواقع الخارجي كما هندس تماما تتصور ان الله تعالى لا يعرف ان الشيطان هذا الطاووس الملائكة سيبتلى بامر الهي وهو السجود تشريفا لادم ثم يتمرد. يعني الله تعالى لا يعلم بها يعلم بها وسيأتي ان العلم لا دخل له في اه في انجاز الفعل العلم كاشفية فقط نعم يعني انت الان امام المرآة ترى شخصا في المرآة وهو من ورائك اه يمسك خنجرا يريد ان يقتلك ويضربك في الظار فانت الان ترى هذا هذه الصورة ليست هذه الصورة في المرآة هي سبب سبب اه فرارك او احتياطك هذه الصورة صحيح تعطيك التنوير ثم ترى ان حياتك اه حياتك لها قيمة قيمة ذاتية لماذا? لان بالحياة نحن نتكامل ونترقى فهذه الحسابات والتدقيقات تجعل الاختيار آآ تجعل الاختيار يحرك الانسان وينجز الفعل يعني يحتاط ويبتعد حتى لا يقتل اذا الصورة في المرآة آآ تنوير بصيرة فقط والا الذي ينجز الفعل حسابات دقيقة حسابات دقيقة المهم سيتبين لنا ان العلم لا شأن له في تحريك الاختيار وانجاز الفعل. فقط تنوس ينير فقط الذي ينجز الفعل والاختيار مع اه حسابات دقيقة يعني حسابات آآ تعود الى منفعة الفاعل اذا القضاء والقدر هو السلطنة الالهية ينقسم الى قسمين قضى وقدر على مستوى الذات الالهية وهو العلمي يعني نظام علمي والقظاء والقدر في الخارج يعني ما هندس يتحقق ثم تأتي الاشكالات اذا هندس الله تعالى كل مفردات الوجود الخلقي فاين الاختيار? بينا ان الاختيار حق وهنا كذلك سنبين هذه الاشكالات اذا جاءت في السياق اذا لم تأتي في السياق سياق حديث العلامة الحلي نحن لا نعرضها ابدا حتى لا نشوش على الطالب بن عزيز انا عندي نية ان نؤسس قناة في اليوتوب فقط الان نسعى الى تحصيل كاميرا كاميرا احترافية لان هذه الدروس تبقى ابديا ما دام الطلاب وما دام هذا الفضاء موجود فضاء الانترنت تبقى  اقسم نشاطي اذا الله اطال في العمر الى تدريس حوزوي يعني نعطي للطالب الحوزاوي امورا غير موجودة في الحوزة مفيدة جدا في زماننا ودروس للجامعيين مجال تداولي جامعي لأن الجامعي لا يعرف اللغة الحوزاوية تتكلم له بلسانه بمجاله التداولي الجامعي وهذا ليست سهلة بالنسبة الى الحوزاوي يحتاج الى التدريب ومطالعة و اه بحث و النشاط الثالث للجميع للجميع للعوام والمثقفين. انسان يطرح امورا جميلة جدا تنفع اه الام وتنفع الانسان مطلقا. تنفع الانسان اه اه مطلقا انتم ادعوا لي فقط ان اوفق في هذا الامر. الان الجامعيون يتصلون بي ويقولون شيخنا عملنا دروس دروسا تنتقد فيها الفكر الغربي. هذا الصباح فقط كنت اطالع اه مسألة خطيرة جدا في نظرية المعرفة المبدئية والانسجامية نحن الحوزاويين نعتمد على المبدأية. ما معنى المبنائية? يعني المعرفة اذا تعينت في افق الذهن يجب ان يكون هناك واقعية خارجة عن افق الدين وفوق الانسان. وهذه التجليات المعرفية يعني ما يسمى بالقضايا المعرفية اذا طابقت ذلك الواقع فهي صادقة والا فهي زيف مرفوضة. نظرية المطابقة تبني على المبنائية المبنئية يعني فيه اصول نصل اليها عند التدليل هذه الاصول لا تقبل التدليل وانما هي شهودية فيه الان اراء اخرى زاحمت المبنائية. اذا اذا انت لم تنقح هذه المسألة في نظرية المعرفة كل ما تبنيه في الحوزة فينهار الان الجامعيون من من المحيط الى الخليج يعني من المغرب الى البحرين. نتكلم عن العالم العربي فقط كل الجامعات تتحرك في الفكر الغربي كلها ليبرالية. شئنا ام ابينا. اعطيني انت جامعة في العالم العربي تتمنى الاصول. الاصول الوحيانية او الاصول العقلية. اليقينية في حراكها الفكري ما فيه خلينا من المعاهد الدينية اتكلم عن الجامعات</w:t>
      </w:r>
    </w:p>
    <w:p>
      <w:r>
        <w:t>اين يترعرع بناتنا آآ آآ اولادنا صعبة جدا والله يعني انت ما تبنيه في الحوزة الجامعة تهدمه نعم شباب انت تربي ابنك على الواقع وعلى القيم الدينية ثم انت بتعطيه للجامعة مسكين خالي القلب مما تعطيه الجامعة فيتزعزع حتما يتزعزع و ينقلب في الى تلك الجهة. هذه الامور مهمة جدا مهمة جدا يعني مبانينا التي نراها حق نراها حقا فيجب ان نقويها ونجعلها عصرية فالجامعات الان يتصلون ويقولون نريد دروسا في النقد هذه المدارس الغربية المتنوعة والمتطورة في كل عشر سنوات تظهر مدرسة بمبان خاص المسألة الثامنة في القضاء والقدر نعم القضاء هو الحكم تقول زينب مجاهدا. حكمت على زينب بالجهاد الانسان مؤمن حكمت على الانسان الايمان. فعندك مفردتان وربطت بين المفردتين او نفيت تقول الانسان ليس بمكار بفطرته نعم لكن قبل القضاء يعني الحكم يجب ان تحدد هندسة الانسان وهندسة الايمان هذه الهندسة في دائرة الهويات والمحمولات والموضوعات هذا يسمى القدر قالوا والقضاء والقدر ان اريد بهما خلق الفعل اللازمة المحال او الإلزام صحفي الواجب خاصة نعم او الاعلام يعني يخبرك بشيء يعلمك بشيء صح مطلقا وقد بينه امير المؤمنين عليه السلام في حديث الاسبق. لعلم الحل ياتي الحديث بكامله سنصل اليه ان شاء  اذن هذه العبارة والقضاء والقدر ان اريد بهما خلق الفعل لزم المحال هذه كلها مبادئ تصورية ينقح المعنى ينقح المفهوم. وهذا هو الترتيب المنطقي انت اذا درست المنطق تجد ما تجد اليات تؤدي الى التصور. تعريف الموصل الى التصور ثم الحكم يرشح القضايا القضايا تأتي القياس يعني الحجج الموصلة للتصديقات مرة تقول تصديقات يقينية برهان مرة تكون مغالطية تأتي المغالطة هدا هو الترتيب المنطقي. واذا اشكل عليك شخص وانت تبين المسألة التصديقية يعني هو رأى في كلامك مغالط نعم لا يراها برهانية. فانت ترد وتناقش وتدخل في سجل المعايش. هذا هو الترتيب المنطقي ولهذا انا دائما اقول للطلاب اذا سئلتم هذا السؤال ما هو موضوع علم المنطق كما جاء في الشمسية بالشمسية ماذا يقول? يقول التعريف الموصل والحجة الموصلة قلت لهم اذا اجبتم بهذا الجواب موضوع علم المنطق هو التعريف والحجة الجواب خطأ نعم التعريف الحجة مسائل في الوجود الذهني بحث فلسفي التعريف الموصل بهذا القيد الموصل الى التصور. والحجة الموصلة الى التصديق لهذا القيد. العلامة تكون تامة اقول يطلق القضاء على الخلق والاتمام بعد هو ينقح الموضوع الذي وفي صدده قال الله تعالى فقظهن سبع سماوات في يومين ما يعني الخلق والاتمام اي خلقهن او اتمهن هي العلامة الحلي حنا عندنا قضاء وقدر في مرتبة العلم قبل الخلق وقضى وقذر في مرتبة الخلق. يعني مرتبة العين اذا قال اذا يطلق القضاء على الخلق والاتمام يعني نحن في القضاء العيني قضاء وقدر نعم العبارة هذه تشمل موضوعنا داك الزمان لم يكن هذا التفكيك بين القضاء والقدر في مرتبة العلم قبل الخلق والقضاء والقدر في مرتبة العين. اذا فقضاهن سبع سماوات في يومين هذا قضاء علمي. قضاء عيني قضاء وقدر عيني قضاء عيني يعني اه تحقق الأمور. وعلى الحكم والإيجاب كقوله تعالى وقضى ربك الا تعبدوا الا اياه نعم هذا كذلك قضى يدخل في القضاء اه يدخل في القضاء العلمي والقضاء العيني. لماذا؟ لأن الإلزامات التي هي القيم التشريعية والأخلاقية داخلة في مطلق القضاء سواء في القضاء العلمي يعني هندسة الإلزامات قبل الخلق ثم اه الإلزام الفعلي هذه التشريعات والاخلاقيات يعني ليست داخلة في مطلق القضاء اليه. يعني السلطنة المطلقة الالهية نعم داخلة نعم اذا اه فقدهن سبع سماوات في يومين هذا قضى تكويني بطافيزيقي وعلى الحكم والايجاب كقوله تعالى وقضى ربك الا تعبدوا الا اياه هذا القيم دائرة القيم وداخلة في القضاء والقدر آآ الجملي نظام القضاء والقدر الجملي. اي اوجد والزم انظر الزمت هل الازامات خارجة عن القضاء والقدر? نعم داخلة وعلى الاعلام والاخبار عطش تفسيري. كقوله تعالى وقظينا الى بني اسرائيل في الكتاب قضينا في مرتبة قبل الخلق هذا قضاء آآ علمي قضينا في الخارج قضاء عيني كلها تدخل في ايه في نظام القضاء اي اعلمناهم واخبرناهم ويطلق القدر على الخلق كقوله تعالى وقدر في اقواتها والكتاب كقول الشعر. يعني هنا القدر القدر الفعلي العيني واعلم بان ذا الجلال قد قدر في الصحف الاولى التي كان سطر قدرت الصحف الاولى اذا قلنا الصحف في مقام العلم هذا قدر علمي هنا في الخلق قضاء عيني سهلة جدا والبيان كقوله تعالى الا امرأته قدرناها من الغابرين اي بينا واخبرنا بذلك. نعم تدخل في القضاء اه والقدر العيني كلشي مشمول في هذه الدائرة الكبيرة قضاء القدر نعم تقول شيخنا الله تعالى هندس شرور يعني هندسة المعاصي لا لا اقول هندسة المعاصي لا تشتبه هندسة اه حتى هذه كلمة هندسة لمسامحة نعم هي حكمة الهية يعني حكمة الهية تفصلت فقط اه هندسة نظام القيم واعطاك الاختيار ثم انت تنسجم يأتي النور. لا تنسجم يأتي الشر. هذا هو التخطيط نعم هو لم يوجد الشر ابدا هذا لا معنى لها. لكن انت اذا خالفت الالزامات خالفت القيم التشريعية والاخلاقية اين تذهب? تذهب الى الجنة تذهب الى جهنم ويا جهنم خارجة عن التكوين تخلى في التكوين. نعم تسانخ من تمرد عن القيم الشرعية والاخلاقية هذا في نظام القضاء والقدر يعني من تسبب في الشر? والله ابدا. الله عطى نظم جميل لك يا ايها الإنسان. انت تمردت تمردك لك لكن قابلية التمرد وقابلية الالتزام بالنورانية وبمقتضى الالتزامات الشرعية والاخلاقية هذا هذا في بنيتك الهمها فجورها تقوى اذا ظهر هذا يعني بينا هذه الامور التصورية فنقول للاشعري ما تعني بقولك انه تعالى قضى اعمال العباد وقدرها نعم ان اردت به الخلق والايجاد نعم الله تعالى لا يوجد افعال العباد اذا اوجد افعال العباد يعني الانسان صار محلا لفعل الله تعالى هو ليس فاعلا فلا معنى للاختيار يصير لغوا والقيم تصير لغو والشريعة تصير لغوا فحكمة الله تعالى تبطل نعم فقد بينا بطلانه يعني بينا ان الانسان مختار والله تعالى لا يفعل في محل الانسان وان الافعال مستندة الينا الاختيار وان عني به الإلزام او عنى به الإلزام لم يصح الا في الواجب خاصة الإلزام يعني الواجب يعني اه لالزام الذي لا يمكن ان يتنازل عنه الله تعالى الواجبات وانعنى به انه تعالى بينها وكتبها واعلم انهم سيفعلونها فهو صحيح هذا هو القضاء والقدر. القضاء والقدر العلم يعني كاشفية يعني كلشي مكشوف عند الله الواقعيات التكوينية ويعني النظم التكويني والنظم القومي والنظم القومي بطبيعته فيه من يتجه نحو الشر وفيه من يتجه نحو الخير فهذا مكشوف لله تعالى بجميع تفاصيله على القضاء والقدر في مرتبة العلم. ثم يتحقق في الخرج يعني الإنسان البائس الذي يفضل آآ عدم الصلاة على الصلاة ويتمرد ولا يصلي يعني الله تعالى لا يعلم بهذا</w:t>
      </w:r>
    </w:p>
    <w:p>
      <w:r>
        <w:t>نعم هو هندسه انه مختار ويبين له هذه القيم ويعطيه ظمير رائع يعرف ان الصلاة بها بعد اذا مارسها انها بتعطيه نورانية ويعرج وتبعثه عن الفحشاء والمنكر هو بائس نعم فيختار الشر نعم فالله تعالى هندسة كل الاشياء وهندسة الانسان مختارا. وهندسة له القيم. ثم هو يتحمل جميع مسؤوليته  يقول وان عن الاشعري او علي بها انه تعالى بينها وكتبها واعلم انهم سيفعلونها فهو صحيح. لانه تعالى قد كتب ذلك اجمع في اللوح المحفوظ معامن الوح المحفوظ وبينه لي من ملائكته. لم يبين كل شيء للملائكة بدليل انهم سألهم عن الاسماء فمن لم يعلموا. وهذا المعنى الاخير هو المتعين للاجماع على وجوب الرضا بقضاء الله تعالى وقدره هنا الحكمة الوحيانية الالهيات الوحيانية. ولا يجر جزر الرضا بالكفر وغيره من القبائح ولا ينفع الاشاعرة الاعتذار بوجوب الرضا به من حيث انه فعله تعالى وعدم رضا به من حيث الكسب لبرطان الكسب اولا كسب باطنه لا ادري بينت الكسب او لم يبين لم الكسب الاشعري كسب الاشعري يعني الانسان يريد الفعل لكن من ينجز الفعل والله تعالى فهذه الارادة تصير لغوا فينقلب الانسان مجبورا فلهذا يقولون هذا الكسب آآ يمثلون هذا اخفى من كسب الاشعري يعني اصلا لا تفهمه ما معنى الانسان يريد يعني هو علة وليس بعلة الله تعالى يفعل هذا كله لي اه الدفاع عن ماذا? عن السلطنة الالهية المطلقة انت تدافع عن السلطنة الالهية المطلقة نعم لكن بحكمة وليس بغباء نعم لبطولان الكسب اولا وثانيا فلان نقول ان كانا كون الكفر كسبا بقضائه تعالى وقدره وجب الرضا به من حيث وكسب وهو خلاف قولكم هنا على من حين لو لو فكك بين نظام التكوين ونظام القيم كان كان افضل اه نخرج من الفوضى المعرفية نعم لان نظام نظام القيم يختلف نظام القيم يدور مدار الاختيار واذا قلنا يدل مدار الاختيار يعني في احتمال انه ينسجم مع القيم فيترقى نورانين وفيه احتمال انه يتمرد هذا هو النظام القضاء والقدر لا يعني انه اذا تمرد وحقق الشر والقبيح يعني الله تعالى وجعله هكذا قلنا انه مختار الله تعالى لا يجبر هكذا الامر. اذا بدلا من ان تدخل في متاهات اه مباني الاشاعرة ايها العلامة الحلي. فكك بين النظم التكويني والنظم القيمي كلشي يتضح كلشي يتضح لأن النظم التكويني ماتجلى لقضاء الله وقدره والنظم التشريعي والقيمي كذلك مجلى لقضاء الله وقدره. لكن هوية النظم التكويني تختلف عن هوية النظم القيمي. النظم التكويني لا يختلف ولا يتخلف نظام الاسباب والمسببات يعني حتى الإنسان لا يتدخل فيه. نظام الأسباب والمسببات اما النظام القيمي لا النظام القيمي يختلف في هويته. في اختيار انساني قد يتمرد وقد لا يتمرد نعم وثانيا فاننا نقول ان كان كون الكفر كسبا بقضاء تعالى يعني الله تعالى يهندسك انت تصير كافرا لا لا لا الله يهندس يهندسك ان تكون مختارا كرامة لك ثم يهندس لك هذه القيم يقول اتبع القيم لماذا? لانه لا يجبرك على القيم ولا على الكفر. لا معنى للجبر هناك في دائرة القيم. لا معنى اعلم الحل يشير القيم تتعين اذا كان هناك اختيار اذا لا معنى للقيم بدون اي اختيار. اذا الله تعالى لم يهندس الكفر. هندسة القيم والاختيار. لكن من يتحرك نحو الكفء هو الانسان يقول شيخنا لماذا يتحرك? لانه مختار وطبيعة القيم هكذا هوية القيم انك قد تلتزم بها وقد لا تلتزم بها. ليس كالتكوين التكوين انت اصلا ما عندك ما عندك هناك دخل فيه ان كان كون الكفر كسب بقضاءه تعالى وقدره نحن نقول اصلا لا يكون هكذا وجب الرضا به من حيث وكسب وهو خلاف قولكم. يعني الاشعري يقول مادام الإنسان اراد الفعل فهذا الكفر مهندس ومقدر نعم وان لم يكن بقضاء وقدر بطل استناد الكائنات باجمعها الى القضاء والقدر لان انت اصلا اه تنتفي ينتفي القضاء. انا في تصوير هذا التفكيك في غاية الاهمية تفكيك التكويني والتفكيك القيمي. يعني عندنا نظم تكويني. وعندنا النظم القيمي لكل هوية خاصة نعم. واعلم ان امير المؤمنين علي ابن ابي طالب صلوات الله عليه وسلامه وسلامه قد بين معنى القضاء والقدر وشرحهما شرحا وافيا في حديث الاصبغ بن باتة لما انصرف من صفين فانه فانه قام اليه شيخ فقال له لو اخبرنا يا امير المؤمنين عن مسيرنا الى الشام اكان بقضاء الله تعالى وقدره? فقال امير المؤمنين عليه السلام والذي فلق الحد انظر آآ هنا هذا الحديث يشير الى نكتة ان هذه المطالب السرمدية في كل عصر تطرح في كل عصر تطرح لماذا? لان لها مساس بفطرة الانسان الفترة الالهية والفطرة العقلية دائما تطرح طرحت ما قبل الاسلام وفيه كتب عالجت الجبر والاختيار والقضاء والقدر  في الاسلام وبعد الاسلام والان في الحداثة عندهم كتب في هذا آآ الامر آآ رجال الدين كتبوا ورجال الحداثة كتب خلينا نتابع الان كلام امير المؤمنين عليه السلام ولكن في الحلقة الاتية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