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المسألة الحادية عشر لحسن التكليف يعني ما زلنا في العدل قال والتكليف حسن لاشتماله على مصلحة لا تحصل بدونه التكليف يعني دائرة القيم يعني في الزامات وهناك يتكلم عن التكليف شرعي اما التكليف تكليف الأخلاقي الإلزامات الأخلاقية والعقلية ضياء بالنفس حضور اه حضور الله تعالى بحكمته السرمدية في افيق افق النفس حتى تشاهد النفس تلك الإلزامات التي تحركها لما يليق بحقيقتها هذه الإلزامات الأخلاقية والعقلية وهنا يتكلم عن التكليف الشرعي في الظهر. يقول حسن يبين مسألة مهمة جدا يقول التكليف لا يكون الا بملاك واقعي هذا الملاك الواقعي في فلسفة الاخلاق يصنع آآ يسمى خيرا وفي فلسفة يسمى كمالا وفي الفقه يسمى مصلح ولهذا يقول لاشتمال التكليف على مصلحة لا تحصل للانسان بدون التكليف بدون هذا الالزام وفعله الله تعالى وصلنا من خلال الانبياء هذا التكليف ما دام فعله الله تعالى فهذا امر على ان هذا الفعل حسن لان الله تعالى لا يفعل القبيح اقول تكليف ماخوذ من الكلفة وهي المشقة وحده هذا حده آآ من حيث البيداغوجية خطأ لان التكليف اه لا يحد لأن ليس طبيعة فيها جنس وفصل تعريف يعني تعريف باللوازم وحده ارادة من تجب طاعته من تجب طاعته يشمل مصادق متعددة على جهة الابتداء ما فيه مشقة بشرط الاعلام تكليف مقرون بالمشقة حتى الانسان اه يصل الى الكمال فيحتاج ان يتعب صلاة حج وهكذا امور بشرط الاعلام هذه القاعدة الاصولية قبح العقاب بلا بيان كلفني بين لي نعم ويدخل تحت واجب الطاعة الواجب تعالى هو بالذات والنبي بالعرظ والامام بالعرظ والسيد يعني المالك والوالد والمنعم ويخرج البواقي نعم وشرطنا الابتداء لان ارادة هؤلاء انما تكون تكليف اذا لم يسبقه غيره الى الى ارادة ما اراده. ولهذا لا يسمى الوالد مكلفا بامر الصلاة نعم ولده مكلفا بامر الصلاة وولده. لسبق ارادة الله تعالى منه. نعم الوالد يحث على الصلاة نعم يشجع على الصلاة. اما انه يكلفنا لانها سبق التكليف من الارادة الالهية والمشقة لابد من اعتبارها ليتحقق ايه اللي محدود? نعم محدود يعني التكليف مقتضى التكليف لان التكليف بدون مشقة لا معنى له نعم الى التكليف مأخوذ من الكلفة. وشرطنا الاعلام يعني البيان لان المكلف اذا لم يعلم ارادة المكلف بالفعل لم يكن اه مكلفا لا يرى نفسه مكلفا في الالتزامات العقلية والاخلاقية هذا البيان بيان آآ مم في النظم الاخلاقي بيان اضياء الهي يغمر الانسان والهمها فجورها وتقواها نعم فبالشهود ترى دوائر الخير وترى دواء الخرم ملزمة يعني مرسلة وترى دوائر الشر فجور ممسكة يعني تقول لا تفعل اما في التشريعيات لا يحتاج يأتي البيان من المشرع اذا عرفت هذا فنقول التكليف حسن هذه هي الدعوة لان الله تعالى فعله هذا هو التعليل والله تعالى لا يفعل القبيح يعني بمجرد ان تحرز ان التكليف فعله الله تعالى سريعا تستنتج انه حسن لماذا? لان الله تعالى لا يفعل القبيح ووجه حسنه اشتماله على مصلحة ذاتية لا تحصل للانسان المؤمن الذي يلتزم بدونه بدون هذا التكليف نعم وهي التعريض لمنافع عظيمة يعني ان يضعك الله تعالى في صفرة الخير هذا هو التعريض نعني فلسفة التكليف وضع الانسان في معرض الخير والبركة وهي التعريض لمنافع عظيمة لا تحصل بدون التكييف هذه هي المصلحة لان التكليف انما يكون لغرض نعم ان لم يكن لغرض كان عبثا فالتكليف يكون اه لغرض لانه حكمة وهو محال يعني محال ان لا يكون لي غلط بغرض ما هو ان يتكامل الانسان نعم وان كان لغرض فان كان عائدا اليه تعالى لزم المحال الله تعالى يتكامل ابدا اذن التكليف لا يعود الى الله الله غني عن العالمين وان كان الى غيره فان كان الى غير المكلف كان قبيحا يعني انت تكلفني يا الله بالصلاة والثواب يأخذه غيري فهذا قبيح خلاف العادل وان كان الى المكلف فان كان حصوله ممكنا بدون التكليف لزم العبث وان لم يكن فان كان لنفع انتقد بتكليف من علم الله تعالى اه اه نعم فان كان حصوله ممكن بدون التكليف لزم العبث. ولهذا قلنا يحتاج الى مشقة وان لم يكن وصوله الا بالتكليف فان كان لنفع انتقض بتكليف بتكليفي من علم الله تعالى كفره اه هذا قضية اه ان الكافر المكلف لان هنا ليس ذات التكوين دارت القيم يعني قد يكون حتى المؤمن لا يلتزم حتى الذي ينتمي الى الشريعة لا يلتزم. ناهيك عن الكافر القيم للانسان بما هو انسان ملكه ما هو لان هذه الفطرة موجودة في الجميع يعني طبيعة الانسان حقيقة الانسان تقتضي التكليف بغض الطرف عن الحكمة الالهية. الله حكيم. الذي هو هندس هذا الانسان بطبيعة تقتضي التكليف كانت كافرة كانت ملحدة كانت مؤمنة هذا ليس له دخل في التكليف نعم وان كان الى غيره يعني ان الله تعالى يكلفني بالمشقة كالعبادات والحج وو والزكاة والخمس ثم الثواب يأخذه من غيري. فان كان الى غيري المكلف كان قبيحا. نعم. خلاف العدل وان كان الى المكلف يعني نفعه راجع الى المكلف فإن كان حصوله ممكنا بدون التكليف لزم العبث لماذا? لأنه يحصل بدون التكليف. التكليف يكون وجوده كعدمه وان لم يكن فان كان يعني فان كان الحصول ممكن وبدون تكليف وان لم يكن يعني يحصل فقط بالتكليف فان كان لنفع ان قضى بتكليف من علم الله كفره نعم. وان كان للتعريض يعني الله تعالى ليس له اي نفع من هذا التكليف والا اذا كان له نفع الكافر لا يلتزم فهذا النفع ينتفي بالنسبة الى الله تعالى اذا هذا محال. وان كان للتعريض بمعنى ان يضعك في دائرة الخير هذا هو الفلسفة فهو المطلوب. اذا انت لا تستغرب اذا رأيت الانسان الذي جاءه هذا التكليف الجميل ترقيته الى المعنوية ولا يلتزم. لماذا? لان فلسفة التكليف هي التعريض وليس التحقق القطعي وان كان للتعريف والمطلوب التعريض عليه ان يضعك في سفرة الخير اذا عرفت هذا فنقول الغرض من التكليف والتعريض لمنفعة عظيمة لانه تعريض للثواب نعم وللثواب منافع عظيمة خالصة دائمة واصلة مع التعظيم والمدح نعم خاصة في يوم القيامة ولا شك ان التعظيم انما يحصل للمستحق له لا يعظم غير المستحق ولهذا يقبح منا تعظيم الاطفال والارذل كتعظيم العلماء وانما يستحق التعظيم بواسطة الافعال الحسنة ان اكرمكم عند الله اتقاكم وهي الطاعات. ومعنى قولنا ان التكليف تعريض للثواب يعني يضعك في معرض الخيرات ويبعدك عن عن الشر. ان المكلف الله ان المكلف جعل المكلف يعني الله</w:t>
      </w:r>
    </w:p>
    <w:p>
      <w:r>
        <w:t>تعال المولى جعل الانسان الذي يحمل هندسة تقتضي هذا التكليف جعل المكلف على الصفات التي تمكنه الوصول الى الثواب. هذا على الصفة هذه الهندسة. يعني لما خلقه خلقه في بني تستدعي التكليف. تستحق هذا الكمال وهذه من اللطف من اللطف والله تعالى لان المكلف يعني المولى جعل المكلف يعني الانسان على الصفات التي تمكنه الوصول الى الثواب يعني ملاك التكليف في الانسان هو البنية الانسانية الهية وكذلك من حيث الله الحكمة نعم ان المكلف جعل المكلف. المكلف يعني المولد عز وجل. جعل المكلف يعني الانسان على الصفات التي تمكنه او تمكنه الوصول الى الثواب او تمكنه احسن. للوصول الى الثواب وآآ وابعثوا على ما يصل اليه يعني التحريك النسبة الارسالية يعني هذا التكليف الالزام له اه خصوصيات شخوصات اولا ملزم اذا كنا في دارت الخير اذا كنا في دائرة الشر يمسك يعني يمنع. تكلم في ذلك الخير. ان الملاك هو الخير. الشر اه عارض بالمجاز فعنده اه خاصية الالزام وينطوي على خير يعني يحث على الخير يرسل الى الخير وفي سلطة عليا ارادة عليا تستحق الاطاعة هذه هي خصوصيات التكليف ان المكلف المولى عز وجل جعل المكلف على الصفة التي تمكنه الوصول الى الثواب او تمكنه للوصول الى الثواب وجعله وبعثه على ما به يصل اليه. يعني الالزام. وعلى انه سيوصله اليه اذا فعل ما كلفه انظر يعني يعطيني هنا دخول ارادة تكوينية. يعني انت بمجرد ان تلتزم بمقتضى التكليف تأتي ارادة تكوينية ما هي ترقيك هذا الترقي الكمالي والمعنوي ليس ارادة تشريعية لنتحقق خلاص انتهى يعني انت ترقيت ترقيت في عالم التكوين عالم المعنويات ليست عالم التشريعيات عالم التكوين لكن الايصال الى هذه المعنويات الالزام دارس التشريح نعم  قال بخلاف الجرح ثم التداوي ان يخرج بعض المصاديق لا يصدق عليها التكليف والمعاوضات والشكر نعم والشكر باطنه. اقول هذه ايرادات اشكالات ثم يزيحها المحقق التونسي حتى يحدد التكليف تحديدا دقيقا هذه ايرادات يعني اشكالات على ما اختاره المصنف الاول ان التكليف للنفع يتنزل منزلة من جرح غيره ثم داره طلبا للدواء. داره يعني مداواة مدراة. طلبا للدواء على تجريح الإنسان ثم تسعى الى المداواة هذا قبيح وقبيح التكليف لا التكليف يأتي بما يناسب مناسبة تامة راقية عالية للبنية الان سانية. فينفعها اينها الجرح? اين هذا الكلام اه الساقط وكما ان ذلك قبيح فهكذا التكليف. مقياس مع الفارق. سيأتي الجواب. المهم انتقد عليه اه من جرح. هل التكليف جرح? نعم في مشقة لكن ليس اه اه جرحا جرح خلاف الطبيعة المادية خلاف البنية المادية. سالي ان التكليف طلبا للنفع يتنزل منزلة المعاوضات كالبيوع والإيجارات وغيرها. يعني الله تعالى يعطيك وتعطيه. يعني الله تعالى ينتفع بالتكليف. لا اله الا الله. ولا شك ان المعاوضة تفتقر الى رضا المتعاوظين حتى ان من عاوض بغير اذن صاحبه فعلق بيحا والتكليف عندكم لا يشترط فيه رضا المكلف نعم آآ يعني المكلف رضا المكلف يعني انا لا ارضى ترضى ام لا ترضى? انت عندك رضا تكويني نعم كتير لا يرضون بالتكليف ولا يلتزمون الكفار والعصاة لكن في رضا تكويني بمعنى يعني البنية هذه اذا لم تغذ بالتكليف تظلم خلاف العدل فواجب على الله تعالى ان يكلف واجب هنا يعني مقتضى حكمته نعم هذي انا اجوبتي انا ثم العلامة الحلي يجيب الثالث لم لا يجوز ان يكون التكليف شكرا للنعم السابقة نعم هذا الشوك باطل نعم هاك نعمة حادثة لا هذا تكليف تحريك انا اشكر الله تعالى على الوجود هل انا الله تعالى الزمني ان انوجد ان ان وجد اوجد نفسي او اشكره على نعمة العقل هل هو كلفني حتى اوجد العقل? لا اداء الشكر مقولة اخرى والجواب هنا يأتي العلامة الحلي يجيب عن هذه الاشكالات الثلاث الجواب انا الاول بالفرق بين الوجهين فرق بين التكليف والجرح الجواب عن الاول بالفرق بينهم من وجهين. احدهما ان الجرح مضرة. والتكليف ليس بمضرة وانما ينسجم تماما الانسجام مع البنية الانسانية. بالعكس اذا لم يكلفنا الله تعالى بالتكاليف فقد اضر حقيقتنا. بالعكس خلاف ما فهمه هذا المستشكل احدهما ان الجرح مضرة والتكليف نفسه ليس بمضرة وانما المشقة في الافعال طبعا حتى الإنسان يشعر بخير التكليف نعم يعني الله يعطيك الجزاء ولا تصلي نتا نائم. ويعطيك الجزاء لا هذا غير معقول نعم خلاف العقل حتى العرف اه حتى العرف يدرك هذه المسألة. انت اذا اديت خدمة لشخص ويعطيك المكافأة معقول وعقلائيا انت نائم وتأتي لشخص اعطيني حقي من اين? من اين لك هذا نعم وانما المشقة في الافعال التي يتناولها التكليف. الثاني ان الجرح والتداوي انزال مضرة لا غرض فيه. صنم عبث الا التخلص من تلك المجزرة بخلاف التكليف. وعلى الثاني ان المرادات تعتبر في المعاوضات. لاختلاف اغراض الناس للتعامل جنسا ووصفا اما اذا لم يكن هناك معاوضة كالتكليف وبلغ النفع حدا يكون غاية ما يطلبه العقلاء لم يختلف العقلاء في اختيار المشقة بسببه حتى ان العقلاء سيفهمون سيفهمون كان يعملها نعم لاحظت كيف يعني انت الان في العرف بغير العلاقة بيننا وبين الله تعالى انت ابسط منفعة راقية وعالية في آآ مشقة ما مم تقتحم العقبة لانها منفعة عظيمة جدا تقول هذه العقبة شاقة صعبة نعم لكن النتيجة رائعة جدا نعم ولهذا يقول اه اما اذا لم يكن هناك معاوظة وبلغ النفع حدا يكون غاية ما يطلبه غاية ما يطلبه العقلاء لم يختلف العقلاء في اختيار المشقة بسببه نعم بسبب هذه هذا النفع النفع الكبير حتى ان العقلاء سيفهمون الممتنع منه نعم يعني العقلاء مرة يكونون امام منفعة عظيمة يتأتى لهم فعلها ويتحملون المشقة لتلك المدفعة العظيمة. مرة لا يكون هذا الامر ممتنع فلا يتحركوا. ومعنى الثالث ان الشكر لا يشترط فيه المشقة نشكر الله تعالى على الوجود. اصلا انا ما عندي الدخل في هذا الوجود ولا مشقة ولا يحزنون ولدت واتنعم بهذا الوجود اشكر الله اشكر الله على العاقل على الارادة على كثير من الامور لا دخل لي فيها ان السوق لا يشترط فيه المشقة والله تعالى قادر على ازالة صفة المشقة عن هذه الافعال فلو كان التكليف شكرا لزم العبث في صفة المشقة اذا اذا كان التكليف اه كالشكر اذن هذه المشقة عبث. ولان طلب الفعل الشاق شكرا يخرج النعمة عن كونها النعمة نعم انت آآ هذه النعم تشكر الله تعالى عليها نعم في الفعل الاختياري يعني اداء مقتضى التكليف اه تشكر الله تعالى بعد النهاية ونشكره على هذا التوفيق. نعم. اما اصل التكليف لا. اصل التكليف غير الشكر الشكر دوائره اوسع بكثير اوصى بي كثير قال ولان النوع محتاج الى التعاضد. انا سميتها التعاضد سخرية يعني الانسان اجتماعي بالسخرية. السخرية هنا ليس المهزأ. ان يستهزئ الانسان بشخص. السخرية يعني هذا يسخر ذاك وذاك يسخر ذاك. ذاك خباز ذاك استاذ</w:t>
      </w:r>
    </w:p>
    <w:p>
      <w:r>
        <w:t>ده كشرطي وذاك سياسي حتى يصل الناس الى اغراضهم العقلية. لا يمكن الا بالتعاضد الا بالسخرية اذا الانسان اجتماعي بالسخرية فتاك بالطبع وحشي بالطبع وإلاهي بالفطرة هذه آآ المسألة بينها صاحب الميزان الشريف بالتفصيل ولان النوع النوعي للانساني النوع الانساني محتاج الى التعاضد يعني السخرية المستلزم للسنة النافع استعمالها صنع للقوانين اه اه النافع استعمالها في الرياضة وادامة النظر في الامور العالية وتذكر الانذارات المستلزمة لاقامة العدل مع زيادة الاجر والثواب آآ هذه المقاربة مقاربة السخرية والانسان آآ اجتماعهم بالطبع كما يقول السطو اجتماعي التغاضض للسخرية كما يقول السيد المحقق التونسي هنا هذا اه مبنى الفلاسفة في بيان فلسفة التكليف نعم فلسفة التكليف. نحن الان نعيش في مجتمع مدني ونعيش في تعاضد يعني هذا يخدم هذا نعم اه انسان تاجر وعندو اولاد يحتاج الى استاذ يعلم له اولاده ويعطي الظرائب للدولة حتى الدولة تدفع للاستاذ واولاده قد يمرظون يحتاج الى مستشفى الى الطبيب ويحتاج الى سائق يحتاج الى خباز وهو تاج تحتاجه الامة لجذب البضائع هذا هو التعاضد وهذا هو السخرية نعم في احتمال نهرجو المرج. يعني هذا ينهب هذا احتمال نعم ويأتي القانون يخفف من هذا الامر يعني هذا النهب والسرقة وكذا يصير في الحاشية. ينتفي مطلقا? لا. طبيعة البشر. البشر عندهم هذا الطبع الفتاك الا انه الدول المتحضرة هذا يكون في الحاشية ولهذا يستدعي الامن والامن يستدعي مدى القضاء والقضاء يستدعي السجون وهكذا امور ولأن النوع البشري محتاج الى التعاضد يعني العيش معا والاستفادة من بعضهم البعض يعني السخرية المستلزم للسنة يعني اه السنة يعني القانون والسنن التي تحكم المجتمعات النافع استعمالها في الرياضة وادامة النظر في الامور العالية وتذكر الانذارات المستلزمة لاقامة العدل مع زيادة الاجر والثواب نعم اقول لما ذكر المصنف رحمه الله حسن التكليف على اراء المتكلمين كما سبق شرع في طريق الاسلاميين من الفلاسفة هذا لابن سينا فبدأ بذكر الحاجة الى التكليف ثم ذكر منافعه الدنيوية والاخروية وتحقيقه ان نقول ان الله تعالى خلق الانسان مدنيا بالطبع هنا العلامة الحل يقول مدنيا بالطبع المحقق القطصي يقول تعاضد يعني السخرية نعم يعني هنا مدنيون بالطبع هذا مبنى ارسطو. طبيعة الانسان تستدعي ماذا? ان يعيش في المجتمع المدني حتى يصل الى اغراضه العقلائية نعم السيد العامة يقول بالطبع في يعني بعد حيواني لا يرى الا نفسه انانية محضة فيجتمع لماذا? لانه عنده مصالح يريد ان يصل اليها اغراض يريد ان يصل اليها لا يتأتى ذلك الا اذا عاش مع بني نوح فيتشكل المجتمع احتمال الهرج والمرج والسرقة والتعدي تأتي السنن. يعني القوانين تخفف من هذا الامر تحقق الامن حتى يصل الناس الى اغراضهم العقلاء. يعني هذه حكمة الهية طبيعية وحتى دي حكمة الهية طبيعية يعني المجتمع الاسري والمجتمع المدني والمجتمع الانساني خاضع للحقوق الطبيعية والحقوق الطبيعية حكمة الهية. نعم. لا كغيره من الحيوانات التي تتحرك بالغريزة وتعيش فقط في مجموعات خاصة مع جماعتها القليلة جدا لا يمكن ان تبقى اشخاصها ولا تحصل لهم كما لا تهم. هذه الاغراض العقلائية الكمالات الا بالتعاضد والتعاون من هنا يقول بالطبع ومن هنا يقول بالتعاضد والتعاون. تعاضد التعاون يعني السخرية نعم لان الاغذية والملبوسات امور صناعية يحتاج كل منها الى صاحبه في عمل سيستعيضه عن عمله حتى يتم كمال ما يحتاج اليه واجتماعهم مع تباين شهواتهم وتغاين امزجتهم. هذا تباين الشهوات وتغير الامزجة يأتي الفتك والسرقة والرغوب والتعدي واختلاف قواهم المقتضية للافعال الصادرة انه مظنة التنازع والفساد ووقوع الفتن. اذا ما هو الحل هل هو السنة يعني القانون حتى يخفف من هذا الامر ويحقق الامن اذا تحقق الامن وصل الناس الى كمالاتهم نعم. نكمل البحث في الحصة القادمة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