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مبنى الفلاسفة في اثبات حسن التكليف وبيان المسألة كما جاء في كتب الشيخ الرئيس ابن سينا هكذا الانسان كما يقول ارسطو اجتماعي بالطبع طبعه يدفعه الى الاجتماع السيد العلامة صاحب الميزان الشريف يقول لا الطبع يعني حيوانية انانية فتك غادر وو الإنسان بالسخرية يعني الذي يدفعه الى الإجتماع والتعاضد سخرية يعني هذا يسخر هذا في اغراضه الكمالية وهذي السخرية عقلائية وعقلية يعني انت الان عندك اطفال تحتاج الى استاذ يدرس الاطفال تحتاج الى طبيب اذا مرضوا وهكذا. وهو كذلك انت اذا كنت طبيبا اه تحتاج الى الاستاذ يدرس لك اولادك ونحتاج الى الشرطي حتى يحافظ على الامن والعسكري حتى يحافظ على حدود البلد. هذا المجموع على التعاضد الجملي والكلي يسمى التسخير او التعاضد نعم ثم في احتمال ان الناس لا تراعي اه هذه المصالح لا تحترم هذه المصالح فانت بتدخل تفعل الحيوانية السبوعية فيها وتسرق وتنهب فنحتاج الى اجهزة امنية تخفف من هذه الامور وبالقانون والعدالة قال نعم يعني انت اذا اه تأملت في المؤسسات الدولة صدقني هذه المسألة فكرت فيها كثيرا مؤسسة الدولة كلها ناتجة الى راجعة الى نقص الانسان. لماذا الابتدائي والمتوسط والثانوي والجامعات لرفع الجهل اذا هذا لتكامل الانسان النقص لماذا الامن والشرطة لدفع هذه هؤلاء الاوباش اي نعم دفع امر سلبي آآ السجون حتى نحصر هذه هؤلاء المجرمين المستشفيات حتى نرفع المرض اذا كل هذه المؤسسات الناشئة يعني مؤسسات المجتمع المدني ناشئة للنقص في الانسان ولهذا الملائكة لا يحتاجون الى هذه المؤسسات ما عندهم نقص ولا يتحركون نحو النقص نحو الكمال. انت في الجنة لا تعيش مجتمع المجتمع المدني. تقول يا شيخنا كيف نعيش مع الانبياء ومع الاهل وكذا? هناك قر لون اخر تعيش معه الجمال والبهاء لكن ليس بالسخرية هكذا ابدا هذه السخرية التي تستدعي مؤسسات هذه المؤسسات ملاكها والنقص الانساني والتكامل الانساني هناك غير موجودة نعم فيحتاج الى قانون. هذا القانون من يضع? الانسان يجر النار الى قرصه يعني تأتي الانانيات وهذه الاحزاب التي نعيشها في بلداننا تقنن لمصالحها ولمصالح حزبها وجماعتها لا تقنني مصلحة الامة ليس كالغرب. الغرب دائما يقنن لمصلحة شعوبه نحن العالم المتخلف الجماعة اللي تحكم تقنن لها فقط فدفعا لهذا الأمر يجب ان يكون القانون آآ من ناحية مقدسة من يربطنا بالناحية المقدسة الانبياء. فالانبياء يأتون بالقانون يعني التكليف هذا وبرهان الحكماء. يقول على من حل لي اقول لما ذكر المصنف رحمه الله حسن التكليف على رأي المتكلمين. يعني في الانموذج الكلامي شرع في طريق الاسلاميين من الفلاسفة فبدأ بذكر الحاجة الى التكليف ثم ذكر منافعه الدنيوية والاخروية. وتحقيقه ان نقول ان الله خلق الانسان مدنيا بالطبع هنا الشيخ المحقق الكتاب حسن زاد الاملي الله يشفيه يكون ناظر الى كلام كلمات الشيخ يعني الشيخ الرئيس ابن سينا في الفصل الرابع من النمط التاسع من الاشارات في اثبات النبوة. حيث قال في الاشارات يقول ان الله خلق الانسان مدنيا بالطمع. نحن قلنا بالسخرية. والهي بالفطرة. يعني فطرته تتجاوز حتى المجتمع المدني لا كغيره من الحيوانات التي تتحرك بالغريزة وتحتاج لا تحتاج الى قانون بالمعنى الصحيح لا يمكن ان تبقى اشخاصه يعني اشخاص الانسان ولا تحصل لهم كمالاتهم. اذا عندهم نقص يتجهون نحو الكمالات. ما سميتها انا الاغراض العقلاء الا بالتعاضد والتعاون يعني ميلا كل الوصول الى الأغراض والكمالات هي السخرية يعني المجتمع المدني التواجد في المجتمع المدني تواجد في المجتمع المدني في عيب قد تبرز هذه الحيوانية والسبوعية في الناس كيف انحل هذه المشكلة? ما عنا الا القانون الا القانون الا بالتعاضد والتعاون ثم يفسر التعاضد والتعاون لان الاغذية يعني فيه واحد فلاح جماعة فلاح وتخبز وتحضروا الاغذية والملبوسات يعني النسيج امور صناعية يحتاج كل منها الى صاحبه في عمل يستعيظه لان هو مستاد طبيب لا يحسن الفلاحة يستعظه يعني يعوضه عن عمله له حتى يتم كمال ما يحتاج اليه واجتماعهم مع تباين شهواتهم يعني تغاير في الارادات وتغير امزجتهم واختلاف قواهم. المقتضية للافعال الصادرة عنهم مظنة التنازع والفساد ووقوع الفتن يعني السابعية تظهر في الانسان. نعم هذا الذي ذكره الائمة عندما امرهم الله تعالى للسجود لادم نعم ادم عليه السلام في العرش قال ليسفك الدماء عندو طبع فتاك سبعي فوجب فوجده اه وضع قانون والسنة عادلة فوجب وضع قانون وسنة عادلة عادلة عادلة. لان وضع السنة البائسة والظالمة يعني انت تساعد السبعية. وتقوي الوحوش عادلة يتعادلون فيها يتعادلون يعني كل يأخذ حقه. نعم هنا فقط افتح مجال للحق مهم جدا. الحق هو قوة اخلاقية الحق ما هو قوة اخلاقية اذا تحقق المناخ العادل فيصل الى غرضه يعني الى كمالة هذا هو ما حقه وما عنده يحافظ عليه لا يتعدى عليه ويحافظ على ماذا? على حقوق الاخرين. لا يتعدى على حقوق الاخرين. وما عنده يستطيع ان ينميه. هذا كذلك مين? حقه اذا هذه القوة الاخلاقية لا يمكن ان تتفتق وتتفاعل الا في مجتمع يسوده القانون والعدالة  فوجب وضع قانون وسنة عادلة. لان قد يقول قائلون ممكن الانسان يضع آآ القوانين التي تخدمه وتخدمه هو وحزبه. يعني يجر النار الى قرصه. نعم احتمال. وهذا ظلم هذا ابراز السبعية نعم وابراز السبوعية لا تتصور انها عندها في المتوحشين لا تجده لابس بقات ويعمل محلق تحليقة رائعة وحسن البيان وعنده هذه الكرافات يعني رباطة العنق واكل خشوب المسندة خشب المسندة اذا تكلم تسمعلو وهو وحشي صدقني سبع نعم يتعادلون بها فيما بينهم. العدل يعني ماذا? هذه القوة الاخلاقية يعني هذا الحق يتفاعل اما يتفاعل في دائرة الوصول الى حق يعني التكامل عندي حق اتعلم عندي حق اتاجر يكسب المال عندي حق نكون فنان نبرز فني كثير من الأمور مرة لا عندي ملكية هذه الملكية اه القانون يمنع اه اغتصابها ويمنع التعدي عليها ومن حقي كذلك انمي هذه الملكية انميها هذه كلها حقوق وانتم درستموها في الفقه اه احسن مني انا درستها في الحقوق الطبيعية نعم الحقوق الطبيعية غير فلسفة الاخلاق الحقوق الطبيعية هي قوانين فلسفة الاخلاق في المجتمع تسمى الحقوق الطبيعية ما يسمى عندنا في ادبياتنا الحوزاوية الاحكام العقلية جيت ثم تلك السنة لو استند وظعها اليهم يعني وضع الناس نقولهم نفوضهم ايا ايه اسسوا السقيفة نعم لزم المحثور يعني السبعية والفاتك والشتم والسب كما حصل في السقيفة بالضبط لزم المحظور يعني ماذا? الرجوع الى الظلم والسبوعية فوجب استناد السنة والقانون الى شخص متميز عنهم بكمال بكمال قواه واستحقاقه للانقياد للحجية اليه والطاعة له الحجية حجية والانبياء</w:t>
      </w:r>
    </w:p>
    <w:p>
      <w:r>
        <w:t>وذلك انما يكون قل على ما انا كيف اعرف هذه الكمالات وهذه القوة الخارقة يقول بالمعجزات كعلامة او بالتنصيص نعم كما هو مبنانا. تدل هذه المعجزات على انها من عند الله تعالى نعم اذا القانون يكون ماذا كونوا قدسيا ثم من المعلوم تفاوت اشخاص الناس في قبول الخير والشر والرذائل والنقائص والفضائل بحسب اختلاف مزيجاتهم وهيئة نفوسهم فوجب ان يكون هذا الشرع مؤيدا له يعجز عن لا يعجز عن اه اه احكام شريعته في جمهور الناس. نعم حاكم هذا هو البعد الامامي البعد القيادي في النبي والامام يعني العلامة الحلي بهذا الكلام جاءت بكل مفردات الفلسفة السياسة نعم لكن كل باب يحتاج الى دراسة خاصة ولهذا الذي يجهل فلسفة الاخلاق والحقوق الطبيعية ويجهل الشريعة لا يمكن ان يتصدى كسياسي في المجتمع لا يمكن نعم هادي بغير التقوى وخوف الله تعالى وان يكون علويا يكون على السيرة امير المؤمنين. لا اقول يكون كامير المؤمنين. لا يمكن. اعينوني بزهد وبتقوى وزهد. لا يعني يصارخ امير المؤمنين نعم يعيش ادنى معيشة الناس يعيش كالفقراء والصلب ونافذ البصيرة وصلب الايمان نعم  فوجب ان يكون هذا الشارع مؤيدا لا يعجز عن احكام شريعته في جمهور الناس. حاكم قائد بعضهم بالبرهان يعني بالبيان وبعضهم بالواظ وبعضهم بتأليف القلب وبعضهم بالزجر والقتال. يعني انت اولا ادفع بالتي هي احسن عن جادلهم بالتي هي احسن ثم اذا ذاقت السبل وتقطعت الاسباب اخر شي يأتي الزجر ياتي الا القصص. نعم. ولما كان النبي لا يتفق في كل زمان وجب ان تبقى السنن المشروعة الى وقت اظمحلالها واقتضاء الحكمة الالهية تجديد غيرها يعني النسخ. اشارة الى النسخ نسخ الشريعة ما معنى النسخ? حسب معلوماتي الضعيفة نهاية المصلحة بعضهم يتصور النسخ هكذا تبين المفسدة في الحكم ثم تغير لا لا لا مصلحة انتهى امدها فجاءت اه مصلحة اخرى تقتضي الزمان يقتضيها الزمن والمكان فجاء حكم اخر مصلحة اخرى نعم هذا هو النسخ بدقة فائقة نعم ففرضت عليهم العبادات المذكرة لصاحب الشرع. وكررت عليهم حتى يستحكم التذكير بالتكرير يعني فلسفة الصلاة والعبادات فيحصل لهم من تلقي الاوامر والنواهي الالهية منافع ثلاث. احداهما رياضة النفس هنا في المتن ماذا قال? نرجع الى المتن يقول اه ولان النوع يعني الانسان محتاج الى التعاضد يعني السخرية المستلزم للسنة الذي يقتضي القانون النافع استعمالها في الرياضة. يعني العبادات وادامة النظر في الامور العالية. تذكير الانذارات المستلزمة لاقامة العدل مع زيادة الاجر والثواب. وكذلك القصاص اذا اقتضى الامر. نعم احداهما رياضة الناس باعتبار الإمساك عن الشهوات ومنعها عن القوة الغضبية المكدرة لصفاء القوة العقلية القوة العقلية والراقية. ثانيا تعويد النفس النظر في الأمور الإلهية والمطالب العالية واحوال المعاد والتفكر في ملكوت الله تعالى وكيفية الصفات واسمائه وتحقيق فيضان الموجودات عنه تعالى متسلسلة في الترتيب الذي اقتضته الحكمة الالهية بالبراهين القطعية الخالية عن المغالطات عن التأمل في ايات الافاقية والان فوسية هذه كلها الشريعة تأتي بها اولا رياضات يعني عبادات ومعاملات ثم ماذا اه عقائد نعم وعقائد يقينية ثم اخلاقيات والثانية تذكرهم ما وعدهم الشارع من الخير والشر. هذه هي الأخلاقيات الاخرويين بحيث ينحفظا النظام بحيث ينحفظ النظام المقتضي للتعادل والترادف نعم يعني مجتمع بدون قيم الهية مجتمع متلاشي مجتمع متلاشي مجموعة من الناس اه اجتمعوا على اكل ثروة البلد حينما تنتهي الثروة هذا ينظر الى هذا. هذا ينهب هذا اذا اكلوا البلد آآ انتهت ثروات البلد فهذا ينهب هذا وهذا ينهب هذا. صدقوني هذه سنة الهية. نعم. اما البلد العاقل يبني البلد يبني البلد يصنع الانسان الذي يصنع الفكر ويصنع  اه ثروة ثروة ثروة يعني الاقتصاد ويصنع الفن الذي يرقي الذوق. نعم الثالثة وتذكرهم ما وعدهم الشارع من الخير والشر لو قال ما وعدهم الله تعالى احسن الى الخير والشر اه حكمة طبيعية الاخرويين بحيث ينحفظ النظام المقتضي للتعادل والترادف نعم ثم زاد الله تعالى لمستعملي الشرائع للحكمة الوحيانية الاجر والثواب في الاخرة فهذه مصالح التكليف عند الاوائل عند الفلاسفة انظروا الان الرؤية الفلسفية والرؤية الكلامية كم فارق بين الرؤيتين? الرؤية الفلسفية اعمق بكثير وهذه مأخوذة من ارسطو وافلاطون وزادوا عليها زاد عليها علماء آآ هنا نعم اذا هذا هو فلسفة التكليف عند الفلاسفة الخص لكم المطلب يبدأ من ماذا? يبدأ من هذه الحقيقة الانسانية لها آآ ثلاثة ابعاد بعد طبيعي فتاك اناني سبعي وهذا ما شاهده الائمة في لما صنع الله تعالى ادم في العرش بعد سخرية اجتماع لانه هو يعيش مع بني نوعه ليسخرهم لاغراضه العقلائية والعقلية وهذا مطلوب هذا هندسة الهية هذه حكمة الله تعالى لماذا الله تعالى هندس المجتمع الاسري لحكمتين ممكن في حكم اخرى كثيرة لكن الحكم الاساسية حكمتان الطفل الصغير يتغذى بالحنان والرحمة والحب من امه اذن الطفل المحروم من من الامومة وخرج الى المجتمع بيخرج بدون رحمة بدون آآ حنان بدون لطف فيخرج سبع ويتعلم الإنضباط ببركة الاب الاب يعطيه الانضباط يعني يحترم القوانين القوانين الاسرة وهو صغير يتعلم الإنضباط حسه الانضباطي هناك يتكون فاذا خرج الى المجتمع يراعي القانون. لانه تربى على الانضباط. من هنا انضباط. فعل الاب من هنا حنان ورحمة وجمال فعل الام. فيحول الى المجتمع المدني لان هو يترك الاسرة يروح يدرس الجامعة ثم يعمل في المصنع في المشفى في الامن في الجيش في في المزارع فيتخلى عن الاسرة يتزوج بعد يستقر. يؤسس اسرة اخرى تمهد لجين لجيل جديد وهكذا اذا هو اه هذا هندسة الهية والمجتمع كذلك هندسه الله تعالى ان الانسان هنالك يتحرك لاغراضه العقلاء حتى يتكامل لا يتكامل لوحده يعجز لا يحتاج الى من يساعده هذا هو التعاضد والسخرية وهذا يحتاج الى تنظيم حتى يصل كل شخص الى اغراضه العقلائية الى كمالاته بقول الحكي ويحتاج الى سنة قانون القانون اما ان يظح الناس احتمال كبير يجرون القرص الى النار الى قرصهم يعني يأتي الظلم هذا القانون يكون آآ مقدسا من يحمل هذه القداسة النبي. علامة النبوة المعجزة او التنصيص كما هو مبنانا في الائمة ثم هذه هذا التكليف يصل الينا من من خلال النبي فوائده عبادات ومعاملات العبادات التكرارية حتى ترسخ وتتشكل الفضيلة الالهية ببعده الالهي فعندنا هذا البعد الفتاك السبعي وبعد السخري يعني بعد اجتماعي. وبعد الهي. العبادات  ترقيه في البعد الفطروي الإلهي والمجتمع يحتاج الى معاملات تنظم فقه نظامي فيصل الى اغراضه نعم وتأتي عقائد واخلاق وعبادات عند عندها علاقة بالشأن الفطري الالهي في الانسان نعم  تجد العبادات المتكررة حتى ترسخ الفضيلة الإلهية معاملة تضبط المجتمع المدني لأن الإنسان لا يعرف المصالح اذا هو قننا قد يظلم يجر النار الى قرصه وكذلك قيم قيم الخير تلزمه وقيم الشر تمسكه وعقائد يعني هذا الكون كيف بني نعم بني على اله واحد? نعم والخالق وهو الرب وهو المربي</w:t>
      </w:r>
    </w:p>
    <w:p>
      <w:r>
        <w:t>هذه فلسفة اه فلسفة التكليف عند الفي نسوف. قال وواجب لزجره على القبائح هذا اه هذا اه حكم التكليف التكليف واجب في الحكمة الالهية واجب يعني حكم الشرع يخضع له الله تعالى لا معنى لهذا الكلام. لان الله تعالى لا يتكامل حتى يكلف. لا وهذا نابع من الحكمة الالهية يعني التكليف حكمة الهية. ناشئ من الله هذا هو الوجوب. ابن سينا يقول وجوب عنه وليس الوجوب عليه. حتى تأتي هذه الاشكالات من الاشاعرة وابن تيمية. لا ناشئة منه. لان هو المال المطلق يتعين بحكمة ورائعة جدا هذه الحكمة اه تتجلى في العقيدة يتجلى في التشريع تتجلى في القيم الاخلاقية قال وواجب يعني التكليف واجب لزجره لزجره لا ليس هذا التعليل هذا جزء العلة في التعليل. لا حكمة الهية على القبائح يعني الانسان لا يبتعد عن القبائح يعني عن السبوعية الا بالتكليف فالله تعالى اذا ترك الانسان بدون تكليف يعيش السبعية بل اظل من السبعية. بقول القرآن بل اظل من الانعام الحكمة ماذا? الحكمة تتعين بهذا التكليف اذا حتى لا يضيع الانسان علة نعم علة قابلية لكن العلة الاساسية للتكليف هي الحكمة الالهية. يعني اذا من طرف الله حكمة الهية التكليف من طرف الانسان حتى لا يضيع حتى لا يضيع حتى لا يكون بالاظن اقول هذا مذهب المعتزلة وانكرت الاشاعرة ذلك الاشاعرة فهمت الوجوب الوجوب الشرعي. يعني الله تعالى واجب عليه بالوجوب الشرعي وهذا فهم سخيف والدليل على وجوب التكليف انه لو لم يكلف الله تعالى من كملت شرائط التكليف فيه يعني كان عاقلا راشدا لكان مغريا بالقبيح يعني جعله يتحرك في غرائزه في غرائزه والتالي باطن الله لا يغري لانه قبيح لقبحه يعني ان يغري الانسان بالقبيح هذا فعل قبيح فالمقدم مثله لم يكلفه الله تعالى قبيح فيكلفه. بيان الشرط هي ان الله تعالى فاذا اكمل عقل الانسان وجعل فيه ميلا الى القبيح والشهوة له  انا هنا لا اوافق العلم الحلي ان الله تعالى يجعل في الانسان ميلا الى القبيح. وهذا قبيح هذا يجعل في يمين القبيح ويحاسبني. هذا قبيح. العلامة الحلي اه انت سقطت في في فخر الاشاعرة. نعم ليس هكذا الامر لا الانسان عنده طبع حيواني هذا الطبع غرائز لهم مقتضيات حكمية يعني الغريزة تستدعي الاكل الشرب النكاح الملكية لماذا? حتى يبقى هذا النوع حكمة هذه الأمور بقاء هذا النسل بقى هذا الإنسان. ويتكرر نسله حتى تخرج من هذه الوجودات نورانيات تعبد الله تعالى وتوالي اولياءه وترقى في آآ في الكمالات هذا هو السر اما الله جعل الغرائز نعمة كبيرة هذه الغرائز لكن الانسان البائس يفضل دائرة الغرائز ويبقى فيها على مدى الدوائر الخير العالية. هنا الخلل قلت لكم قاعدة الانسان لا يتحرك الا نحو الخير. هذه هندسة الهية. لكن قد يفضل دائرة ادنى من الخير نعم ويفرط فيها على الدوائر الخير الأعلى والأرقى. المشكل هنا نعم بيان الشرطية ان الله تعالى اذا اكمل عقل الإنسان وجعل فيه ميل الى القبيح والشهوة? نعم الشهوة موجودة اما الميل وآآ ونفورا عن الحسن ابدا الانسان لا ينفر عن الحزن. فلو لم يقرر في عقله وجوب الواجب وقبح العقاب والمؤاخذة على الاخلال بالواجب يعني العقاب والقصاص. فعلى القبيح. نعم فعلى القبيح يعني الله تعالى اذا لم يكلفه ووقوع القبيح من المكلف دائما. نعم اه ووقوع القبيح من المكلف الانسان دائما. ولهذا اشار بقوله لزجره عن القبائح اي لزجر التكليف الانسان عن القبائل هذه علة قبيلة نعم يعني تبعده عن الدوائر الضيقة وتضعه في الدوائر الراقية مشكلة الانسانية هذا ما في انسان خبيث بذاته. يعني الله تعالى يصلح خبيثا يصنع له ميلا الى الشر. هذا غير معقول فالإنسان دائما يتحرك نحو الخير لكن اذا كان في بيئة علمته ان هذا الخير الداني خير الغرائز هو كلشي والملك فيتحرك فقط في هذا فتجده يعلف ويأكل وينام وينكح ويعكف ويأكل وينام وهكذا هي حياته. وما يهلكنا الا الضان قال وشرائط حسنه انتفاء المفسدة.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