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في باطننا وظاهرنا وفي حرفنا قال المحقق الطوسي وشرائط حسنه يشير الى الشروط الموضوعية حتى يتعين التكليف انتفاء المفسدة هذا لا يحتاج اصلا لا يحتاج الى بيانه لان التكليف هو في حد ذاته قائم على مصلحة. تحريك نحو مصلحة تحريك نحو خير التكليف الذي يؤدي الى مفسدة خلاف يعني استحالة هادي مستحيلة بالحكمة الالهية. اذا هذا الشرط لا معنى له وتقدمه نعم هذا التقدم ظروري لان الانسان لا يعرف التكليف لا يستطيع ان يحدد تكاليفه نعم هذا اشكال البراهمة البراهمة قالوا اه نفو النبوة على اي اساس? يقولون اذا جاء النبي بما يدركه العاقل فمجهوا له واذا جاء بما يخالف العاقل فهذا مرفوض. فالنبوة لا نحتاجها نعم النبوة تأتي بتأسيس امور لا يدركها العقل. وتأتي بارشادات رائعة يدركها العقل وممكن لا يعرف تفاه صلها نعم وتقدمه تقدم التكليف ضروري جدا والا آآ الانسان لا يرقى الى التكليف والا كنا كلنا انبياء وامكان متعلقه يعني يمكن الانسان ان يحقق مقتضى التكليف اذا كان مقتضى التكليف مستحيل فهذا تعجيز وهذا ليس بتكليف وثبوت صفة زائدة على حسنه. يعني بغض الطرف على حسنه في زائد صفة زائدة. قلنا الصفة الزائدة يعني الوجوب ويعني شدة الخير والاستحباب الان اباح وعلم مكلف بصفات الفعل نعم هادي كلمة وتقدم وتكفي لأن التقدم هوما معناه يعني يأتي قبل آآ تفعيل الانسان لاختياره فيأتي بماذا? يأتي بظياء. يعني يأتي اه معلوما معليش هذا تفصيله وعلم مكلف بصفة الفعل يعني يعرف التكليف وخصوصية التكليف وقدر المستحق نعم يعني هوية التكليف ضوابط التكليف او هيئة التكليف نعم يعني الصلاة مضبوطة عنده وقدرته عليه يعني العاجز لا يمكن ان يكلف قبيح ان يكلف العاجز وامتناع القبيح عليه انا قلت انت انت اشترطت انه لا يكون اه مفسدة وقدرة المكلف على الفعل? نعم انت قلت وقدرته عليه وقدرة المكلف يعني المكلف لا يكون عاجزا على وعلمه به انت قلت وعلم المكلف بصفات الفعل وامكانه قلت انت قادر عليه. هذه كلها تكرار وامكانه وامكان الالة ان كان انا يعني عندو عندو بنية اه بنية جسمية بنية جسمية يمكن ان اه يفعلها مثلا حجز السفر لا يستطيع ان يصل سافر نعم اقول لما ذكر ان التكليف حسن شرع في بيان ما يشترط في حسن التكليف. وقد ذكر امورا لا يحسن التكليف بدونها. منها ما يرجع الى نفس التكليف هوية التكليف. ومنها ما يرجع الى متعلق التكليف. يعني مقتضى التكليف عن الفعل ومر الى المكلف والمكلف نعم. اما ما يرجع الى التكليف عمران احدهما انتفاء المفسدة فيه بالا يكون مفسدة لان نفس المكلف به المكلف به في فعل في فعل اخر داخل في تكليفه او مفسدة لمكلف اخر. يعني اما مفسدا اه المكلف يعني مفسدة لي انا او تؤدي الى مفسدة الى غيري. نعم هذا محال ياتي في التكليف نعم. فالتكليف يكون خال عن المفسدة بالنسبة للانسان وبالنسبة الى معا مع من مع من يعاشره الانسان ثاني ان يكون متقدما على الفعل قدرا يتمكن المكلف اه المكلف يعني الانسان فيه من الاستدلال به فيفعل الفعل في الوقت الذي يجب ايقاعه فيه. يعني هذا هو قبح العقاب بلا بيان. البيان يكون سابقا واما ما يرجع الى الفعل فامران احدهما امكان وجوده يعني يمكن ان يتحقق يكون متعلق بالارادة يعني ممكن نعم والثاني كون الفعل قد اشتمل على صفة زائدة على حسنه بان يكون واجبا او مندوبا او او هذه الأحكام الأربعة بغير الحرام. وان كان التكليف اه ترك فعل فاما ان يكون الفعل قبيحا يعني اذا كان التكليف نسبة وليس اير سانية عن المحرم. نعم وان كان التكليف ترك فعلا فاما ان يكون الفعل قبيحا او يكون الاخلال به اولا من  اه فعله نعم يعني هو قبيح في ذاته او يؤدي الى مفسدة واما ما يرجع الى المكلف يعني الله المولى فان يكون عالم بصفة الفعل وهو مولى لئلا يكلف ايجاد القبيح وترك الواجب. المولى هذه من البديهيات اما في غير المولى في الامور العقلائية دخل لي البرلمان الحمير فتأتيك يأتيك خراب البلد نعم خراب البلد نعم يجب ان يشترط في البرلمان على الاقل الماجستير. على الاقل انه يكون حائزا على الماجستير. اذا كان آآ اذا كان مدنيا وعلى الاقل فاضل في الحوزة العلمية فاضل اذا كان له ذوق سياسي على الاقل كن فاضلا نعم لا يشترط في الاجتهاد الا انه يكون فاضلا يعني احاطة دقيقة بالقوانين الشرعية وممكن بالقوانين الوضعية نعم وان يكون عالما بقدر ما يستحق على الفعل من الثواب لئلا اه يخل ببعضه او يكون القبيح ممتنعا هذا بيناه واما ما يرجع الى المكلف فان يكون قادرا على الفعل لا يكون اه عاجزا لا لا خليني نكمل التطبيق الفوقاني. وان يكون عالما يعني المكلف بقدر ما يستحق على الفعل من الثواب لئلا يخل ببعضه. وان يكون القبيح ممتنعا عليه. نعم كالواجب تعالى. هذه القبيح ممتنعا عليه عند العقلاء ما يسمى بالعدالة او مقبول الظاهر ما تدخل لي انت البرلمان انسان يشرب الخمر نعم انسان فاسق يعني عادل او مقبول الظاهر هذا هو ان يكون القبيح ممتنعا عليه. في الواجب مستحيل عليه القبيح. اما في السيرة العقلائية يكفينا ان يكون عادلا وهذا شيء جميل رائع. او يكون مقبول الظاهر لماذا ما هي الغاية? لان لا يخل بالواجب فلا يوصل الثواب الى آآ مستحقيه اذا اخل بالواجب يعني لا يؤدي وظيفته البرلمانية فالخير لا يصل الى الناس فلا يوصل الثواب الى مستحقيه. فلا يوصل يعني النتيجة الذي اه لا يمتنع عن عنه القبيح لانه جهل واما ما يرجع الى المكلف يعني الانسان بان يكون قادرا على الفعل ليكون عاجزا وهذه من البديهيات وان يكون عالما به طبعا العقاب بلا بيان او متمكنا من العلم به يعني اذا اراد ان يتعلم يتعلم نعم يتصل بالمتخصصين ويبينون له التكليف وان كان الالة يعني الجسم او حصو آآ الوه ان كان الفعل ذا ال نعم كالحج مثلا مسكين ما يقدرش مشلول ما يقدر يذهب نعم هذه الشروط نعم ليست آآ مسائل استدلالية قضايا علمية شروط ضرورية تعين التكليف وهذه مهمة جدا تعطي ثقافة اجتماعية ثقافة سياسية الطالب العزيز قال ومتعلقوا التكليف اما علم اه اما علم اما عقلي او سمعي واما ظن واما عمل متعلق التكليف يعني الصلاة البيوع هذه الأمور اقول متعلق التكليف قد يكون علما وقد يكون عملا اما العلم فقد يكون عقليا محضا نحو العلم بوجود الله تعالى</w:t>
      </w:r>
    </w:p>
    <w:p>
      <w:r>
        <w:t>نعم وآآ وكونه قادر عالم الى غير ذلك من المسائل التي يتوقف السمع عليها نعم اه هذه القيم العقدية هذه التكاليف العقار نعم نعم انا ارى العقائد قيم نعم منبعها الميتافيزيقا منبعها التكوين. لكن في الدين قيم قيم يعني يجب عليك ان تتعلم اه التوحيد والامامة والنبوة لماذا لا لها مدخلية اساسية في تكاملك هي الاطار الكلي لتكاملك نعم  ولهذا يقول التي يتوقف السمع عليها هذه انا اسميها اطار اطار الشرع اطار الشرع وقد يكون سميعا سمعيا يعني يأتي من خلال النقل نحو التكاليف السمعية هذا الوجوب والحرمة والاستحباب والكراهة والمباح واما الظن فنحن كثير من الامور الشرعية كالظن ظن القبلة وغيرها. هذه الامور الظنية التي حياة العقلاء تبنى عليها نعم انت الان انسان مقبول الظاهر يخبرك بشيء فتبني عليه. والى حياتك لا تمشي قد يكذب نعم قد يكذب يعني ليس في مستحيل في العقل. لكن ظاهره المقبول يخليك تبني على قوله وتفعل هذه الظنون الشرع يأتي يمنحها ابدا ابدا هذه قواعد عقلائية بدونها لا يمكن للمجتمع ان يتعين يتعين نعم. فهذه امور آآ يأتي الشرع يبين بعض شخوصاتها والعقلاء يدركون آآ آآ شخوصاتها. واما العمل فقد يكون عقليا كرد الوديعة والشكر المنعم وبر الوالدين وقبح الظلم والكذب وحسن التفظل والعفو هذه نحتاج الى وقفة هنا هذا الكلام من العلامة الحلي رائع جدا انت اذا فتحت رسالة عملية تجد الفتاوي او الوظائف العملية على قسمين مرة يأتيك بنص وحياني او يعتمد على نص وحياني ليس بالضرورة ان يذكروا في الرسالة العملية. مرة يقول خلاف العدل هذا ظلم خلاف العدل هذه هي الحقوق هيا اذا الحقوق الطبيعية هي الاطار للحقوق الوضعية حقوق يعني الجاهلية اما تكون شرعية او بشرية البشرية كلما اقتربت الى الحقوق الطبيعية تكون متناغمة مع مع الامور الشرعية يعني عندنا مؤتمر من تقريبا من سنتين بمناسبة ربيع الشهادة في كربلاء فكان المؤتمر في الفتوى المباركة للسيد السيستاني حفظه الله ومتعنا الله ببقائه فأنا بينت هناك ان الشاب العراقي الذي ترك محافظته ذهب الى الغرب للدفاع عن الوطن والكرامة والمقدسات ليس الفتوى التي هي حركته وانما الحقوق الطبيعية هي التي حركته اه الفتوى وضعته في السياق الصحيح الذي هو لا يدركه يعني فيه امور شرعية لا يدركها فتضحه في السياق الصحيح اما الدفاع عن الوطن وعن الكرامة وعن المقدسات هذا نور في داخلك يحركك نحو هذه الحركة المقدسة الجهادية قد لا تتحرك لانك انت فطرتك ميتة. هذا النور صار غير غير فاعل فيك لكن شبابنا ما شاء الله تحركوا هذا الظياء الداخلي هذا الحقوق الطبيعية لا يحركه تأتي الفتوى اين تكون جمالها وعظمتها في تحديد المناخ الذي يتحرك فيه هذا المجاهد او اه في تفعيله لهذا الحق الطبيعي يحتاج الى مناخ. هذا المناخ لا يمكن ان يتحدد بشخوصاته الا بالفتوى ولهذا الشاب في الجهاد ممكن يجد بعض الامور يعني بيوت مهجورة يتمتع خيراتها. الفتوى تقول له ليس حقك هذا يعني هنا الحكم الشرعي يأتي ويحدد دوائر آآ الحريات يعني هنا لا تقتحم هنا اقتحم لحد اذا الفتوى مكملة لذلك اه الحقب طبيعي فالحق الطبيعي بدون الفتوى لا يفعل المجاهدين المجاهدون لا يتحركون الا بذلك الحقل الطبيعي. فهنا تكتمل الامور. اذا الحق الطبيعي الحق الطبيعي بدون الشرع الذي يأتينا من خلال الوحي غير فاعل وحجية هذه الامور الشرعية بدون الحقوق الطبيعي الحقوق الطبيعية آآ تكون غير فاعلة كذلك مسألة في غاية الدقة وكانت المحاضرة رائعة جدا استذوقها اه الحظار فاشرت هناك الى هذه النقطة قلت هذا كان في كربلاء قلت القوانين الوضعية التي يضعها البشر كلما تناغمت مع الحقوق الطبيعية حتما تتناغم مع الحقوق الشرعية واذا خالفت الحقوق الطبيعية من باب اولى انها تخالف الحقوق الشرعية لان الحقوق الشرعية مجلى تفصيل للحقوق الطبيعية. تأمل في كلام العلامة الحلي في غاية الروعة والجمال. واما العمل فقد يكون عقليا عقليا ما معناه? يعني العقل يرى ذلك الظياء الالهي. ذلك الظياء الالهي يتكلم معه. ماذا يقول له للوديعة واجب شكر المنعم واجب يعني تكليف الزام بر الوالدين واجب قبح الظلم قبيح والكذب قبيح وحسن التفظل حسن والعفو حسن هادي كلها حقوق طبيب ايا ما نحتاج الى الشرف استيعابها وفهمها. الشرع يأتي ويبين لنا المناخ الذي تنطبق فيه لقد ويكون سمعيا كالصلاة وغيرها وهذه الافعال تنقسم الى الواجب والمندوم يعني السمعية. والمندوب والحرام والمكروه نعم صدقوني يعني باب العدل من اجمل الابواب في العقيدة. في الدراسات العقائدية. نعم قال وهو منقطع للاجماع ولايصال الثواب اقول يريد ان التكليف منقطع ويدل عليه الاجماع والمعقول نعم باجماع للمعقول اما الاجماع فظاهر الاتفاق بين المسلمين وغيرهم واقع على ان التكليف منقطع نعم واما المعقول لماذا? لانه الغاية واضحة لماذا يكلفك الله تعالى? لايصال الكمال اذا ايصال الكمال اليك يعني يتحفك بالمراتب العالية بعد التكليف لا يبقى بقوا اه لغم فيجب ان يصل الانسان الى الى الكمال. اذا هذه القوانين قوانين كلها لايجاد المناخ حتى تتكامل الناس. في العلم في الاخلاق في التجارة في الصناعة في الفنون ويتأسس المجتمع الانساني الراقي المجتمع المدني الراقي. اما الدولة التي تركز فقط على القانون لاجل القانون وعرف نادي الديكتاتورية لا همها الانسان ولا تكامل الانسان والمعقول فنقول لو كان التكليف دائما لم لم يمكن ايصال الثواب الى المطيع والتالي باطل فقطعا فالمقدم مثل هذا دليل حتى على المعاد. المعاد اذا من ادلة على المعاد ان هذا التكليف الموصل الى الثواب. والثواب ما هو? هو المعهد. الحياة الطيبة نعم فالمقدم مثله يعني قضية شرطية. نعم. لو كان التكليف دائما لم يكن ايصال الثواب الى المطيع. يعني ينتفي الثواب والتالي باطل. الثواب متحقق فالمقدم مثله كان التكليف دائما باطلون. بيان الشرطية ان التكليف مشروط بالمشقة. والثواب مشروط بخلوصه عن الاكدار والمشاق. والجمع بينه محال. ولابد من تراخ بين التكليف والثواب. نعم التكليف ثم ثم هو التراخي. ثم يأتي الثواب وإلا لزم الإلجاء لزم الجمر. يعني يعطيك فرصة حتى تتحرك والا لزم الجبر. اذا التكليف لا يكون بالاجبار ولوط دون الالجام لطف دون الإلجاء هذه هي خاصية القيم ملزمة وليست ملجأة قال وعلة حسنه عامة هل القيم تطال يعني تهندس في الحكمة الالهية فقط للمؤمنين ان تطال حتى الكفار. قلنا ما عندها يعني عنوان المؤمن ليس هو الملاك. وانما البنية الانسانية هي الملاك البنية الانسانية فيه فطرة في الجميع تستدعي هذا الغذاء المعنوي او هذا الفرق بين الغذاء والغداء الغذاء في منتصف النهار نعم موسى قال للغلام اتينا بالغداء الغداء يعني منتصف النهار. الغداء لا مطلقا. يعني الطعام مطلقا. فطعام الفطرة هذا هو التكليف والفطرة موجودة في الكافر في البوذي في الملحد نعم وعلة حسن عامة. يعني ملاك حسنه عام الا هنا بمعنى الملاك. اقول لما بين اولا حسن التكليف مطلقا شرع في بيان حسنه في حق الكافر يعني عام</w:t>
      </w:r>
    </w:p>
    <w:p>
      <w:r>
        <w:t>نعم القيم عادة عامة. والدليل عليه ان العلة في حسن التكليف وهي التعريض للثواب. عامة في حق المؤمن والكافر الملاك ما هو البنية الانسانية وليس الايمان وليس الكفر المؤمن فقط هو دخل في مناخ النعمة النعمة الالهية مناخ التكامل. الكافر اه مع الاسف حرم من هذه النعمة. والكافر نعم اه اه والدليل عليه ان العلة في حسن التكليف وهي التعرض للثواب يعني هذه العلة يعني هذا الملاك عام في حسن المؤمن والكافر. فكان التكليف سنا فيهما وهو ظاهر ظاهر المبادرة لان البنية الانسانية موجودة في الكافر موجودة في المؤمن. لكن آآ الهداية التكوينية الخاصة يعني الالطاف شملت المؤمن ولم تشمل الكافر. وهو هذا لا يعني ان الجبر لا لا لا اذا التكوينية الخاصة وهي الالطف دائما في قوس القيم. يعني بسوء اختياره لم تنله تلك الهداية التكوينية الخاصة نعم ولهذا يأتي الإشكال مباشرة نعم قالوا وضارر الكافر من اختياره. تقول اذا اه اه اذا كان التكليف عام يطال المؤمن ويطال الكافر وملاكه والبنية الانسانية ولماذا اذا صار كافرا? يعني لماذا لم تطله اه تطاله الهداية التكوينية الخاصة قانون الهداية التكوينية الخاصة يعني الاوطان في قوس النزول. هذه لا تنافي الاختيار دائرة القيم التشريعية والاخلاقية والعقلية دائما تتعين بالاختيار ومرة ذكره بالتفصيل وضرر الكافر من اختياره اشارة الى هذا الاشكال ودفع هذا الاشكال. اقول هذا جواب عن سؤال مقدر يعني دفع دخل مقدر نعم اول ما دخلت الحوزة وانا جاي من الجزائر وذهنية جامعية كنت ادرس في الجامعة الفيزياء ودخلت الحوزة بدأت ادرس هذه الحلقة الاولى وهذه الامور ونسمع الاستاذ يقول دفع دخل مقدر بعد انت ودخلها في عقلي هذا المجال التداولي الغريب والعجيب اصلا ما فهمت ماذا يقول هذا الرجل مع الزمن فهمت انه الدفع يعني رد الاشكال دخلن يعني اشكال مقدر يعني فرضي. والله نعم من ذكريات الدرس اقول هذا جواب عن سؤال مقدر وتقريره يعني اشكال مقدر. وتقريره ان تكليف الكافر ظرر محظوظ. لا مصلحة فيه فلا يكون حسنا. نعم. لماذا? لان الكافر لا يتحرك. مولانا مختار هو جعل من نفسه كافرا بيان المقدمة الاولى ان التكليف نوع مشقة في العاجل وحصل العقاب بتركه وهو ضرر عظيم فانتفت المصلحة فيه. اذا لا ثواب له فكان قبيح القطعان. الجواب ان التكليف نفسه ليس بضرر تكليف فيه خير ولا يستلزم من حيث هو التكليف ضررا ابدا والا كان تكليف المؤمن كذلك حتى المؤمن يتورط بل الظرر انما نشأ من سوء اختيار الملحد الكافر الزنديق لنفسه اذا قلت لكم القاعدة التكليف يجعل القيم تتعين واذا تعينت القيم التكليف يجب ان يكون في الهندسة اه الانسانية هذه قاعدة ذكرها الاعلام الحلي وانا كررتها كثيرا حتى الطالب العزيز يستوعب هذه المسألة جيدا. قال وهو مفسدة لا من حيث التكليف. بخلاف ما شرطناه يأتي ان شاء الله تفصيله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