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باب العدل ووصلنا الى اشكال يمثل التكليف قال وهو مفسدة يعني التكليف لا من حيث التكليف بخلاف ما شرطناه لنشرتنا ان التكليف لا يكون فيه مفسدة تكون في مشقة? نعم مفسدة لها. لان فيه مصلحة لا معنى ان تكلف الناس لمصالحهم للوصول الى مصالحهم وهي لا في الواقع ليست مصالح بل هي مفاسد خلاف الحكمة وعبث في التكليف هنا اشكال يقول اه انتم تكلفون الناس وتؤدي هذه التكاليف الى مفسدة نعم في شهر رمضان مثلا نكلف بالصيام فالاقتصاد يتوقف البيع والشراء يتوقف المصانع الناس تسهر في الليل وتأتي تنام في المصانع وفي المؤسسات وفي الادارات هذه كلها مفاسد نعاينها حقيقة نعاينها بالواقع المشاهد المعاين لمحقق التنسيق والمادة علاقة بالتكليف عندها علاقة بالمكلف اللي ما عندها علاقة بالتكليف المشكل في المكلف المكلف الله تعالى قال له انت ضيع وقتك في الليل في الملاهي وفي الاغاني والحفلات ثم في الصباح اه لا تستطيع ان تستيقظ حتى ممكن صلاة الصبح لا يؤديها وفي المصانع التي تشتغل الصحابة الكرام في زمان النبي الفتوحات الغزوات النبي كانت كلها في شهر رمضان شهر رمضان قوة وايمان وعزيمة اذن المشكل ليس في التكليف بل في المكلف قال وهو مفسد مفسدة الناس لا من حيث التكليف بخلاف ما شرطناه شرطنا عدم المفسدة اقول الذي يخطر لنا في تحليل هذا الكلام انه جوابنا اه عن سؤالي المقدر ايضا وهو ان يقال انكم شردتم في التكليف الا يكون مفسدة للمكلف ولا لغير نعم هذا شرط اساسي لان التكليف مصلحة وهذا التكليف يستلزم الضرر بمكلف فيكون قبيحا كما ان التكليف زايد لو استلزم مفسدة راجعة الى عمر عمرو كان قبيحا يعني انت اه هذا التكليف ادى الى مفسدة في المصنع في البيع والشراء وفي كثير من الامور هذا خارط بين الشرط التكليف والمكلف. والجواب ان الظرر هنا مفسدة ليس من حيث التكليف. بل من حيث اختيار المكلف. يعني هذا راجع للمكلف وليس الى التكليف على ما تقدم بخلاف ما شرطناه اعني انتفاء المفسدة اللازمة للتكليف لا التكليف في دائرته مفسدة ولا يؤدي الى مفسدة بما هو تك لي بمواد التكيف  قال والفائدة ثابتة قد يقول قائل انتم تقولون ان التكليف اه له علاقة ببنية الانسان. بنية الانسان تقتضي التكليف يعني المناخ الذي يفعل قوتها قوته الاخلاقية يعني حقه فين الكمال الكاف ما رأيكم نعم الكافر لا لا يلتزم ولا يؤمن فالتكليف بالنسبة له بالنسبة له لا شيء نحن نقول التكليف فلسفة التكليف ليس الوصول الى الغاية وانما هو وضع الانسان في معرض الخير والبركة. يعني تهيئة المناخ نعم تحقيق مناختك تتكامل هذا باختيارك. لا تتكامل باختيارك. الكافر هو اختار الافظلان. اقول هذا جواب عن سؤالي المقدر وتقريره ان تكليف الكافر لا فائدة فيه لان الفائدة من التكليف هي الثواب ولا ثواب مع الكافر فلا فاد فائدة في تكليفه فكان عبثا. يعني كان التكليف الكافر عبث قال جاوبنا نسلم ان الفائدة هي الثواب بل التعريض له يعني ايجاد المناخ. مناخ الهداية وهو حاصل في حقه كالمؤمن. لان التكليف عنده علاقة بالبنية الانسانية ما عنده علاقة انك تختار او لا تختار قد تختاره وقد لا تختار الطريق الصحيح وقد لا تتمرد بسوء اختيارك اشكالات سهلة والجواب عنها سهلة. المسألة الثانية عشر هذه من البحوث المهمة جدا الشيخ المفيد سماها الحكمة غيره من المتكلمين سماوها لطف وهي الحكمة في الحقيقة يعني بالنسبة الى الله تعالى حكمة بالنسبة الينا لطف. يعني حقيقة واحدة حكمة سرمدية تسمى حكمة بالنسبة الى الله تسمى لطفا بالنسبة الينا في اللطف وماهية اللطف واحكامه قلت لكم اللطف وهداية تكوينية خاصة بداية تكوينية خاصة يعني تدخل في نظام القضاء والقدر اه الجملي يعني نظام الهداية التكوينية العامة وله هوية خاصة يتضح من خلال تحليل المدن. قالوا واللطف واجب لتحصيل الغرض به يعني فيه اه دعوة ثم كبر القياس ثم النتيجة. نعم نعم واللطف واجبنا للنتيجة لتحصيل الغرض هذا مبدأ السبب الكافي اتيان بالكبرى نعم يعني هكذا اللطف به يتحصل الغرض وكل ما به يتحصل الغرض الحكمة الإلهية تقتضيه يعني واجب هذا ما معناه تقتضيه الحكمة اللطف واجب. هكذا يجب ان نفهم القياس انت الان عندك آآ تريد تستدعي صديقا عشاء وبعده مباحثة راقية لان هذا الصديق ما شاء الله يفيض علما وانت تحتمل تحتمل انه لا يأتي مشغول كثير نأتي الى هذه السفرة وبالتالي لا تستفيد من علمه تحتمل قد يأتي وقد لا يأتي تحتمل تستدعي صديقا اخر عزيزا على قلبه اذا فهم ان الصديق الثاني يأتي الى الجلسة حتما يأتي اذا يأتي لاجل هذا الصديق. فماذا فعلت انت انت فعلت فعلا قرب الصديق الأول هذا العالم الفاضل قربه الى الغاية في المجيء والاستفادة منه اذا انت فعلت فعلا قرب قرب الصديق ولكن لم تلجأه تلجأه حتى مع هذا الصديق لا تلجأه نعم هذا هو اللطف هذا هو اللطف وحكمة حكمة يعني انت اذا لم تستدعي الصديق الثاني لست حكيما اذا تريد تستفيد من هذا الفيض العلمي اتستدعي صديقا عزيز عليه جدا نعم فبمجرد ان يفهم ان الصديق الثاني موجود في الجلسة ياتي هذه مقاربة بالتجربة الفكرية فقط نعم قال واللطف واجب هذه نتيجة لتحصيل الغرض به هذه كبرى القياس يعني اللطف يحصل الغرض يعني دعوة الصديق الثاني وكل ما يحصل الغرض واجب ما معنى واجب? يعني تقتضيه الحكمة? الحكيم افعله النتيجة اللطف واجبة اقول لطفه وما يكون المكلف معه اقرب الى فعل الطاعة وابعد من فعل المعصية ولم يكن له حظ في التمكين ان اذا كان له حظ في التمكين يصير جبرا. ولم يبلغ حد الايلجاء. يعني يبقى الانسان على اختياره هذا تعريف للطف نعم اه اللطف وما يكون المكلف معه اقرب الى فعل الطاعة يعني ان الله تعالى يمارس فعلا يقرب الانسان الى الطاعة ولا يمكنه واذا مكنه اه بعد جبر ولا يجبره يبقى دايما على اختياره لطف وما يكون المكلف معه اقرب اقرب الى فعل الطاعة وابعد من فعل المعصية ولم يكن له حظ في التمكين هذا القيد سيأتي بيانه ولم يبلغ حد الإيجا يعني ليس جبران. يبقى صديقك اه يأتي باختياره ولا يأتي بالقهر والاضطراب قل واحترزنا بقولنا ولم يكن له حظ في التمكين على الالة يعني هذا البدن وهذه القوة والخلقة هذه ليست لطفا نعم اللطف يأتي بعد بعد التكليف اذا كلفت شخصا تعمل عملا يقربه الى الى للغاية. مثلا من مصادر اللطف النبوة دليل النبوة العامة النبوة</w:t>
      </w:r>
    </w:p>
    <w:p>
      <w:r>
        <w:t>اه لطف واللطف واجب في الحكمة الالهية فالنبوة واجبة. النبوة العامة ليس النبوة الخاصة النبوة الخاصة معاينة تجربة يجب ان تعي الشهود وليس دليلا عقليا لانها واقعية خارجية واقعية خارجية يجب ان نفكك بين النبوة العامة والنبوة الخاصة نعم كيف تثبت عصمة النبوة الخاصة لا سبيل الى ذلك الا النبوة العامة نعم النبوة العامة تثبت العصمة العامة لو لم يكن النبي معصوم بالعصمة المطلقة لا انتفت الغاية عدم الوثوق به اذا اثبت الاسماء للنبوة العامة ثم جيت واحرزت مصداقا من مصادق النبوة مثلا النبي صلى الله عليه واله فالعصمة تذبحه قهرا فالعصمة ليست دليلا تجريبيا. لا يمكن لان الامر باطني انت كيف تعرف امير المؤمنين انه معصوم لا يمكن الا بالتنصيص في الغدير وغير الغدير اذا عرفت انه ولي العصمة تأتي قهرا نعم يقول واحترزنا بقولنا ولم يكن له حظ في التمكين عن الالة فان لها حظا في التمكين وليست لطفا نعم  هذه الخلقة الانسانية تقتضي ماذا? تقتضي الهداية اذا انت ارسلت النبوة يا الله فتساعدني على ماذا? على الوصول. قد نصل وقد لا نصل حسب اختياري. انا دائما نبقى مختارا ولكن النبوة ساعدني فهي لطف. لانها تساعد على الوصول الى الغاية نعم وقولنا ولن يبلغ هذا اللطف حد الإلجاء. لأن الإيجاء هنا في التكليف واللطف لا ينافيه. نعم. الإلجاء للجبر قلت لكم التكليف يدور مدار الاختيار والمسؤولية نعم. هذا اللطف المقرب يقسمون عادة اللطف الى المقرب والمحصن. المقرب يعني ليس بالضرورة انه يوصلك الى الغاية والكمال والمعنويات المحصل لا تصل الى كمالك. وقد يكون اللطف محصنا وهو ما حصل عنده الطاعة من المكلف على سبيل الاختيار طبعا ولولاه لولا لولا هذا اللطف لم يطع مع تمكنه في الحالين يعني يمكن ان يطيع ام يوم? كله يعطيه عاصي وهذا بخلاف التكليف الذي الذي يطيع عنده لان لطف امر زائد عن التكليف. دائما اللطف بعد التكليف التكليف حكمة واللطف حكمة لكن اللطف حكمة تتبع التكليف. اذا كلف فالإنسان اه الله تعالى يجعل له وسائل لا تجبره تساعده على الوصول الى غايته. نعم وليس كذلك التكليف لنا عنده يتمكن من ان يطيع وبدونه لا يتمكن من ان يطيع. نعم يعني لا معنى للالتزام وعدم الالتزام الا بالتكليف فلم يلزم ان يكون التكليف الذي يعطي عنده لطفا. يعني قد تقول التكليف لطف نقول لك لا التكليف اه ارضية لتحقق اللطف. اذا كان هناك التكليف يعني ان تتكلف ابنك وتعرف ان ابنك هذا قد يتهاون قال لو تقولو انت اذا اديت هذا التكليف عندك هدية رائعة جدا نعم اذا كنت من المؤمنين ترسله الى امام الرضا يزور عليه السلام. اذا كنت من المخربطين تقول له روح الى باريس في شقراوات وارتاح هناك نعم هذا لطف لطف ذاك لطف نوراني وهذا لطف بائس تعبا اذا عرفت هذا فنقول اذا عرفت معنى اللطف وانه ينقسم الى لطف مقرب والى لطف محصل وانه يأتي بعد التكليف وليس من صنخ التكليف يقول اذا عرفت هذا فنقول اللطف واجب يدخل في الدليل اللطف واجب هذه ليست دعوة وانما نتيجة نعم خلافا للاشعرية. طبعا الاشعرية ما عندهم هذه الحكمة آآ لا حسن ولا قبح اه ذاتيين والدليل على وجوبه والدليل على وجوبه انه يحصل غرضا المكلف فيكون واجبان والا لزم نقض الغرض. نعم. انت تريد ان ابنك يؤدي هذا العمل ولا نعم ولتغري بي امور جميلة ما يتحقق الطلب ما يتحقق الطلب بيان المنازمة ان المكلف انا المكلف يعني المولى هنا في مثالنا ان المكلف اذا علم ان المكلف لا يطيع الا باللوط الا بامر جميل فلو كلفه من دون اللوط كان ناقضا لغرضه كمن دعا يغيره وهذا هو المثال المعروف الذي بينته انا في الدعوة كمن دعا غيره الى طعام وهو يعلم انه لا يجيبه الا اذا فعل معه نوعا من التأدب او استدعى صديقا عزيزا عليه فاذا لم يفعل الداعي ذلك النوع من التأدب كان ناقضا لغرضيه ووجوب اللطف يستلزم تحصيل الغرض او صديقك لا صديقك يعشق الكتب قولو والله عندي دورتان لكذا في الفقه للسيد الخوئي او آآ دورة لتقريرات المظفر للكومباني يقولون شيخ المظفر عنده اه التقريرات الكومباني في عالم الاصول خمسطاشل سنة درس اصول يبقاو راها اه الشيخ المظفر رحمة الله عليه تخيل انت هذه التقريرات كيف تكون؟ الأستاذ هو والمقرر هو المظفر ذلك العقل الكبير وذلك القلم الجميل والسلس. كيف تكون هذه التقريرات? موجودة عند الورثة هذه التقريرات سمعتها من واستادنا الشيخ صادق لاريجاني في درسه الخارج نعم  عندك انت دورة مثل هذه. عندك دورتان واحد واحدة لك وواحدة تستدعي هذا الفاضل الذي يفرض علما تقول له عندنا صفرة وعندك هدية من عندي تقريرات الشيخ المظفر على دروس الكومباني في علم الاصول سريعا يأتي نعم اذا كان عاشقا للعلم وهو عاشق للعلم نعم قال فان كان من فعله تعالى وجب عليه وجب هنا عليه وهو الحقيقة عنه يعني مقتضى حكمته نعم وان كان من المكلف وجب ان يشعر به نعم اذا انت تقول له تعالى تحظر العشاء وانت غرضك غرضك ما هو؟ تلك المباحثة التي تدوم ثلث ساعات يفيض بالعلم وتستفيدون اجمل شيء هو المباحثات والجلسات العلمية. وانت لا تخبره بهذه الدورة دورة الشيخ المظفر. تقريرات لدرس الكومباني في علم الاصول. تخفيها لا تظهر لا ياتي يجب على ان هذا الصديق يعلم بها حتى يتحرك. وان كان من المكلف وجب ان يشعر يشعره  به يعني يشعره يعني يشعره المكلف يعني الله به يعني في مثالنا يقولو عندي دورة الشيخ المظفر اه لأصول هاديا يأتينا ويوجبه نعم وان كان من غيرهما شرط في التكليف العلم بالفعل نعم يعني اه لطف لا من المكلف ولا من المكلف نعم يقول آآ شرطهم هذا شرط في التكليف العلم بالفعل نعم. اذا انا ما اعلم بالفعل كيف? يعني انا يجب ان تصني تصني يصلني البيان افعل كذا نعم حتى تأخذ هذه الجائزة اقول لما ذكر وجوب اللطف بالدليل لانه موصل الى ماذا? موصل الى الغرض وبالاختيار شرع في بيان اقسامه وهو ثلاثة الاول ان يكون من فعل الله تعالى فهذا يجب على الله تعالى فعله لما تقدم يعني من الحكمة والدليل ثاني ان يكون من فعل المكلف فهذا يجب على الله تعالى ان يعرفه اياه. ويشعره به ويوجبه عليه الثالث ان يكون من فعل غيرهما لا المكلف ولا المكلف فهذا ما يشترط في التكليف بالموت وفي العلم بان ذلك الغير يفعل اللطف نعم اذا ما يعلم بذلك الغير كيف? نعم يعني انت الان عندك صديق عزيز تريد هذه اذ جلس العلمية فانت انت تستدعيه تقول تفضل عندنا جلس علميا نستفيد من فيضك من علمك احتمال كبير ولا يأتي</w:t>
      </w:r>
    </w:p>
    <w:p>
      <w:r>
        <w:t>وفيه ثالث لا انت ولا هو لا المكلف ولا المكلف تكلفتو بالمجيء وهو المكلف لا شخص ثاني يأتي الى الجنازة ويعطي هدايا يعطي هدايا هدايا مالية وهدايا مالية فصديقي كذا يجب ان يعلم ان فيه لطف بالبين والا لا يتحرك قال ووجوه القبح منتفية هذه رد الاشكالات نعم ووجوه القبح منتفية. اذا كان اللطف فيه قبح فهذا مبنى مكة ما براميك يا بني الذي صار اساس السياسات الان مع الاسف. لماذا لسياسات بائسة؟ لانها تطبق اه مبنى ميكيفاي الذي بينه في كتابه الامير طالعوا الكتاب كتاب جدا جميل. كانت اه كانت ايطاليا اتعس من العراق اه العلاقة على الاقل الان فيه دولة اه مؤسسة من تكتلات ثلاثة. الاكراد والعرب السنة والعرب الشيعة نعم هو الكل يعشق في التقسيم كاين مجاملات مجاملات والنظام الدولي ممكن لا يساعده الان الطقس يؤخره الى اجل ايطاليا لا كانت مقسمة بالفعل مقسمة. مشتتة عالم وعالم مفكر كيف يوحد ايطاليا? صر قويا فقال ما في الا ديكتاتور يقهر الايرادات ويوحد الوطن ونجح نجحت توحدت ايطاليا وذهب هذا التشتت وقال وكل وسيلة مباحة لهذا الحاكم يعني الغاية تبرر اقل وسيلة. الان كل السياسات تطبق هذا الامر نعم كل الوسائل مباحة للوصول الى الغاية. تدمير الأوطان تدمير الأوطان قتل الناس قتل الناس نهب ثرواتهم نهب ثرواتهم هذه هي السياسة تمشي على هذه القاعدة القبيحة الله تعالى الحكيم يعني يأتي بلطف قبيح للوصول الى غرض يعني مكيف ابدا. ولهذا يقول وجوه القبح في اللطف منتفية والكافر لا يخلو من اللطف. تقول الكافر اه كيف يتصور فيه اللطف هاي الكافر نحكي لكم قصة جميلة جدا اه عالم الماني في الظاهرة في الطائرة. بجنبه مسلم واعطاه نسخة قرآن بالألمانية ظاهرا بالإنجليزية لا ادري المهم لغة يفهمها هذا العالم فهذا العلم اخذ هذا القرآن وبنيته انه اول الزبناء حاشا القران الكبير يرميه فيها. هكذا كانت نيته الطائرات اخذت وقتا في في المسير فهو فتح القرآن جاءت اه صورة الكهف ال الكهف فوجد ان في سورة الكهف ابدان ابدان الفتية تتقلب انت لا تفسد والكلب بالوسيط لا يتقلب فذهب وبحث في الكلب وجد انه الكلب يفرز هرموناته يفرز امور اه تجعل بدنه لا يفسد فشافني معجزة عظيمة في القرآن فاسلم. اذا هذا الشاب الذي اعطاه القرآن من مصادق اللطف من مصادق الاوطاف الاله هي فالكافر نعم نعم عنده اه الطف لكن هو لا يختار الطريق الصحيح. قلنا هذا راجع الى اختياره والاخبار بالسعادة والشقاوة ليس مفسدة. يعني الله تعالى اذا قال من يلتزم بالتكليف سعيد ما لم يلتزم بالتكليف يعيش يعيش التعاسة اه عندنا قاعدة علمية نحن قاعدة عقلية علمية ذاتية يعني تكوينية ان ان الجزاء من جنس الفعل فالكافر هو يتحمل مسؤولية ما فعل يقول لما ذكر اقسام اللطف شرع في الاعتراضات على على وجوبه مع الجواب عنها وقد اورد من شبهات الاشاعرة الثلاثة. هذه الشبهات كلها موجودة في كتب الفخرر الرازي فخلصي كل الاشكالات التي تتصور في العالم موجودة عنده. كل المغالطات التي تتصور وجودها عندنا. من اراد ان يتقوى في بحث الامامة يناقش الفخر وليس الاحمق ابن تيمية. يروح الى كتب الفخر ويأتي بإشكالات على الامامة  اه يناقشها ويرد عليها تصير عنده ثقافة في الإمامة قوية جدا. كل من جاء بعد الفخر عالة على الفخر في اشكالاته هي على الإمامة الاول قالوا اللطف انما يجب اذا خلى من جهات المفسدة ونحن شرطنا ان اللطف ليس فيه مفسدة لأن جهات المصلحة لا تكفي في الوجوب ما لم تنتفي جهة المفسدة نعم هذا فلسفة التكليف التكليف يحركك نحو المصلحة اذا اذا كانت فيه مفسدة مبنى نعم فلما لا يجوز ان يكون اللطف الذي توجبونه مشتملا على جهة قبح لا تعلمونه فلا يكون واجبا لسنا نحن الذي نلطف الله تعالى الذي يلطف والله خبير عليم. نعم. وتقرير الجواب ان جهة القبح معلومة لنا. لاننا مكلفون بتركها. انظر الله تعالى بين لنا دوائر الفساد. وبينا دوائر المصلحة وليس هنا وجه قبح وليس ذلك استدلال بعدم العلم على العلم بالعدم. نعم وعن الانسان حتى لو نعلم ما دام هو فعل الله تعالى والله تعالى لا يفعل القبيح فيفعل الحسن اذا اللطف ينطوي على مصلحة ولا على مفسدة. نعم حتى لو لم نعلم محقق نعلم لان الله بيننا مواطن الخير ومواطن الشر الهمها فجورها وتقوى الثانية ان الكافر اما ان يكلف مع وجوب اللوط او مع عدم اللطف والأول باطن مع وجود اللطف نعم والا لم يكن لطفا نعيد ان الكافر اما ان يكلف يعني يكون محلا للتكليف. موجة التكليف مع وجود اللطف او مع عدم اللطف والأول باطل يعني مع مع وجود اللوط باطل كيف والا لم يكن لطفا يعني يدخل في مقومات التكليف لان معنى اللطف هو ما حصل المطلوب المطلوب فيه عنده يعني انت مكلف ثم يأتي اللطف ثم يحصل ماذا? الثواب يعني تحصل المرتبة المعنوية اذن لا يكون مع اللطف يكون بعد لا يكون مع التكليف يكون بعد التكليف هنا الاشعري لا يفهم المعية العلية الذاتية والمعية الزمنية هذه الامور لا يفهمها والثاني ما عدم ما عدم اللطف. والثاني اما ان يكون عدمه لعدم القدرة عليه فيلزم تعزيز الله تعالى وهو باطل او مع وجودها فيلزم الاخلال بالواجب نعم يعني انت اللطف يوصل ولم تأتي به خلاف الحكمة وخلاف الواجب والجواب ان اللطف ليس معنى هو ما حصل الملطوب فيه اللطف يقرب فقط لطف يقرب يبقى الانسان مختار اذن الإشكال الإشكال في المعنى يعني في المبدأ التصوري الفخ الرازي لم يفهم او تجاهل ويتجاهل ويفهم تجاهل المعنى التصوري اللطف الية تساعد على الوصول ليس بالظرورة ان يتحقق الملطوف به ان لطف ليس معنى هو ما حصل الملطوب فيه فان اللطف لطف في نفسه سواء حصل الملطوب فيه او لم يحصل بل كونه لطفا من حيث لا يقرب الى الملطوف فيه. ملطوف فيه يعني اه الثواب مم ويرجح وجوده على عدمه وامتناع آآ الترجيحي انما يكون لمعارض اقوى هو سوء اختيار المكلف. دائما هذه القاعدة خذوها. الاختيار في دائرة القيم الاخلاقية والتشريعية هو المحور  في البوريا الان الثانية بدائرة القيم الاخلاقية والتشريعية لمحور عند الله والحكمة. حكمة في الانسان هو الاخ تيار لاحظت ماذا يقول يقول وامتناع ترجيحه انما يكون لمعارض اقوى هو سوء اختيار المكلف فيكون اللطف في حقه مرجوحا ويمكن ان يكون ذلك جوابا عن سؤال اخر لهم. وتقريره ان اللطف لو كان واجبا لم تقع معصية من المكلف. يعني هو يتصور ان اللطف الا تام لمن? للطاعة. لا من قال انه علة تامة دائما في القيام في في القيم الاختيار هو الذي يحقق طاعة او يحقق المعصية لو كان واجبا يعني اللطف لم تقع معصية من من مكلف اصلا</w:t>
      </w:r>
    </w:p>
    <w:p>
      <w:r>
        <w:t>لانه تعالى قادر على كل شيء. هذه الدينية الاشعرية هذا هو العقل الديني. العقل الديني دائما يدور مدار القدرة والعقل الالهي يدور مضار الحكمة وثمانين بالمئة من المتدينين لهم عقل ديني وليس لهم اه عاقل الهي نعم يعني انت تقول من يحمل العقل الديني اه لماذا الله تعالى جعل الانثى انثى يقول الله قادرون فعلوا لما يشاء اما العقل الالهي لا يبحث عن الملاك الذاتي في بنية الانثى فيجدها يقول الانثى هذه انثى لانها لها خصوصيات كذا كذا كذا. ومن خصوصياتها الاساسية هي الحمل والانجاب. وهذا النسل يبقى العبادة الالهية تبقى تكتشف ملكات قلت تكتشفها كاملة. قد تكتشف بعضها هذا ضعف انساني وقد يأتي آآ الوحي ويبين بعض الحيثيات. نعم هذا هو العقل الالهي اما العقل الديني يقول الله قادر وافعل لما يشاء وانت تسكت ولعنة الله عليك نقطع لك راسك هذا هو العقل الديني لا يتماشى مع اهل البيت مطلقا العقل الديني العقل الالهي هو الاساس. نعم ان شاء الله نكمل البحث في الحصة القوادمة.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