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صدقوني اذا بحثتم هذا الكتاب خصوصا الالهات بمعنى الاخص. ما سبق لا يهم كثيرا لان الان  يدرس في الحكمة بعمق وبتفصيل لا فقط الالهيات بالمعنى الاخص يعني من اثبات وجود الله تعالى الى اخر بالكتاب اذا تباحثتم هذا الكتاب بقوة كتير من المعلومات توسع ذهنكم وافقكم. وصلنا الى هذه العبارة ويمكن ان يكون كذلك جوابا عن سؤال اخر لهم. يعني كلاما المحقق التونسي نعم ووجوب القبح منتفية والكافر لا يخلو من لطف والاخبار بالسعادة والشقاوة ليس ويمكن ان يكون ذلك جوابا عن سؤال اخر لهم وتقريره تقرير السؤال ان اللطف لو كان واجبا يعني تقتضيه الحكمة الالهية لم تقع معصية من مكلف اصلا مع الفقر الرازي يقول لو كان هذا اللطف صحيحا لكان الله تعالى بامكانه ان يجعل فوق كل شخص نبيا نعم فوق كل شخص آآ فوق كل شخص نبي. عبث يعني الله تعالى يعبث نعم قلت لكم العقل الديني هو الذي يدمر الاديان ثم يدمر الهداية والحضارة نعم وهو ينافي اللطف نعم لا اه لو كان واجبا لما تقع معصية لم تقع معصية من مكلف اصلا لانه تعالى قادر على كل شيء عليه. هذا هو العقل الديني. العقل الديني يحيل دائما الامر الى القوة الى القوة نعم مع ان الحكمة هي الأساس لأنه تعالى قادر على كل شيء يعني الله تعالى قادر على ان يبعث لكل شخص آآ نبيا. لماذا لم يفعلها نعم وهو قادر على كل شيء فاذا قدر على اللطف لكل مكلف في كل فعل لم تقع معصية لانه تعالى لا يخل بالواجب لكن الكفر والمعاصي موجودة اذن هذا اللطف كله خرطي وتقرير الجواب ان نقول انما يصح ان يقال يجب ان يلطف للمكلف اذا كان له لطف يصلح عنده نعم اذا هذا اللطف لطف لم لم ما في مصلحة له بهذا اللطف لا يتعين مثلا انت تريد ان تستدعي هذا هذا الفاضل الذي يفيض علما عالما فتستدعيه وتأتي بماذا? تأتي بشخص هو يبغضه طليته ينسجم معه تماما هذا لا يصلح له بالتعديد لا يتحرك فانت غير حكيم نعم اذن انت تأتي بلطف فيه مصلحة للمكلف نعم هذا جواب العلامة الحلي. ولا استبعاد في ان يكون بعض المكلفين لا لطف له سوى العلم بالمكلف نعم يعني العلم بالمكلف او التكليف. احسن والثواب مع الطاعة نعم والثواب هذا الاشكال الاخير يعني بعض المكلفين فقط يصلح لماذا? بالتكليف فقط لا يصلح له هادي الحكمة الالهية هي التي تحدد ذلك الامر نعم آآ عندك انت ابن كسول وابن آآ مجتهد فتقول لي الكسول اذا انت بس في الامتحان نجحت عندك هدية رائعة مني نعم هدية هدية يقول الفقهاء هدية ذات شأن نعم حتى يخمسها مثلا  وهذا النبيه والنجيب والمجتهد اصلا لا تلطف به باقا تقولو انت ادرس جيدا وهذا ادرس جيدا واعطيك هدية فهذه الملاكات الواقعية الله يعلم بها. نحن لا نعلم بها انت في هذا المثال كتجربة فكرية تعرف ان هذا النجيب والنبيل بجائزة بدون جائزة ينجح فلا تتحرك نعم بعدما ينجح تقدم له اه الجائزة وليست كلطف سابق على الفعل اما هذا التعبان الكسول لا يتحرك الا بجائزة اذا مرة تقول فقط ادرس لابنك النجيب يكفي بدون لطف مر له هذا الكسول الدروس لك سيارة نعم حتى يدرس ماذا تفعل ولهذا يقول ولا استبعاد في ان يكون بعض المكلفين لا لطف له سوى العلم بالمكلف او بالتكليف نقطة هنا المفروض نقطة تحقيق قديم والاخبار بالسعادة والشقاوة ليس مفسد هنا يقول والثواب مع الطاعة والعقاب مع مع المعصية والكافر له هذا اللطف يعني حتى الكافر له اللطف. لا هذا ما عنده علاقة بذكاء الاشكال. والثواب مع الطاعة والعقاب مع المعصية والكافر لهو ذا اللطف  الكافر يكفي اه يكفي انه بحقه ان الله تعالى لطف في حقه انه موجود هذه الملل اللي هي على هداية. يعاينها ويراها فهذا لطف بك انت. انت ترى الامة الهادية نعم يعني تواجد الأئمة عليهم السلام في وسط الأمة لطف كبير تواجدهم فقط ها بغض الطرف عن الايمان بولايته ام لا? تواجدهم في وسط الامة لطفه. لكن الامة مختارة تتبع لها. تتبع هذا شأنها نعم الثالث ان الإخبار بأن المكلف من اهل الجنة او من اهل النار مفسدة. لأنه اغراب المعاصي لا اله الا الله لا اله الا الله لا اله الا الله يعني انت تقول لابنك هذا الكسول اذا اجتهدت وتعبت وسهرت في المطالعة والمباحثة ومراجعة الدرس والسؤال والجواب تنجح واذا نجحت اعطيك سيارة حتى نعم او تقول له اذا لم تجتهد ولما ما ما تنجح وما في سيارة يعني هو يقولها ما في سيارة اذا انا ما ما ما انجح ما اقول هذا الكلام هذا الكلام غير معقول ايها الاشعري. تخرف علينا الثالث ان الاخبار بان المكلف من اهل الجنة او من اهل النار مفسدة لانه اغراب المعاصي ليش اغراب المعاصي? لماذا اغراب الفعل التحريض على الفعل وحث على الفعل لماذا تروح الى للشر? ايها الفخ الرازي لانه اغراب المعاصي وقد فعله الله تعالى وهو ينافي اللطف. والجواب ان الاخبار بالجنة ليس اغراء مطلقا لجواز ان يقترن به من الاوطاف ما يمتنع عنده من الاقدام على المعصية. لماذا لا تنظر الى الخير واذا انتفى كونه اغراء على هذا التقليل بطل قولهم انه انه مفسد على الاطلاق نعم واما الاخبار بالنار فليس مفسدة ايضا لان الاخبار ان كان للجاهل كابي لهب انتفت المفسدة فيه لانه لا يعلم صدق اخبار صدق اخباره تعالى فلا يدعو ذلك للاصرار على الكفر وان كان عارف كابليس لم يكن اخباره تعالى معاقبة داعين الى الاصرار على الكفر. لانه يعلم انه باصرار علي يزداد عقابه. فلا تصير مغريا عليه هذه الفلسفة عجيبة وغريبة لكن جيد الانسان يدركها ويتباحثها لان هذه محل ابتلاء. التكليف واللوطف اه صار ماديا محل نعم محل ابتلاء الله تعالى اذا كلفنا ان اريد اعمق المسألة اكثر اذا كلفنا بتكليف مثلا الصلاة عندنا صلات وعندنا ثواب الجنة رضا الله الحياة الطيبة بالنسبة الى المكلف المفروض والمنطقي هو هذا. انا اؤدي الصلاة لانها خير في ذاتها صلاة في حد ذاتها خير او يقول لان الله كلفني بها هذا خير اما تنطلق من الله تعالى تقول حكمة وان لم ادري باسرارها وانا اؤديها لانها خير لا تؤديها لانها للجنة? لا ابدا. لانها خير. يكفيني لكن هذا يتنافى ان تكون لك جنة وحياة طيبة. علماء فلسفة الاخلاق يقولون ابدا لا تنافي</w:t>
      </w:r>
    </w:p>
    <w:p>
      <w:r>
        <w:t>بالعكس يقولون هذين السجن مع البنية الانسانية البنية الانسانية ليست عقلانية محضة وليست ارادة محضة في وجدانيات في احاسيس وفي عواطف وفيه ميول اذا جاءت هذه الامور فتحفز اكثر. لها علاقة بالعواطف والاحاسيس. تقول ابنك اذا اجتهدت في دراستك انا اشتريت لك سيارة  هذا قبيح ليست حكمة? لا هو اذا اجتهد ونجح هذه السيارة كانت عاملا في تحفيزه وتحريكه لماذا? وهي اعشق السيارة يتصورون او يتحرك على الشواطئ ويتحرك ويسافر بها وما شاء الله يعني هذه تلبي له اه ميلا في داخله واغلبية الناس يتحركون بهذا الأمر من يعبد الله تعالى لانه يستحق العبادة قليل جدا فالحكمة ماذا تفعل لا تغري بهذه الامور ولا تحث الانسان على هذه الامور. لا ابدا الحكيم يجب ان يفعلها قال ويقبح منه تعالى التعذيب مع منعه دون الذنب  هنا علاقة التقبيح مع القمح مع اللطف. متى يكون اللطف قبيحا. اقول المكلف يعني المولى اذا منع المكلف من اللطف قبح منه نعم قبح منه عقابه نعم اذن اللطف من آآ متممات التكليف من متممات التكليف. يعني الان انا صنعت لي يا الله بني تريدك وتعشقك وتريد ان تتحرك اليك ورضا الله في احسن من رضى الله لكن انت لم تفعل اي شيء لي تحريكا. تحريك يعني لم ترسل الانبياء ولم تنصب الاوصياء انا بعد تعاقبني صعبة جدا ولهذا يقول ويقبح منه تعالى التعذيب تعذيب فاعل يقبح مع منع اللطف دون الذنب اقول المكلف يعني المولى هنا كمصداق. اذا مانع المكلف يعني الانسان الذي يحمل بنية وجودية قابلة للتكامل والرقي في المعنويات منع المكلف من اللطف من من اللطف جر المجرم المتعلق بمنعة قامواح منه عقابه عقاب المكلف يعني الانسان لانه بمنزلة الامر بالمعصية والملجئ اليها. يعني انا تتركني هكذا كالبهيمة عطيتني بنية جميلة جدا ثم لم تلطف بي لا بالانبياء ولا بشريعة ولا واوصياء ولا حتى بماذا? حتى باغراب حياة طيبة احسن من هذه اه بعد اه كيف تعاقبني قبيح? العقاب هنا قبيح. نعم كما قال الله تعالى يأتي بالحكمة الوحيانية يعني بالالهات الوحنية الوحيانية لو ولو انا اهلكناهم بعذاب من قبله لقالوا آآ ربنا لولا ولا ارسلت الينا رسولا هذه او اللطف ارسال الرسل من مصادق الوضوء حتى لا تقام الحجة على الله تعالى ولو انا اهلكناهم بعذاب من قبله بدون ارسال الرسوم يعني من قبل ارسال الرسل لقالوا ربنا لولا ارسلت الينا نصوما. تقيم علينا الحجة اولا نعم فاخبر انهم لو منعهم اللطف في بعثه بعثه الرسل لكان لهم ان يسألوا بهذا السؤال ولا يكون لهم هذا السؤال الا مع قبح اهلاكهم من دون البعث ولا يقبح ذمه لان الذنب حق مستحق على القبيح. غير مختص بالمكلف نعم لا يمكن الذنب الله تعالى لان الله تعالى حكيم ولا يترك هذا الامر نعم او مثلا لا يذم الانسان الذي لم يلتزم وبقي في حيوانيته بدون هذا اللطف نعم دون الذنب يعني الله تعالى لا يذمهم من حيث اننا في الطاف ولا يقبح ذمه لان الذنب حق مستحق على القبيح غير مختص بالمكلف بخلاف العقاب المستحق اللي مكلفنا ولهذا لو بعث اه الانسان غيره على فعل القبيح اه ففعله لم يسقط حق البعث من الذنب. كما ان لابليس اه ذم اهل النار وان كان هو الباعث على المعاصي خصوصا الاختيار بيناكو الاختيار. نعم. فابليس يذمهم لماذا يذمهم؟ مع انه هو المحرض على المعصية وعلى التمرد اغبياء عندكم العقلانية وعندكم الاختيار لماذا انتم لم تفعلوا عقلانيتكم واختياركم قال ولابد من المناسبة نعم نعم هذه الحكمة يعني المناسبة يعني اللطف ينطوي على ملاك ذاتي حكيم هذا الأمر ملاك ذات حكيم. تريد ان يأتيك صديقك صاحب العلم الذي يترشح من وجوده الجميل? ياتي الى الصفرة الى العشاء ثم تستفيد من علمه في سهرة علمية رائعة برضى الله تعالى والرضى النبي والائمة نعم فتأتي بلطف لا يسالخ لا الجلس ولا صديقك هذا نعم قال ولابد من المناسبة مناسبة بين اه المكلف والغاية. والا ترجح بلا مرجح بالنسبة الى المنتسبين يقول لما فرغ من الاعتراضات على وجوب اللطف كما اثارها الفخ الرازي والاشاعرة شرع في ذكر احكامه. وقد ذكر منها خمسة نعم اه الأول انه لابد ان يكون بين اللطف والملطف فيه مناسبة مع سنخية يعني حكمة والمراد بالمناسبة هنا تو المرادو كونو كون خبر مراد والمراد بالنسبة بالمناسبة هناك كون اللطف بحيث يكون اه بحيث يكون حصوله داعيا الى حصول الموتوفلي يعني يحرك نعم يحركه نعم نقول لصديقك تفضل عندنا العشاء حتى تستفيد من علمه في مباحثة راقية والامن جالس الامن الصدامي جالس عندك نتا تقول له الامن هنا الامن هنا ينتظرونك. بالله عليك اي حكمة هذه? واي مناسبة هذه تريد تهلك صديقك والغاية لا تتحقق مجرد يدخل البيت يعتقله نعم ويقتلوه ويعدموه هذه هي المناسبة يعني الحكمة في ذلك اللطف يعني اللطف يكون من مصادق الحكمة انتهى الامر نعم انه لابد وان يكون بين اللطف والملطوف فيه مناسبة. يعني تأتي بصديق عزيز يستأنس به وليس رجال الامن. والمراد بالمناسبة هناك كون اللطف بحيث يكون حصوله يعني تحقق هذا اللطف داعيا الى حصول المولدوف فيه. يعني يأتي الصديق وهذا ظاهر ظاهر يعني هذه هي مقتضى الحكمة وهو ظاهر يعني مقتضى الحكمة نعم نعم لانه لولا ذلك لم يكن كونه لطفا اولى من كون غيره لطفا فيلزم الترجيح من غير المرجح نعم هذه هي الحكمة الحكمة دائما آآ ضرب للترجيح منها بمرجح يعني عدم الحكمة والترجيح بلا مرجح عن الاشعري في مسألة العادة يقول النار لا تحققوا الاحراق. عاد جمع الله تعالى بين النار والاحتراق ولكن لا علية ومعنوية بينهم ولا ضرورة بينهما اذا لماذا النار لماذا الاحتراق لماذا الاحتراق? لماذا ما تخرج ارنب من يقول شيخنا هذا خبال هذا جنون هذا هو الجنون يعني العادة جنون حقيقة خلاف الحكمة يعني انت اذا لم تقل بالظرورة بين العلة والمعلول يعني الاحتراق يصارخ النار وضرورة يترشح منها لماذا لا يترشح ارنب ايها الاشعري اذا قال مستحيل فرجع الى ماذا? الاحكام العقلية انتفت العادة هكذا يجب ان نفهم الامور بدقة فائقة. نعم. ولم يكن كونه لطف في هذا الفعل اولى من كونه لطف لغيره من الافعال. وهو ترجيح من غير المرجح ايضا. والى هذين اشار بقوله والا ترجح بلا مرجح بالنسبة اليه المنتسبين وعان بالمنتسبين اللطف الملطوف به. يعني الفعل الذي تفعله حتى يقرض صديقك الى المجيء. والملطوف فيه وصديقك. وهذا ما فهمناه من هذا الكلام. نعم كلام صحيح كلام صحيح. ولابد من المناسبة يعني حكمة حكمة مخربطة تستدعي صديقك لي العشاء حتى تستفيد من المباحثة معه لانه قوي يفيض علما واخلاقا ثم تقول له الجهاز الامني موجود عندنا بالله عليك هذا مناسبة هذه</w:t>
      </w:r>
    </w:p>
    <w:p>
      <w:r>
        <w:t>هادي حكمة هادي والا ترجح بلا مرجح. يعني واحد اذا لم تكن هناك مناسبة حكمية بين الملطوف واللطف اه فكلشي يصلح لهذا الامر نعم اذا يجب ان تأتي بصديق عزيز عليه يحبه كثيرا ويستأنس له كثيرا تقول لماذا؟ تقول هادي مناسبة حكمة اذا لم تكن هذه المناسبة جاز كل شيء وبالتالي لا معنى للطف ينتفي من اساسه نعم نعم ولو لم يكن كونه لطفا في هذا الفعل اولى من كونه لطف في غيره من افعل وهو ترجيح من غير مرجح ايضا. يعني لماذا انت اخترت اه الصديق بدون غيره اذا لم تكن مناسبة حكمية بين الصديق العزيز والملطوف به كنت تأتي باي شيء. اذا في مناسبة هي التي جعلتك يعني حكمة جعلتك تختار الصديق العزيز له اذا لم تكن هذه المناسبة تأتي بالام تأتي بالخروف طلي كما تقولون تأتي باي شيء الصوم كلها يجوز لأن لا عاقل ولا حكمة اذا غابت الحكمة كل شيء يجوز. كل شيء يجوز وهذا اشكال اشكال ابن رشد على آآ مسألة العادة عند الاشاعرة. قال اذا بنيتم على العادة تنتفع احكام العقل. واذا ارتفعت احكام العقل يرتفع الدين الدين يضيع نعم والى هذين اشار بقوله والا ترجح بلا مرجح الى المنتسبين واعني بالمنتسبين اللطف والملطوب فيه. اذا الصديق العزيز مناسبة جيدة للمالطوف به العالم والفاضل فعقلك ماذا يقول? يقول افعل هذا يعني استدعي الصديق العزيز هذا بما فهمناه من هذا الكلام. فهمك دقيق جدا شيخنا العزيز قال ولا يبلغ الإلجاء اشارة الى نفي الجبر في اللطف وإلا اذا كان اللطف يجبر المكلف فانتهى كفى التكليف. قلنا التكليف يدور مدار لاختيار الانسان. اقول هذا الحكم الثاني من احكام اللطف هو الا يبلغ في الدعاء الى الملطف الى حد الايل جاء يعني الجبر. لان الفعل الملجئ الى فعل اخر يشبه اللطف في كونه كل المهمة داعيا للفعل غير ان المتكلمين لا يصمون الملجئ الى الفعل لطفا ولهذا شرطنا في اللطف زوال الايل جعلوا الى الفعل مع الإلجاء يوصل الى الغاية لكن آآ لا تنسب الى الفاعل تنسب الى الفاعل يعني الانسان المكلف تنسب تنسب الى المجبر الى الملجئ فينتفي اصل اللوط ينتفي اصل التكليف هذا قيد مهم جدا لا يبلغ الايلاء. اذا اللطف يحرض يساعد يحث ولكن لا يلجأ نعم لا يلجأ ابدا قال ويعلم المكلف اللطف اجمالا وتفصيلا هذه واضحة جدا اه كما ان التكليف يجب ان يعلمه المكلف لقاعدة قبح عقاب بلا بيان. البيان ظروري البيان هو الذي يحرك عامل من عوامل تحريك الارادة. يعني يجب ان تكون اضاءة حتى الانسان يفعل الارادة. يعلمه بالتفصيل لا ليس بالضرورة. يعلمه بان الاجمال نعم مثلا آآ لا تقول لصديقك هذا الفاضل والعالم جاء آآ علي صديقنا علي ويعرف ان هذا العزيز مو علي هو صديقه يقول لا اه في عزيز عليك في الجلسة ويعلم انه في عزيز بالقطع ولكن لا يعلم مصداق هذا العزيز لا يأتي يعني يكفي الاجماع نعم. اقول هذا هو الحكم الثالث من احكام اللطف وهو وجوب كونه معلوم للمكلف اما بالاجمال او بالتفصيل اما ان تقول له علي حاضر صديقه العزيز الذي يعشقه كثيرا او تقول عزيز عليك في الجنازة لانه اذا لم يعلمه ولم يعلم الملطوب فيه ولم يعلم المناسبة بينهما لم يكن داعيا له الى الفعل لا يتحرك ابدا فان كان العلم الاجمالي كافيا في الدعاء الى الفعل في الدعاء يعني في الحث على الفعل لم يجب التفصيل. يعني تقول عندك عزيز في في في الجلسة كما يعلم على الجملة كون الالم الواصل الى البهيمة لطفا لنا وان كان اللطف لا يتم الا بالتفصيل يعني ذبح البهيمة التي هي اه ناكل من لحمها وكذا. وان كان اللطف لا يتم الا بالتفصيل وجب حصوله نعم اذا شفت ان صديقك هذا يلح كثير من من هذا العزيز من هذا العزيز؟ تقولو علي يعني تخرج من دائرة في الاجمال الى دائرة التفصيل نعم وان كان اللطف لا يتم الا بالتفصيل تفصيل العلمي يعني البيان وجب حصول هذا التفصيل. ويكفي العلم جمالي في المناسبة التي بين اللطف والملطف في المناسبة الحكمة يكفي الاجمال. لان آآ الاحاطة بجميع حكم الواقعية هذا صعب على الانسان. تكفي المناسبة الايد مالية. يعني العلم بالمناسبة الاجمالية قال ويزيد اللطف على جهة الحسن يأتي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