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اللهم يا الله والحمد لله اعوذ بالله من الشيطان الرجيم بسم الله الرحمن الرحيم وبه تعالى ان نستعين والصلاة والسلام على محمد واله الطيبين الطاهرين اعزائي الطلاب السلام عليكم ورحمة الله وبركاته وفقنا الله واياكم لكل خير بقيت اه امور تنتمي الى اللطف وننتهي منها وندخل في النبوة ان شاء الله من المباحث القيمة. هذه البحوث الان مباني بعض المعتزلة اضطر المحقق التوصي رحمة الله عليه للاتيان بها ومناقشتها وصلنا الى  هذه الفقرة قال ويجوز اللطف في المستحق كونه عقابا ليس اللطف. كنا في الالم ويجوز الالم في المستحق كون هذا الالم عقابا يجوز يعني ليس بالضرورة نعم الكافر مثلا الله تعالى يعاقبه على كفره لطفا به تخفيف لعقابه او المؤمن يؤلمه الله تعالى لكن هذا الالم تيهين لطف يقربه الى الطاعة مثل الحج من من حج يعرف هذا الالم انا اه الم السفر وشي صعب نعم فيه لذة رائعة جدا الهية لكن فيه تعب وفيه الم هذا كله مقدمة للحج وللخير وللكمال والمعنويات يكون لطفا وقد قد يفعله الله تعالى قال ويجوز الالم الالم في المستحق لماذا ما هو الملاك? يقول كونه عقابا كونه عقابا تعليل ما بدا السبب الكافي اقول هذا مذهب ابي الحسين البصري المعتزلي فانه جوز ان تقع الامراض الامراض من مصاديق الالم وفي نسخة اه تقع الآلام في نسخة اخرى اه جميع النسخ هي الامراض ونسخة هي الالام لا فرق الألم كلي والأمراض مصداق من مصادق الألم يقول جوز ان تقع الامراض في الكفار والفساق من الملة عقاب مفعول اجله. عقابا يعني تسأل لماذا? يقول للعقاب عقابا للكافر والفاسق لانه الم واصل الى المستحق فامكن ان يكون امكن ولهذا قال يجوز في المتن فامكن ان يكون عقابا ويكون تعديله قد اشتمل على مصلحة لبعض مكلفين كما في الحدود. الحدود يعني القصاص. الام نعم الانسان اذا اه حدة في هذه الدنيا يطهر في يوم القيامة لا يعاقب هذا مبنى يعني الالام التي لها مدخلية في تحقيق اللطف يقول يجوز في الحكمة الالهية ان تكون مثل الحدود والامراض بالنسبة الى الكافر. ومنع قاضي القضاة من ذلك قاضي القضاة من البقلاني الاشعري هذا هو المصطلح ينطبق عليه لانه كان قاضيا الدولة العباسية في زمانه وكانت له مناظرات كبيرة مع الشيخ المفيد رحمة الله عليه ولم ينتصر في مناظرة واحدة كل مناظرة كانت مع الشيخ المفيد كان ينهزم نعم وهو شخصية كبيرة جدا تستطيع ان تقول هو منظر علم الاصول للسنة ومنظر علم الكلام للسنة ثم جاء شخصية باء كبيرة بعده وامام الحرمين الجويني ثم وصلت النوبة الى الغزالي والف خرازي تأسس المذهب الاشعري. كل من جاء بعد ذلك اما حاشية على ما قالوه واما الشر شارح لما قالوه نعم هذه المعلومات تذكرني بشبابي كنت اطالع هذه الامور كثيرا لان لا اهتموا بهذه الامور اهتموا امور عصرية ومهمة جدا نعم ومنع قاضي القضاة من ذلك يعني يقول لا الالم اذا كان في طريق اللطف لا وجزم يعني تيقن وجزم بكون امراضهم محنا لا عقوبات لانه يجب عليهم الرضا والصبر عليه والتسليم وترك الجزاء ولا يلزم يلزمهم ذلك في العقاب هنا اه ابو الحسين البصري يتكلم عن من يلطف بالانسان ولا يتكلم عن حالة من حالة المكلف فالحيثيات تختلف ابو الحسين البصري ومن تبنى هذا المبنى كالمحقق الطوسي يشيرون الى اصل الالم اذا كان في طريق اللطف ويوصل الى الخير وليس ولا يتكلمون عن المكلف عن الشخص. قاضي القضاة ذهب الى ماذا? الى المكلف وجزم بكون امراضه محنا لا عقوبات لانه يجب عليهم الرضا والصبر. عليها. حتى الذي يقول باللطف فالآلام التي تكون في طريق اللوط في الموصل الى الغاية اه حتما يصبر عليها. يعني انت تحج الآن وتعرفنا الالام التي في الحج رجل كبير في العمر ويركب الطائرة ممكن للطائرة تكون عشر ساعات مؤلم جدا بالنسبة الى كبير في وهذا الم فيجب ان يصبر اذا اراد ذلك الخير الكبير الذي يترشح من حجه الحيثيات تختلف. القاضي القضاة خلط بين اصل الألم في سياق اللطف والمتحمل لهذا الالم? نعم حتى الذي يقول ان الالم قد يصدر من الله تعالى لاجل انه يقع في سياق اللوط. يقول حتما الانسان يجب ان يتحمل والا كيف يصل الى ذلك الخير والكمال نعم ويجب ايضا التسنيم بان يعتقد انه لو تمكن من دفع المرض الذي هو مصلحة له لا يدفعه ولا يمتنع عنه لا دفع المرض هذا امر عقلائي امر عقلائي تخيل انت الآن انسان عنده طرقة للذهاب من الحج يعني من المغرب العربي الى الجزيرة عنده الطائرة ست ساعات على الأقل ست ساعات يتعب كثيرا وهو كبير في العمر تخيل سبعين سنة وعنده تي الأرض عندو ملكة عرفانية طي الأرض حاتم لا يختار الطائرة عقلائيا الإنسان الإنسان لو استطاع ان يحج بدون هذا التعب يحج بدون هذا التعب هذه امور عقلائية يا قاضي القضاة ويجب ايضا التسليم بان يعتقد انه لو تمكن من دفع المرض الذي هو مصلحة له لا يدفعه ولا يمتنع منه لا يفصحوني ما يدفعهم يعني هل الله تعالى اذا جعل الالم في سياق في سياق اللطف. يعني نحن ما نعالج نعالجو هاذي سيرة العقلاء. نرفعهم. المهم. قال ولا يكفي اللطف في الم المكلف في الحزن قال هذا مذهب الشيخين وقاضي القضاة الشيخان من هما? ابو علي الجبائي وابو هاشم الجبائي وقاضي القضاة لا ادري يقصد به البقلاني او قاضي القضاة اي في مذهب المعتزلة وجوز بعض المشايخ ادخال الالم على المكلف اذا اشتمل على اللطف فتبيناه والاعتبار يعني الوجوه الاعتبار الوجوه يعني الالم في حد ذاته قبيح لكن  له وجوه تعتري هذا الاعتبار. اعتبارا للوجوه يعني جهاد تعترف يصير حسنا انسان يتألم  وهو مريظ ويخدروه ويقطعوا لو القدم وبعد بعد ما يشفى يتألم في المشي يعني يتعب في المشي مع انه هو يقبل هذا الامر لمصلحة عقلائية ارقى. نعم. هذا هو الاعتبار نعم قطع الرجل اه لا يقبله العقلاء هكذا عبثا. لكن لوجه ما هو? لبقاء الصحة يتخلص من هذا القدر هذا هو الاعتبار يعني وجوه واعتبارات. مثل الكذب انا يكذب حتى انقض النبي اعتارا هذا الفعل الكلامي اه اعتبار وجه وهو نقض انقاذ النبي انقاذ النبي راع جدا حسن جدا وان لم يحصل في مقابلته عوض حتى لو ما يعوض الله تعالى لان الالم كما يحصل لنفع يقابله فكذا يحصل لما يؤدي اليه الالم من خير طبعا. ولهذا حسن منا تحمل مشاق السفر لربح يقابل السلعة او للحج مثلا. ولا يقابل مشاق السفر يعني الربح هذاك يفوق مشاق السفر ولما كان مشاق السفر علة في حصول الربح المقابل للسلاح</w:t>
      </w:r>
    </w:p>
    <w:p>
      <w:r>
        <w:t>فكذا الالم الذي هو لطف لولا لما حصل الثواب المقابل حسن فعله نعم وان خلى من العوظ للعوظ يعني الله يعوض له لأدائه للناس الدنيا هذي دنية ابتلاءات دنية ابتلاءات الانسان الذي يخاف الالم لا يتحرك ولا يتكامل نعم الالم في سياق التكامل ابتلاء بالعكس هذه النشأة محفوفة بالالام محفوفة الالم. نعم هذي امور عقلائية واضحة جدا. وحجة الاوائل ان الالم غير المستحق لولا اشتمالها على النفع او دفع الضرر كان قبيحا نعم. بينا قد طعنت رجلك هكذا بدون اي منفعة تعود عقلائي تعود اليك عبث قبيح والطاعة المفعولة لأجل الألم ليست بنفع لاجل لاجل الالم يعني الله تعالى يؤلمك لاجل الالم. تريد يريد ان تطيعه في الالم هذا غير صحيح نعم والطاعة المفعولة لاجل الالم ليست بنفع والثواب المستحق المستحق عليها يقابل الطاعة دون الالم فيبقى الالم مجردا على النفو وذلك قبيح. اذا كل الله تعالى اذا جعل هذه النشأة محفوفة بالاعدام وبالألم فاعلم ان فيها حكمة كبيرة جدا بالعكس انا في تصوري ان هذه النشأة جمالها يكمن في هذه الالام وفي هذه النقائص عرفت الله تعالى بفسخ العزائم. ونقض الهمم. امير المؤمنين يقول فسخ العزائم امر عدم والم يتألم الانسان. وكذلك نقض الهمم. الا ان هذه تؤدي بك الى معرفة الله معرفة الله اذا الالم لاجل الالم قبيح من الله وقريب وقبيح من العقلاء  انت الان تأتي وترى تمشي في الطريق وترى شخصا يكسر اه داره يهدم داره فتسألني ماذا يفعل هذا? لان انت ترى الامر قبيحا فيقول لك هذه الدار لو بقيت اه شهرا لانهارت على اصحابها فيجب ان تكسر وتبنى من جديد. فانت هذا الم يكسر بيته الم لكن الم مقبول نعم مقبول لماذا? لنفع اخر عدم هلاك الاسرة وتغيير البيت وتجديد البيت هادي امور عقلائه قال ولا يحسن مع اشتمال اللذة على لطفيته نعم جيد والله تعالى اه فيه لطف وفيه لذة يقول هنا ولا يحصل مع اشتمال اللذة على بلطفيته ابو الحسن البصري هذا منظر المعتزلة. مع الاسف الشديد لم ارى كتابا لهما مطبوعا حتما هذه الكتب موجودة هو منظر الاشعرية. يعني ابو الحسين البصري يعادل السيد المرتضى في في الزمن وامام الحرمين ابو الحسين البصري امام المعتزلة سيدي المرتضى علم الهدى امام الامامية وامام الحرمين امام الاشعرية هذه الشخصيات لها كتب نفيسة جدا  اه هي المنظرة الحقيقية للجيل الثالث من اه المدرسة الكلامية اقول هذا مذهب ابي الحسين البصري خلافا لابي هاشم الجبير وتقرير مذهب ابي هاشم ان لو فرضنا اشتمال اللذة على اللطف يعني الله تعالى يتحفون بلذة او انت تتحف غيرك بلذة الذي اشتمل عليه وهذه معجونة باللطف يعني تقرب الى الغاية نعم وهي الذي اشتمل عليه الالم يعني اللطف في الم يحصل منه تعالى فعل الالم بالحي لاجل لطف الغير مع العوض الزائد الذي يختاره المتعلم لو عرض عليه قال ابو هاشم نعم لان الالم المشتمل على المنفعة الموفية في في حكم المنفعة عند العقلاء. يعني انت الله المك بشيء وهذا الالم في سياق اللطف. ما معنى في سياق اللطف? يعني في سياق الوصول الى الغاية ثم فيه لذة يحسن المحقق التونسي يقول لا يحصل نعم  الجباء يقول يحسن ابو الحسين البصري مثل المحقق التونسي يقول لا يحصل قال ابو هاشم نعم لان الالم المشتمل على المنفعة الموفية في حكم المنفعة عند العقلاء. ولهذا لا يعد العقلاء مشاق السفر مثلا الى الحج. الموصلة الى الارباح او الثواب في الحج او الارباح تجارة مضار واذا كان الالم في حكم المنفعة صالح وصول اللطف في تقدير منفعتين فيتيخر فيتخير الحكيم حكيم يعني الإنسان العاقل ليس الحكيم بمعنى الفيلسوف البصير يعني هنا بمعنى البصير فيتخير الحكيم فايهما يشاء. نعم هذا التفكير ابو هاشم. عندي الم يوصل الى اللطف وهذا اللطف فيه لذة هل هذا اه يجب عند العقلاء ابو هاشم يقول يجب ابو الحسين البصري والمحقق التونسي يقول لا نسمع كلامه وابو الحسين منع ذلك ووافقه المحقق التونسي يقول ولا يحسن مع اشتمال اللذة على لطفيته وابو الحسين البصري منع ذلك لان الالم انما يصير في حكم المنفعة اذا لم يكن اه  الى اذا لم يكن طريق لتلك المنفعة الا ذلك الالم ولو امكن الوصول الى تلك المنفعة بدون ذلك الالم كان ذلك الالم ضررا وعبثا ولهذا يعد العقلاء السفر ضررا مع حصول الربح بدون اه بدونه نعم قلت لكم اذا كان الانسان يستطيع ان يحج بدون السفر وبدون هذه الامور وينقص منها ويحجم منها ها فهذا يصير في العقلاء دول في العقلاء نعم اذا الالم المقبول الذي لا مناص منه. قل لا مناص منه. يعني هذا الحاج يأتي من المغرب لا مناص انه ماذا يركب الطائرة او يمشي على البر يمشي على البر متعبة جدا بالنسبة الى الكبير. والطائرة ست ساعات كذلك يتألم الى انه اقل الم. اذا اذا كان لا مناص من هذا الالم يكون لطفا. آآ يكون حسنا والا فلا. نعم. الحق مع ابي الحسين البصري والمحقق الطوسي قال ولا يشترط في الحسن اختيار المتألم آآ بالفعل. اقول لا يشترط في حسن الالم المفعول ابتداء. يعني الله تعالى اه يفعل الالم في حق المكلف لماذا? لانه له مدخلية في اه اللطف. ايصال المكلف الى الكمال لهذا القايد انه له مادة خلية في تحقيق اللطف نعم يقول لا يشترط في حسن الالم المفعول ابتداء من الله تعالى اختيار المتعلم العوض الزائد عليه بالفعل نعم ليس بالظرورة نعم يعني انت الان اه تكلف ابنك بتكليف ما والغاية من هذا التكليف خير للاسرة وخير لهذا الولد وتلطف به تقول له انا اه اشتري لك سيارة يقول تشتريها الان نقول لا نشتريها بعد سنة هو يتألم في هذه المدة بهذا الالم عقلائي نعم هل يجب ان انا انا اخيره بهذا العوض يعني هو يقول لي على السيارة او لا? لا لا لا ليس بالضرورة ليس بالضرورة ان اه ان يختار المتألم يعني ابني يقول لي انا واختار بين السيارة وبين ماذا تزوجني? لا لا لا ما عنده هذا الأمر اقول لا يشترط في حسن الالم المفعول ابتداء من الله تعالى او من الانسان بالنسبة الى انسان اخر اذا كلفه بفعل ما اختيار المتألم للعوض الزائد عليه بالفعل لان اعتبار الاختيار انما يكون في النفع الذي يتفاوت في اختيار المتألمين فاما النفع البالغ الى حد لا يجوز اختلاف الاختيار فيه فانه يحصل وان لم يحصل الاختيار بالفعل. وهذا هو العوض المستحق عليه تعالى نعم كمان ما تنتظر اختياره خصوصا اذا كان العوظ اه شيئا رائعا نفيسا سيارة بيت او جنة عند الله تعالى نعم قال نعم بين هذه المسألة الرابعة عشر في الاعوام الاعوام من مصادق العدل</w:t>
      </w:r>
    </w:p>
    <w:p>
      <w:r>
        <w:t>نعم طفل يولد اعمى مسكين واو مشلول في الفراش الى ان يموت ممكن يعيش عشرين سنة ثلاثين سنة وهو بالفراش ما هو حكمه حاتما والله تعالى يعطيه ويعوض له نعم طبعا مع الشروط الموضوعية شروط الموضوعية ان هذا الانسان يكون مؤمنا يكون طاهر السريرة صاحب قلب منيب وهكذا نعم اقول والعوظ نفع مستحق خال عن تعظيم وتعظيم واجلال. نعم لماذا الله تعالى يعظمه ويجلله؟ لم لم لم يرتكب شيئا عوض لو انتهى الأمر اما هذا الذي مجاهد مثلا مجاهد اعطى ذاته للاسلام في بادر في احد في صفين في الجمل نهروان مع الحق فالله تعالى يعوض له يثيبه ويعوض له ويعظمه يقول احسنت وهكذا امور بالنسبة الى العقلاء يقولون احسنت يجللونه اما العوظ لا العوظ من غير المستحق لا والعوظ نفع نفع مستحق خال عن التعظيم مستحق لانه مسكين اه مشلول طول حياتو او هذا المجاهد ضحى بنفسه وباسرته باولاده لاجل الحقيقة والحق اقول لما ذكر حسن الالم المبتدأ مع اه تعاقبه بالعوض زاد زائد وجب عليه البحث عن العوض واحكام العوظ وبدأ بتحديده. يعني التعريف مبدأ التصور يقال نفع مستحق خال عن تعظيم واجلال نعم فالنفع جنس للمتفظل نعم انتم درستم في علم المنطق ان التعريف دائما يبدأ من العنف ثم تأتي القيودات. قيودات حتى تتعين الهوية نعم الانسان ما هو ذاته القايد الأول ما هو ممتدة يعني يأتي الجسم نام ياتي النبات حساس متحرك بالارادة تأتي الحيوانية ناطقية الانسانية تحدد تحدد في الذات الطبيعي اما في ادارة ما وراء الطبيعي وفي البعد الالهي قد تزيد بعض المكونات لا بأس لكن في الحدود الطبيعية هذا يكفي اذا نبدأ بالعام ثم نقيد نقيد حتى تتعين الهوية لعوظ نفع عام مستحق عام خال عن اه عن تعظيم واجلال تحددت هوية هذا العوض فالنفع جنس المتفضل به وللمستحق وقيد المستحق فصل فصل يميز عن النفع المتفظل به نعم وقيد الخلو عن التعظيم والاجلال يخرج عن به الثواب. لانه ما عمل شيء. قلت لكم لم يعمل شيئا ليس ثوابا. مشلول لما يمارس لا صلاة ولا حجا ولا صياما نعم قالوا ويستحقوا عليه تعالى بانزال اه بانزال الالم وتفويت المنافع لمصلحة الغير وانزال الغموم سواء استندت الى علم ضروري الغموم يعني جمع غم او مكتسب او ظن لا مستند الى فعل العبد وامر عباده بالمضار او اباحته وتمكين غير غير العقل جزئيات تدخل في العوض نعم اقول هذه الوجوه التي يستحق بها العوض يعني ملاكات العوظ يعني انت تقول هذا المشلول الله تعالى يعوضه يستحق لهذه الآلام التي عاشها لكن بدون تعظيم واجلال. لماذا? لانه لم يمارس شيئا يمارسن لكن الله تعالى من لطفه برحمته يعوض له فتسأل ملاكات العوض ما هي? يقول هذه الوجوه التي يستحق بها العوض على الله تعالى. انزال الالم بالعبد المؤمن كالمرض وغيره. مشلول مسكين اذا هذا الملاك الاول. وانا في تصوري حتى الحكومات بهذه المنح من الدولة تتبع هذه الملاكات نعم فمشلول تدفع له مثلا حق حق التداوي وتدفع له على الأقل مثلا شهرية يعيش بها فهذه الملاكات الان تتبعها الدول لماذا? لانها ملكات اه عقلائية وترجع الملاكات العقلائية دائما ترجع الى ماذا? ترجع الى ملاكات ذاتية الاول يقول اه انزال الالم بالعبد كالمرض وغيره والله تعالى لم ينزل الالم والامراض. لا الله تعالى خلق هذه النشأة المادية طبيعة هذه النشأة المادية تفكك يعني المزاج لهذا المشلول تفكك يعني لم يعد معتدلا فمرظ والله تعالى لا يفعل الاعدام. طبيعة العالم المادي هكذا. فهذه الافعال لا تنسب الى الله اه مباشرة بالحقيقة تنسب اليه بالمجاز وقد سبق بيان وجوب العوظ به من حيث اشتماله على الظلم لو لم يجب العوظ. يعني اذا لم يعوض له فقد ظلمه الله تعالى. والله تعالى لا يظلم ابدا. سيأتي العوظ قطعا هذا الملاك الاول الملاك الثاني تفويت المنافع اذا كانت منه تعالى لمصلحة الغير لأنه لا فرق بين تفويت المنافع وانزال المظهر نعم كلاهما امور عدمية فلو امات الله تعالى ابنا لزيد وكان في معلومه تعالى انه لو عاش لانتفى دفع به زيد لاستحق عليه تعالى العوض عما فاته من منافع منافع ولده نعم يعوضه الله تعالى ولو كان في معلومه تعالى عدم الانتفاع به لانه يموت قبل الانتخاب به لم يستحق به عوض عوضا لعدم تفويته المنفعة منه تعالى مسألة عقلائية جدا نعم مات وانت بعد اه لم يتعين تنتعين المنفعة لماذا يعوض لك الله تعالى وكذلك لو اهلك ما له استحق العوض بذلك سواء شعر هلاك ماله او لم يشعر لان توفيت المنفعة كإنزال الألم ولو المه ولم يشعر به لاستحق العوظ. لان هذه خاصية لله تعالى وليس خاصية للموضوع. فكذا اذا فوت عليه منفعة لم يشعر بها وعندي في هذا الوجه نظر. يعني العلامة الحلي يناقش في هذه المسألة تجده في كتبه اخرى. الثالث يأتي ان شاء الله. 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