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هذا المقطع قال ويجب تأويله عند التعارض اه خلينا من هذا المقطع نعود الى المقطع السابق. قال وقد يفيد اللفظي القطع قد اذا دخلت على المضارع تفيد التقليد يعني بنحو الموجبة الجزئية. قد تكون بعض الادلة اللفظية يقينيا احكي لكم قصة اه كانت لي في الجزائر مناظرة مع اه وهابي في محافظة هو الرأس الأول في العلم هناك لا يرقى عليه في العلم شخص. الشخصية الاولى في في هذه المنطقة وهي العاصمة الثانية في الجزائر. يعني اكبر محافظة بعد العاصمة نعم كانت عندي هناك في الصيف مناظرة معه مناظرة كانت في في بيتي انا ومناظرة الاخرى كانت في بيتي هو وانصافا انسان متأدب ويسمع فانا تصورت اذا بدأنا المناظرة هو يناظر بقوة ويناظر بادلة وكنا نتكلم عن التوحيد فأراه اه ماسك قدم قدما وكراسة ويدون كل ما يسمح فتبين لي ان لا هذا جاء يستفيد لم يأت للمناظرة لانه يعرف انه ما عنده شيء حتى يناظر فبدأ يستفيد يسجل فقط استشكل عاليا بهذا الاشكال نعم الدليل اللفظي ماذا قال? قال انت تدعي اليقين في الادلة. ادلة على التوحيد مثلا او عن النبوة والامامة لا يهم نوعية الدليل انت تقول بالدليل اليقين والبرهان المنتج للنتيجة البرهانية وبالتالي الانسان يرى نفسه ملزما باتباعه. نعم. هذه هي المناظر فقال لي واللفظيات يعني هذه الادلة صيغت في ادلة لفظية ادلة لفظية ظنية اش كانوا? هذا الاشكال هو الذي دفع بالمحقق التونسي الى اثارة هذه المسألة التي هي خارجة عن السياق مطلقا. نحن نحن لسنا في بحث الالفاظ هو يقول الأدلة تصاغ في الفاظ وضعية اعتبارية فما هو الحكم? يقول بعضها يفيد اليقين نعم بعضه يرفض اليقين. اقول قيل ان الادلة اللفظية لا تفيد اليقين. يعني كما اشكل علي هذا الوهابي لتوقفه هذا الدليل على امور كلية ظنية وهي اللغة اللغة اصلا اعتبارية والنحو والتصريف وعدم الاشتراك والمجاز خلاف الحقيقة والنقل والتخصيص في مقابل التعميم والاظمار والنسق والتقديم والتأخير والمعارض العقلي يعني دائما تجد هذه الادلة الظنية يرفضها العقل والحق هذا يعني العلامة الحلي يخالف هذا الأمر فإن كثيرا من الأدلة اللفظية تعلم دلالتها على معانيها قطعا يعني ترجع الى ملكات يقي وانتفاله المفاسد عنها يعني يجب ان نبحث عن مرتكزات اللغوية. هل هذه المرتكزات اللغوية? شهودية ام لا? انا اؤمن بانها شهودية المرتكزات اللغوية شهودية وبالتالي يمكن الاعتماد عليها لكن بنحو الموجب الجزئية كما قال وقد يفيد اللفظ القطع قال ويجب تأويله عند التعارض. نعم اه عندك دليل عقلي وعندك دليل نقلي. هنا الدليل العقلي اه لا تستشكل عليها. دليل عقلي دليل عقلي لا. بنينا على انه دليل عقلي. ما معناه? يعني اكتشف الملاك الواقعي. هل ياتي النقل لظرب هذا الملاك الواقعي? ثمانين بالمية من المتدينين يؤمنون بهذا ملين بالمئة من المتدينين يؤمنون بها فقط عشرين بالمية او اقل من عشرين بيئة ربما حتى خمسة بالمئة آآ الذين يتبنون هذا المبنى. مبنى المحقق التونسي هنا والاعلام الحلي اذا تعارض دليلان نقليان او دليل عقلي ونقلي وجب التأويل تأويل الناقل انظر دويل النقل نعم يعني النقل اذا جاء وضرب الدليل النقلي. الدليل النقلي ما معناه دليل النقلي بما هو حركة فكرية ام بما هو كاشف اه الملاكات الواقعية. نعم. بما هو كاشف للمملكات الوقائية. النقل يأتي مخالف للملاكات الواقعية فيأتي فيأتي التأويل. وجب التأويل النقل اما مع تعارض النقل فظاهر لامتناع تناقض الادلة الحاكم لا يناقض نفسه يا كيبي نقل يناقض نقلا اخر هذا خلاف الحكمة شوف خلاف الحكمة حد يعني حتى نفي التعارض بين النقلة ملاك واقعي. حكمة. حكمة يعني ملاكات واقعية واما تعارض العقل والنقل نعم فكذلك ايضا يعني يجب تقديم العقل على النقل ونؤول النقل او نرفضه يعني النقل ثبت انه ليس دينا لم يصدر عن الله تعالى وانما خصصنا النقل بالتأويل لامتناع العمل بهما. والغائهما يعني تلغي الكل لا اه الامتناع العمل بهما لا والعمل بالنقل وابطال عقلي لان العقل اصلا للنقل انظر لان العقل اصل للنقل. والله اكتب تحتها هذا هذا البيان. لان الناس كثير ما تفهم هذه الامور. العقلي هنا يعني الملاك الواقعي العاقل فقط طريق لذلك المناك الواقع التعبير بالطريق وهو العقل العقل يعني اه كشف الملاك الواقعي اصل للنقل فلو ابطلنا الاصل لزم ابطال الفرع ايضا. فوجب العدول الى تأويل النقل. يعني حتى ينسجم مع ماذا? مع الملاك الواقعي. وابقاء الدليل العقلي على مقتضى اين هذه القاعدة النفيسة التي تبناها اسطول من اساطير الامامية وهو العالم اين في سيارنا? اين في سياستنا? اين في تبليغنا? تجد الخطيب يجلس على المنبر كل من بداية الخطاب الى نهاية الخرافات خرافات فيه خرافات فيه خرافات نعم خرافات في خرافات نعم   هذه الآية المباركة صيغ الذين امنوا الى الجنة وكذلك الذين امنوا سقة الذين كفروا. يعني مدفوعون هكذا فيقول بالنسبة للكافر هذا احد الشخصيات في النجف نجا في الاشرف لا اذكر اسمه احتراما له يقول دفع الكفار وهي اهانة نعم لكن السيق الذين امنوا الذين امنوا نورانيا اه يقول انا بحثت في هذا الامر كثيرا فوجدت انهم ينظرون الى نماء اه امام الحسين نور الامام الحسين عليه السلام اه اه تأتي الملائكة تجي تدخلهم الى الجنة نعم هم مبهوتون بنور الامام الحسين عليه السلام. هذا هو هذا هو العقل الذي لا يعرف الملاكات الواقعية يعني الامام حسين عليه السلام عنده خارج الجنة وانت الاخرة اما جنة واما النار. وين الامام الحسين هم يعاينون داخل الجنة عليهم آآ دخلوا ثم عاينوا المبعوثين في مرتبته النورانية. كان العقل هكذا اذا غيبت العقل ما تبقى الا الخرافة مع الاسف الشديد. قال وهو قياس وقاسماه قا اقول وهو قياس الضمير هو عاد الى الدليل مطلقا نعم يعني يقسمه الى قياس وقاسمه يعني الاستقراء والتمثيل واعلم ان الدليل ينقسم الى ثلاث اقسام قياس واستقراء وتمثيل هذا فيه مسامحة ايه لانه يقول الدليل قياس واستقراء وتمثيل. الاستقراقيات والتمثيل قياس يعني يقول هكذا المفروض يقول استنباط واستقراء وتمثيل يعني القياس يعني الدليل قياس القياس اما استنباط واما استقراء واما تمثيل ما تقول قياس واستقراء التمثيل القياس ليس قسيما. قياس مقسم ذهبت هذه آآ هذه العادة في السنة المحققين والعلماء. لكن الدقة هذا القياس مقسم استنباط استقرار تمثيل. يعني الاستنباط قياسه تحرك من الكبرى من من الكل الى الجزئي الاستقراء من الجزئيات الى الكل بملاك عقلي والتمثيل انتقال من انتقال من المثل لمثلي جامع. اذا لم نحرز هذا الجامع هذا القياس لا يفيد اليقين</w:t>
      </w:r>
    </w:p>
    <w:p>
      <w:r>
        <w:t>نعم والى الآخرين اشار بقوله وقسماه المفروض يقول والإستنباط وقسميه نعم وقسمة يعني قسمة والاستقراء والتمديد. وذلك لان الاستدلال استلمه اليس هو القياس? اما ان يكون بالعام على الخاص او بالعكس من الخاص الى العام او باحد المتساويين المندرجين تحت عام شامل لهما على الاخر. فالاول هو اجلى الادلة واشرفها لافادته اليقين وهو مسمى بالقياس. لا يسمى بالقياس ثم بالاستنباط يسمى نعم  اخذا من المحاذاة. نعم يعني ملك ملاك التسمية كأن القائس يطلب محاذاة النتيجة مقدمة في العلم والثاني الاستقراء اخذا من من قصد القرى قرية فقرية. يعني ملاكات التسمية هذه كان المستقري يتبع الجزئيات والثالث هو التمثيل هذه تدرس مين? في المعايير المنطقية قال هو القياس اما اقتران استثنائي الاستثناء فيه شرطي واستثناء القياس القياس الاقتراني ما فيه استثناء نعم الفارق بين الاستثنائي والاقتران الاقتران ليس فيه استثناء. والاستثناء فيه اه استثناء. يعني شرطية اما متصلة او منفصلة ثم يأتي الاستثناء. الاقتران الى اقتران صغرى كبرى نتيجة صورة كبرى نتيجة قد تكون يكون القياس الاقتراني مخلوط من حملية وشرطية لا بأس نعم القياس اما ان يكون المطلوب او آآ المطلوب او نقيضه مذكور فيه بالفعل او بالقوة. اذا كان بالقوة فهو اقتراني واذا كان بالفعل فهو استثنائي يسمى والاول يسمى استثنائي كانت النتيجة او نقيض النتيجة مذكورة فيه بالفعل تقول اذا طلعت الشمس فالنهار آآ موجود. النهار ليس بموجود. تقول الشمس ليست طالعة. اذا الشمس مذكورة بالفعل في اه في الشمس طالعة او الشمس ليست طالعة مذكورة في في القياس. اذا كانت لا بالقوة فهو اقتراني. نعم القياس اما ان يكون المطلوب او نقيض ظهور مذكورا فيه بالفعل او بالقوة. بالفعل قياس استثنائي. بالقوة قياس اقتراني والاول يسمى الاستثنائي والثاني الاقتراني. المثال الاول ان كان هذا انسانا فهو حيوان لأنه مندرج تحت الحيوان. لا طبعا اكتب هنا حيوانية انسانية لا تشتبه حيوانية عين سنية اه جاء سني الى قوم ودخل بدأ يدرس في آآ في المدرسة قم مدرسة شيعية وهو سني مغلوق مغلوق اغلق ولم يستبصر وراح لا ادري الان مستبصر وليس مبصر ما عندي علم فالإنسان الأستاذ كان يدرس المنطق. فذكر الإنسان حيوان ناطق فصاح هذا السني. الإنسان حيوان. ماذا تقول يا شيخ? التفت وتعجب ويتصور انه الحيوان والحيوان العرفي مع الاسف هنا حيوانية انسانية حتى ليست حيوانية البقر. ولا حيوانية الاسد حيوانية انسانية يعني مندكة في المنطقية مندكة في بعض يعني حيوانية ذابت في الناطقية وهذا الذي ميز الانسان عن باقي انواع الحيوان نعم ان كان هذا انسان فهو حيوان لكنه انسان ينتج انه حيوان. فالنتيجة مذكورة بالفعل هذا انسان او نقول لكنه ليس بحيوان يعني نفي التالي ينتج انه ليس بإنسان فالنقيض مذكور في القياس بالفعل والمثال الثاني من هو الاقتران? كل انسان حيوان وكل حيوان جسم ينتج كل انسان جسم وهو مذكور في القياس بالقوة نعم هذه درستموها انتم في المنطق ما شاء الله فلا نطيل البحث فيها نعم فقط اشير الى مسألة افادة في القياس الاقتراني مقدمات صغرى كبرى نتيجة اه الحد الاوسط يختفي في النتيجة لماذا? لأن الحد الأوسط علة للنتيجة والعلة لا تكون في مستوى المعلول هذا هو سر اختفاء الحد الأوسط في في النتيجة. ثانيا ان النتيجة منطوية في الكبرى بالقوة وليس بالفعل. والا يلزم الدور نعم يعني تحصيلي الحاصل موجودة بعنوان اخر في الصغرى موجودة بعنوان اه الف في الكبرى بعنوان باء فتخرج في النتيجة اه معلومة جديدة نعم. في القياس الاستثنائي قلنا له بنية تكوينية وله بنية معرفية البنية التكوينية ما هي شرطية سواء كانت آآ اتصالية او انفصالية واستثناء هذه البنية التكوينية يعني اذا غابت الشرطية سواء كان انفصالية او انفصالية تفككت بنية القياس اذا غاب الاستثناء تفككت بنية القياس. ولهذا اقول لكم تكوينية وبنية معرفية ما هي اثبات المقدم او النفي التالي نفي المقدم لا ينتج. الاثبات التالي لا ينتج. دقق جيد اثبات المقدم ونفيه التالي هذا هو الركن الأول المعرفي الأول وبيان الرد بين المقدم والتالي يعني بيان الملازم هذه البنية المعرفية افهمها جيدا قال فالاول باعتبار السورة القريبة اربعة والبعيدة اثنان نعم. يقول الذي فهمناه من هذا الكلام ان القياس الاقتراني له اعتباران احدهما بحسب مادته اعني مقدماته. نعم. يقول الاول باعتبار السورة القريبة اربعة والبعيدة البعيدة اثنان. والثاني بحسب سورة عن الهيئة اللاحقان به العارضة لمجموع المقدمات وهي المقدمات المعايير المنطقية ويسمى باعتباره شكلا وبهذا الاعتبار على اربعة اقسام كل قسم سموه شكلا يعني الشكل الأول الثاني الثالث والرابع هذا باعتبار ماذا? باعتبار الصورة. نعم اه والبعيدة اثنان نعم يعني باعتبار الصورة القريبة وباعتبار البعيدة اثنان. المحقق التونسي انا في تصوري اعلم شخصية عرف التاريخ في المنطق القديم اقوى شخصية في المنطق اه القديم. ويتجلى هذا الامر في كتبه المنطقية شرح الاشارات والجوهر المظيد  اساس الاقتباس الذي هو بالفارسية نعم وحقق مؤخرا تحقيقا رائعا في مجلديه جدا كتاب جميل الا انه مكتوب باللغة الفارسية في زمانه اه فصعب حتى على الفرس نعم فهذه الامور آآ بيان لبنية بنية القياس فقط. نعم ويسمى باعتباره شكلا يعني الشكل الاول الشكل الثاني الشكل الثالث الشكل الرابع ملاكات تقسيمات هذه الاشكال هو تموضع الحد الاوسط. نعم وهذا به هذا الاعتبار على اربعة اقسام كل قسم سموه شكلا. لان الحد الاوسط لاحظت الملاك هو تموضع الحد الاوسط ان كان محمولا في الصغرى موضوع في الكبرى فهو الشرك الاول. اذا ملاك افراز الأشكال الأربعة هو تموضع الحد اوسط نعم. يقول ان كان الحد الاوسط محمول في الصغرى. موظوع في الكبرى لانه هو الحد الاوسط الذي يجمع بين الاصغر والاكبر اه فهو الشكل الأول كقولنا كل جيندا وكل باء الف وان كان محمولا فيهما هذا الشكل الثاني فقط يكون في في مقدمة سالبة وفي مقدمة موجبة. نعم كقولنا كل جيم باء ولا شيء من الف باء. لاحظت؟ يعني يجب ان تكون هناك واحدة سالبة وينتج دائما سالبا. وان كان موضوعا فيهما يعني الحد الاوسط موضوع في الصغرى في الكبرى فهو الثالثة وينتج جزئية دائما كقولنا كل جين باء وكل جيم الف وان كان موضوعا في الصخرة محمولا في في الكبرى فهو الشكل الرابع كقولنا اا كل وكل الف جيم وهذا مهجور في الحراك الفكري قليل الاستخدام لكن له هوية مستقلة نعم وهذه القسمة باعتبار الصورة القريبة. واما بالنظر الى المادة فله اعتبارا ايضا احد وباعتبار صورة كل مقدمة والثاني باعتبار من ذاتها فبالاعتبار الصورة وهو اعتباره بالنظر للصورة البعيدة ينقسم الى قسمين حمل وشرطي في الحمل كما قلنا والشرط كما قلنا كلما كان الف باء فجمدا وكلما كان جمدال فهو هازل ينتج كل ما كان اليفنا فهو هازل. قلت لكم في القياس الحملي</w:t>
      </w:r>
    </w:p>
    <w:p>
      <w:r>
        <w:t>قد يكون مخلوط لمقدمته خالص من من الحملية خالص من الشرطية او مخلوط من الحملية و الشهر نعم او نقول كلما كان الف فجيم دال وليس البتة سالبة. اذا كان هز فهو جمدان او نقول كلما كان الف باء فجيم دال وكلما كان الف باء فهواء هاز او نقول كلما كان الف باء فجيم دال وكلما كان هازل فالهبة. اذا القياس الاقتراني قد يكون خالصا من الحمليات وقد يكون خالصا من الشرطيات وقد يكون مخلوطا عبر كما تشاء وهذه الامور آآ ذكرها باعتبار النظر. لان في مناسبة اه مع النظر النظر يجب ان يتجه في هذا الاتجاه في القياس الإستنباطي بعد ما وصلنا للإستقراء القياس الاستنباطي يتجلى في قياس حملي قياس اقتراني وقياس استثنائي. يبين لك القياس الاقتراني اولا. بتشكل من حمليات خالصة اه او من شرطيات خالصة او من مخلوط نعم قال وباعتبار المادة القريبة خمسة والبعيدة اربعة نعم  اه خمسة ما معروف في الحقل المنطقي الصناعات الخمس نعم برهانية جدلية خطابية شعرية وآآ صفسطة قال نعم وباعتبار المادة القريبة خمسة والبعيدة اربع. اقول مقدمات القياس هي المادة البعيدة له باعتبار مقدمة مقدمة ومجموعها لا باعتبار صورة خاصة وشكل معين هي المادة القريبة ومقدمة في القياس اربعة. مسلمات هذه نعم مسلمات ومظنونات مشبهات ومخيلات نعم واحد اثنين ثلاثة اربعة هذا باعتبار المادة البعيدة واما باعتبار المادة القريبة فاقسام القياس خمسة. البرهان الجدل الخطابة والسفسطة والشعر. نعم نعم آآ البرهان يفيد اليقين الجدل يفيد الافحام والخطاب يفيد يفيد التخييل السفسطة توهم باليقين وهو غير يقين الشيعة تفيد التخيلات فقط نعم قال والثاني متصل فإنتاجه امران وكذا غير الحقيقي من المنفصل ومنه ضعفه. المفروض لا يدخل في هذه الأمور لأنها مبينة في الحقل المنطقي بالتفصيل. الطالب اتقنها في علم المنطوق اقول الثاني هو الاستناء الثاني. يعني قال الثاني بعد ما كمل الحمل اه وقسمه الى حملات محضة شرطية محضة مخلوط راحلة الاستثنائي. قلنا البنية الاستثنائية ما هي الشرطية هو استثناء ما في استثناء ما في قياس استثنائي. وسمي استثنائي للركن الركن التكويني الثاني. شرطية سواء كانت متصلة او منفصلة واستثناء والثاني يعني الاستثنائي متصل اذا استخدمنا الشرطية المتصلة لو كان فيهما الهة الا الله لفسدتا يعني فسد النظام العلي والمعنولي. فارجع البصر هل ترى من فطور نعم ثم ارجع البصر كرتين ينقلب اليك البصر خاسئا وهو حسر. يعني فيه ما في انفطار في نظام العلية والمعنوية فيه آآ انسجام تام اذا لا فسد ذا انتفت الانتفاء التالي. اذا تعدد الالهة في التدبير محال قال والثاني متصلة يعني يستخدم القضية المتصلة كما بينت لك بالمثال فانتاجه امران وكذا غير الحقيقي من المنفصل. المنفصل يعني يستخدم اه قضية منفصلة ليست متصلة. يعني العدد اما زوج او فرض الحقيقي المنفصلة تنقسم الى حقيقية مانعة الجمع ومانعة الخلو كما درستم. الحقيقية دائرة بين النفي والاثبات. تقول العدد اما زوج او لا زوج يعني الفرض ما في شق ثالث مانعت الجمع يعني الطرفان لا يجتمعان لكن يمكن ان يرتفعان. يعني الشيء يخلو من هما مانعة الخلو لا مانعة الخلو يجب ان يكون هناك واحد اثنان ما رأيك? يقول نعم يمكن. الحد الأقل يكون واحد اثنين نعم لا مانع مانعة الخلق نعم ومنه ضعفه اقول الثاني وهو الاستثنائي وهو ضربان. الاول ان تكون مقدمته الشرطية متصلة وينتج منه قسمان احدهما استثناء عن المقدم على الركن التكويني الثاني يعني الاستثناء استثناء عين المقدم وايلي اللي يعين التالي والثاني استثناء نقيض التالي لنضيق النقيض المقدم. يعني اما ان تثبت المقدم يثبت التالي تنفي التالي لا ينفع اه تنفي المقدم لا ينفع. تنفي التالي ينفع. اذا نفي التالي تكشف عن انتفاء المقدم. نعم. وينتج منه قسمان احدهما استثناء عين المقدم لعين التالي والثاني سيتة نقيض التالي لنقيض المقدم هذي الركن الثاني في البنية التكوينية. والثاني ان تكون منفصلة. يعني الشرطية تكون منفصلة. وهو قسمان ايضا. احدهما ان تكون غير حقيقية غير حقيقية بمعنى يعني اما من يأتي الجم ام من يأتي الخلو. والثاني ان تكون حقيقية في غير حقيقي يضربه. نعم. مانعة الجمع مانعة الجمع يعني لا يجتمعان معا. يمكن ان يرتفعان نعم وينتج قسمان منها استثناء عن المقدم للنقيض التالي واستثناء عين التالي لناقض المقدم ومانعة الخلو مانعة الخلو معناها لا تخلو من احدهما لا تخلو الحد الادنى الاجتماع معا نعم يمكن يمكن لكن المهم لا تخلو من احدهما. الاجتماع معا يمكن. نعم نعم ومانعت الخلو وينتج قسمان منها ايضا استثناء النقيض المقدم للعين التالي والسين النقيض التالي لعلم مقدم. واما الحقيقية فانها تنتج اربعة اربعة نتائج. لماذا? لان الدائرة بين الدائرة بين النفي والاثبات. عندنا اثنان اضرب في اثنين اربعة يعني تنفي الاول يثبت الثاني تثبت الثاني ينتفي الثاني تثبت الثاني ينتفي الأول تنفي الثاني يثبت الأول. كم اربعة هذا هو المعنى نعم واما الحقيقية انك تدور بين النفي والاثبات. لا مانعة الجمع ولا مانعة الخلو. يرتقل العدد اما زوج او له زوج. تنفي الزوجية تثبت اللا زوجية تثبت الزوجية تمتفي اللا زوجيا كم? اثنان روحي لالة الزوجية ثبتها تنفي الزوجية تنفيها تثبت الزوجية. اربعة فانها تنتج اربعة نتائج استثناء عين المقدم لنقيض تلي وبالعكس ومن استثناء تليق للنقيض المقدم وبالعكس ما بينت لكم. اثنين في اثنين اربعة قال والآخران يفيدان الظن ان شاء الله هذا يأتي بالتفصيل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