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ورزقنا الاخلاص في باطننا وظاهرنا ما زلنا في الحركة مع ان الحركة لا علاقة لها بالكيف يجب ان تفرز بباب خاص معليش نحن نبين المتن قال ويتظادوا لتظادوا ما فيه. سكون تكون قلنا هو عدم الحركة ما من شأنه ان يتحرك ملاك وعدم ملكة كما يقول الفيلسوف المتكلم يقول له ثبوت الشيء في زمنين مر الان دقيقة دقيقة ثلاثة وانا ثابت في مكاني حسب المبنى يقول يحدث تضاد بين سكونين ليس باعتبار السكون باعتبار ما فيه مثلا سكون فوق وسكون تحت لا علاقة بين السكون الفوقاني والتحتاني لكن باعتبار المكان يقول آآ في تضج من اين هذه? دائما اه اذا قلنا وهو يقصد التظاهر المقولي. يعرضان آآ موضوع واحد. داك فوق وداك تحت. لا ادري اقول قد يعرض في السكون التضاد كما يعرض في الحركة كيف ان السكون في المكان الاعلى يضاد السكون في المكان الاسفل فاعلة تضاده ليس تضاد الساكن ولا المسكن ولا الزمان لما تقدم في الحركة ولا تعلق تعلق له بما منه يعني المبدأ واما اليه الغاية اذا بماذا? فوجب ان تكون علة تضاده مع السكون التحتاني وتضاد ما فيه. نعم لا خطأ هذا اصل ولا معنى له. لان التضاد اذا كنت من معنى المقولي عرظان والسكون امر عدمي على مان يعرضان موضوع واحد اذا كنت التضاد الفلسفي كالنار مع الماء والنهار مع الخشب خارج المقولة هذا ده له علاقة بالوجود قال ومن الكون الطبيعي والقصر والارادي نعم الكون هنا بالمعنى الفلسفي نعم الكون يريد به هنا الجنس الشامل له انواع النوع الطبيعي والنوع القسري والنوع الارادي هذه الحركة هنا الجنس الشامل للحركة والسكون كما اصطلح عليه المتكلمون وقسمه الى اقسام ثلاثة وذلك لانه عبارة عن حصول الجسم في الحيز هذا هو الكينونة نعم يعني التأين وذلك الحصول قد بينا انه لا يجوز استناده الى ذات الجسم فلابد من قوة يستند اليها. اما طبيعة واما شي يقصر الطبيعة واما النفس يعني المتحرك بالارادة وتلك قوة اما ان تكون مستفادة من الخارج وهي القصرية كما ترمي حجر الى السماء آآ حركة اه قصرية يعني خلاف الطبيعة اذا وصلت الى سرعة صفر اما ترجع اولى وهي الطبيعية كما تنزل بطبيعتها ان لم تقارن الشعور. الشعور يعني الوعي الادراك. والارادية ان قارنها قارنتها الشعور يعني هذه الحركة للفواعل الواعية مثل الانسان او النفوس الفلكية كما بينا قال يأتي الى المصاديق فطبيعي الحركة انما يحصل عند مقارنة امر غير طبيعي نعم طبيعة بطبيعتها ثابتة نعم انفى فتحرك نعم آآ الطبيعة امر ثابت والحركة غير ثابتة. حركة خلاف طبعا هما اه الحركة لا لا تقابل الثبات تقابل السكون نعم الثبات يقابله التغير. فالحركة بما انها تندرج تحت عنوان عام هو التغير تكون في مقابل الثبات الثبات مقابل التغير والله تعالى ثابت لانه غير متغير. الملائكة تابتة انها غير متغيرة ولكن ليست متحركة اذا هنا دققوا في المصطلح جيدا فامر الثبات هنا عام يعني عدم التغير والحركة غير ثابتة يعني متغيرة فلا تستندوا اليها نعم يعني لا تستند الحركة للطبيعة لذاتها بل لابد من اقتران الطبيعة بأمر غير طبيعي نعم ويفتقر في الرد الى الانتقال نعم يعني تدفع وترجع فيكون ذلك الانتقال طبيعيا اما في الاين كالحجر المرمي الى فوق ام في الكيف كالماء المسخن حتى يصير بخارا واما في الكيف كذاب بالمرض يعني يكون اه يصير نحيفا كل هذه المواد تخرج من بدنه ولا يستردها لانه ما عنده شهية اكل ولهذا المريض يضعف يصير نحيفا لانه لا يسترد المواد المنحلة في بدنه لانه ما عنده ميل الى الاكل نعم قال وليرد الجسم اليه فيقف. اقول غاية الحركة الطبيعية انما حصول الحالات الملائمة للطبيعة نعم على مبنى القدماء التي فرضنا زواج لها حتى اقتضت الطبيعة الحركة نعم رد الجسم اليها بعد عدمها عن نعم من الطبيعة تصل الى ما تقتضي وتقف هادي هي الحركة انا لا الهرب على الحالة غير الطبيعية قيل لعدم الاختصاص يعني عدم اختصاص الهرب بالطبيعة وهو ممنوع. اذ كل طريق غير طبيعي مهروم منه اعم فيختص بالطبيعي وعلى كل التقدير فان حصلت الحالة الطبيعية وقف الجسم. يعني اذا وصل الى الغاية يقف مثلا الماء نزل من الجبل يريد يستقر يبركا مجرد ان نصل الى البركة تخلص الحركة الطبيعية تنتهي وعدمت الحركة الطبيعية لزوال الشرط وهو عدم الحالة غير طبيعية. يعني فوق كان في حالة غير طبيعية في البركة صار في حالها طبيعية? قال نعم والبخار كذلك البخار اذا في البركة بالقوة. في حالة غير طبيعية. مجرد نسخن الماء يصعد فوقي. يصل الى حالته الطبيعية. اذا وصل الى الحالة البخارية يستقر. ان هذا لا مقتضى طبيعة البخار قال فلا تكونوا دغريا لان الحركة الدورية لا تتوقف مجرد ان تنتقل من الف وتعود لالف مرة ثانية باعتبار اخر تستمر في الدوران اقول هذه نتيجة ما تقدم فان الحركة الطبيعية تطلب استرداد الحالة الطبيعية. كما بينت لكم بالبخار والماء بعد زوال هذه الحالة والحركة الدولية تطلب بالحركة عين ما هربت عن يعني تنطلق من الف تدور وتعود الى الف فلا تكون طبيعية وهذا ظواهر. من هنا بهذا الميلاد قسموا الحركة الطبيعية التي تتوقف عند حصول منطقة تقتضيه. والحركة الدورية التي تدور وتدور يقول فلا تكونوا طبيعيا نعم يعني الحركة الدورية لا تكن طبيعية وهو ظاهر واعلم ان الحركة الطبيعية قد بينا انها انما تصدر عن الطبيعة لا بانفرادها بمشاركة الاحوال غير الطبيعية ولتلك الاحوال درجات متفاوتة في القرب والبعد. نعم بين الحركة الطبيعية الحركة الطبيعية الجسم الى نقطة معينة كانت معها حالة مخصوصة غير ملائمة نعم فاذا وصل الجسم الى تلك النقطة لم تبقى تلك الحالة بل حصلت حالة اخرى هي الحصول في حد اخر نعم هذا هو الكون الكون المبني على كون الطبيعي مبني على هذا على هذا اللي منوال مثلا الماء آآ الماء يحمل البخارية بقوة. يعني يمكن ان يصير بخارا اذا جاءت الضوء الحالة التي تحرك مثلا حرارة يصعد يصير بخارا هو في البخار ماء كذلك بالقوة نعم اذا جاءت حدود وظروف خاصة اه ينزل الى الماء نعم هذه رؤية الرؤية القديمة الرؤية الطبيعية القديمة انا يعني حصول في حد اخر يعني في دائرة اخرى في محيط اخر في شروط موضوعية اخرى فعلة الحركة الأولى التامة غير الحركة الثانية فلا يقال الطبيعة في منتصف المسافة مثلا تهرب عما طالبته بالطبيعة لا هي بالعكس تتحرك نحو ما</w:t>
      </w:r>
    </w:p>
    <w:p>
      <w:r>
        <w:t>تطلبهم نعم اقل وقصرية يعني بعد ما انتهى من الطبيعية التي تتحرك نحو امر بشروط موضوعية اذا وصلت تتوقف او الحركة الدورية التي تعود الى النقطة ولا تتوقف رحيل القصرية. القصرانية قسرية خلاف الطبيعة يعني طبيعة التحرك خلاف ما تقتضيه ليس كالحراك الطبيعية وقصري وقصريها مستند الى قوة مستفادة قابلة للضعف. نعم ترمي حجر الى السماء حلاقة صرية ثم يضعف يضعف القاصر يضعف يضعف حتى تصل السرعة صفر. هناك القاصر ينتهي. تعود للحجر تعود الحجر الى طبيعته فيبحث عن طبيعته ما هي الاستقرار على الارض نعم وهو قسريها يعني الحركة القصرية مستند الى قوة مستفادة يعني داخلة على الطبيعة قابلة للضعف نعم لولا لولا قبولها للضعف لا يمكن ان تعود الى طبيعتها اقول الحركة القصرية اما ان تكون مع ملازمة مع ملازمة المتحرك او مع مفارقته والأول لا اشكال فيه وإن بالبحث في الثاني الحركة القصرية تكون ملازمة مع المتحرك  يعني لا تتوقف دائما في حركة اه قسرية يعني هو طبيعته دائما تكون في حالة اه قسرية اه وهذه الحالة القصرية لا ترفع عنه. مثلا الان الكواكب الكواكب كلها تدور حول الشمس طب روحي مش تدور حول نفسها حركة طبيعية تقتضيها هي. وتدور حول الشمس وفقا لقانون قهري يقصرها على دوران حول الشمس فتكون دائمية ملازمة للمتحرك لا تنفك عنه او مع مفارقته مفارقته كرمي اه حجر الى السماء والاولى لا اشكال فيه وانما البحث الثاني فالمشهور ان المحرك كما يفيد المقصور حركة كذلك يفيد يفيده قوة فاعلة لتلك الحركة يعني في قاصر قابلة للضعف بسبب الامور الخارجية والطبيعية المقاومة منها ترمي حجر الى السماء للامور الخارجة الهوى والامور اه الذرات في في الفضاء تضاعف هذه الحركة حتى تصل السرعة صفر ثم يعود الى حالته الطبيعية وينزل الى الارض يستقر نعم قوة فاعلة لتلك الحركة قابلة للضعف بسبب ماذا? الامور الخارجية والطبيعية المقاومة وكلما ضعفت القوة القسرية حتى تصل الى سرعة صفر بسبب المصادمات يعني الاحتكاك والاستكاك قوية الطبيعة الى ان تفنى تلك القوى بالكلية الان في الفيزياء يسموها السرعة صفر ترمي بحجر الى السماء يعني الحركة القسرية للقاصر يضعف يضعف الى ان تصل السرعة صفر فتعود يعود الحجر الى طبيعته. ماذا يقتضي? ما يقتضي ما يلائم طبيعته وهو الاستقرار في الارض هذه هي الطبيعيات القديمة نعم عقلنا يعني فيها خطأ الا ان عقلنا انا لا يهمني الخطأ لا يهمني العبقرية في التحليل نعم لو بقيت الامة بهذه التحليلات وبهذه الاخطاء مع مع التصحيح اللي صارت الان هي سادة الامم نعم قادة وقادة الامم سيدة الامم لكن مع الاسف نحن العاقل عطلناه. نعم عطلناه عملناه في الثلاجة مع الاسف الشديد وعندي هنا اشكال على منحه لا يرتضي هذا هذا التحليل فان الواحد بالشخص لا يبقى حال ضعفه واحد من الشخص يعني هذا الجسم الفلاني فالقوة القصرية اذا عدمت عند ضعفها افتقر المتجدد منها الى الى علة كافتقار الحركة والاقرب يعني انت يعني يقول العلامة الحلي اذا وصل الحجر الى السماء وانتهى القاصر يعني عودته ليست طبيعية. عودته كذلك يحتاج الى عامل اخر العامل الاخر هنا باللسان الحديث والجاذبية والاقرب هنا ان نثبت في المتحرك قصرا امور ثلاثة. الحركة القصرية والميل القسري وهو القابل للشدة والضعف والقوة المستفادة من القصر وهي باقية لا تشتد ولا تضعف وتتجدد الميول ما لم يحصل للهواء الذي يتحرك فيه المتحرك تلبد وتصلب يمنع من النفوذ فتبطل القوة القسرية بالكلية. يعني ادخل اه عنصر جديد وهو ادخل الميل القصري وادخل القوة ان قاصرا نعم يعني الميل القصري الان يسمى الجاذبية. نعم. قال وطبيعي السكون يستند الى الطبيعة مطلقا. السكون منه طبيعي كاستقرار الارض في المركز نعم مركز للكون. يعني مركز المنظومة الشمسية على مبنى القدماء. ومنه قصري كالحجر الواقف في الهواء قصرا. مرمي في السماء ومنه ارادي كسكون الحيوان بارادته في مكان ما. يعني الحيوان نائم في مكان ما اسد شبعان ونائم الاسد يتحرك بالارادة ليس كالحجر وناعم يعني ساكن والطبيعي من السكون ما يستلج الى الطبيعة مطلقا بخلاف الحركة الطبيعية المستندة الطبيعة لا مطلقا بل عند مقارنة امر غير ملائم نعم فاذا ارتفع الملائم تحركت الطبيعة الى مقتضاها. نعم هذه كلها مبنية على ان السكون امر وجودي مع ان السكون امر عدمي مع الاسف الشديد نعم اذا لا يمكن مقاربة هذه الامور بهكذا مقاربة نعم اذن هو يبين السكون السكون منه طبيعي كاستقرار الارض في المركز يعني الارض في المنظومة الشمسية على مبنى لقدمائنا الارض هي المركز الان تبين لها كوكب صغير يدور حول الشمس ومنهم قصره كالحجر الواقف في الهواء قصرا هل يقف الحجر في الهواء? لا يدري نعم ومنه ارادي كسكون الحيوان بارادته انسان حيوان جالس نائم مرتاح تحت الظل كيفما كان الماء كالأسد مثلا والطبيعي من السكون ما يستنزل الطبيعة مطلقا بخلاف الحركة الطبيعية المستندة الى الطبيعة لا مطلقا بل عند مقارنة امر غير ملائم. يعني في امر غير ملائم هذا الغير ملائم اذا ارتفع تصل الى غايتها. اقول وتعرض البساطة ومقابلها للحركة خاصة نعم يعني البساطة في مقابل التراكم يعني تقول حركة بسيطة وحركة مركبة اقول من الحركات ما هو بسيط كحركة الحج حركة الحجر الى اسفل نعم بسيط غير مركب ومنها ما هو مركب حركة كحركة النملة على الرخاء. اذا اختلفتا في المقصد يعني النملة تتحرك نحو الجنوب والراحة تتحرك نحو الشمال هنا حركة مركبة او انت الان في سفينة سفينة متجهة نحو امريكا وانت متجه نحو اه استراليا او متجه نحو العراق  هنا تكون حركة مركبة فتأتي المحصلة يجب ان تكون هناك محصلة بدون محصلة لا  يقول كحركة النملة على الرحى او الانسان على السفينة اذا اختلف اختلفتا في المقصد انذاك يتجه نحو الشمال وذاك يتجه نحو الجنوب او الشرق او الغرب فان حركة كل من النملة والرحى وان كانت بسيطة يعني النملة لوحدها بسيطة والراحة بسيطة لكن النملة في الراحة مركبة يعني النملة تخضع لحركتين حركة نفسها نحو الشرق وحركة الرحى تخضع لحركة الرحى اذا تحركت الرحى نحو الغرب نعم لكن اذا نظر الى حركة النملة الذاتية باعتبار حصولها في محل متحرك يعني كالحرارة كالحرارة كالراحة بالعرض. حصل لنا تركيب مول ثم ان كانت احدى الحركة مساوية للاخرى حدث للنملة ثبات بالنسبة الى الامور الثابتة وان فظلت احداهما الاخرى حصل لها حركة بقدر فظل الاحداهما على الاخرى. وهذا الذي يفسر لنا اه اذا كنا في قطار والقطار قطارنا يتحرك وقطار بجنبنا آآ لا ندري ومتحرك ولا متحرك يجب ان نركز على نقطة ثابتة بدون النقطة الثابتة لا يمكن معرفة القطار الثاني يتحرك او لا يتحرك اذا ركزنا على نقطة ثابتة مثلا العمود في طريق فاذا كان اه كانت القطار نسبة القطار الى العبوة ثابتة فالقطار ثابت</w:t>
      </w:r>
    </w:p>
    <w:p>
      <w:r>
        <w:t>اذا تعددت النسب يعني انت ترى الباب الاول في باب الباب الثاني الباب الثالث كلها ان تحدث نسب بين القطار والعمود يعني القطار يتحرك باب راح باب جا ثاني باب ثالث جاء هذا هو السبب نعم يقول وان فظلت احداهما الاخرى حصل لها يلين النملة حركة بقدر فضل احداهما على الاخرى. وهذا انما يكون في متحرك يتحرك بالعرظ نعم يعني النملة اذا تحركت على الرحى بحركة بالذات واذا تحركت بالرحى يعني تحركت بحركة الراحات ثم حركة بالعرب اذ يستحيل تحرك الجسم الواحد بالذات حركتين الى جهة او جهتين مبدأ السبب الكافي نعم نعم يعني شخص يتحرك او شي يتحرك حركة ذاتية ليس عرضية يتحرك حركتين لا هذا لا يمكن نعم يعني له هو في البداية له مبدأ ومنتهى للحركة الاولى وعنده مبدأ ومنتهى للحركة الثانية تغيير معقول ابدا هذا هو العقل وهذه احكامه الرائعة مع الاسف الشديد. انا تبعت الروايات في رواية اهل البيت عليه السلام عليهم السلام وجدت روايات تقول لا دين بدون عقل اديم بدون عقل انا اتعجب في اوروبا يعني يعيشون الحضارة والتمدن والتنوير كما يقولون شبابنا هناك وبناتنا هناك ويتبعون هذا الحسني الذي لا يفرق بين الموضوع والمحمول والمبتلى والخبر اذا ماذا تعلمتون من تنوير الغرب ماذا تعلمتم مم حقيقة حموقة واغبياء قال ولا يعلل الجنس ولا انواعه بما يقتضي الدور. اقول الذي خطر لنا. يعني المسألة  اه غامضة جدا بالنسبة للعلامة الحلي العلامة حسن زادة يقول المراد بالجنس في المقام الكون اي الاين. الكون يعني الاستقرار لا يعلل الجنس يعني الكون ولا انواعه انواع قلنا الطبيعي والقصري والارادي بما يقتضي الدور الدور يعني اثبات توقف شيء على نفسه اعتقد هكذا نعم المعتزلة المعتزلة هنا توسع من معنى الكون في الهامش تقول الكون هو الحركة والسكون والاجتماع والافتراق اجتماع الافتراق هي داخلة تحت عنوان الحركة والسكون نعم اقول الذي خطر انا في تفسير هذا الكلام الرد على ابي هاشم انه لا يدري باسم الجباء نعم حيث قال ان حصول الجنس في المكان معلل بمعنى وان الحركة معللة بمعنى نعم والدليل على بطلانه ان المعنى الذي جعل علة في الحصول اما ان يوجد قبل الحصول اولى فان كان الثاني لزم الدور. نعم يعني انت ان المعنى الذي جعل علة في الحصول يعني في الحصول في الكون اما ان يوجد قبل الحصول او لا نأتي الى لا لا يوجد قبل الحصول. فان كان الثاني لزم الدور. نعم نعم يعني هو قبل قبل الحصول ثم بعد الحصول جاء فيكون ملاك الحصول ومتأخر على الحصول سابق على الحصول ومتأخر على الحصول هذا هو تقدم الشيء على نفسه وتأخر الشيء على نفسه فان كان الثاني يعني لزم الدور وان كان الاول يعني قبل الحصول وان كان الاول يعني هذا المعنى قبل الحصول في يعني قبل الاستقرار في الاي فان اقتضى اندفاع الجسم الى ما كان نماء فهو الميل وهو ثابت يعني الجاذبية والا لم يكن علة نعم اذا لم يقتضي اندفاع الجسم لم يكن علة فيكون لغوا نعم هذا معنى ولا يعلل الكون يعني الجنس ولا انواعه يعني الطبيعي والقصري والارادي مما يقتضي الدور اذا هذا المعنى الذي يقول به ابي هاشم يقول به ابو هاشم ورا ولهذا قلت لكم كثير من المسائل تدخل في علم الكلام تاريخ علم الكلام ولا تدرس ما دخلني انا ابي هاشم الان اه علوم ظهرت في الكون لي تضطر جماعة من الحوزاويين لاحاط بها. والى الحوزة تبقى في المحق. صدقوني تبقى في المحق مع صدقوني تبقى فيما حق. حضرت انا في اربع كليات في جامعة الكوفة من تمن سنوات قبل نعم حضرت في اربع كليات كلية التربية كلية الفقه ونسيت الاثنين ففي التربية حضرت محاضرة التربية وفي الفقه حضرت محاضرة القانون الطبيعي الذي هو ميلاكي القانون التشريعي والقانون الوظائي وفي الكليتين الاخريتين كذلك حضرت بما يناسب هذه الكليات فكان لهذه لتلك المحاضرات تأثير كبير جدا في الاساتذة. ناهيك عن الطلاب نعم المسألة السادسة في المتى يدخل في اه مقولة جديدة نتركها الى الحصة القادمة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