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مقولة المتى الكون في الزمن نعم الغربيون المتى عندهم هو الزمان عندنا فرق بين مقولة المتى والزمان  الزمان هو هذا الامتداد يعرض الحركة الامتداد غير القار كون الشيء فيه هذه هي مقولة المتى. ليس المتى هو الزمن يعني التزمل المتى هو? التزمن يعني الكون في الزمن المسألة السادسة في المتى قال الخامس المتى? يعني المقولة الخامسة المتى وهو النسبة الى الزمان او طرفيه طرفيه يعني المبدأ والمنتهى اقول لما فرغ من البحث عن مقولة الاين شرع في البحث عن مقولة المتى? والمراد بها نسبة الشيء. ليس الزمان. نسبة الشيء الى الزمان نعم او ترى اه او طرفه بالحصول فيه نعم وهو اما حقيقي وهو الذي يفضل عن كون الشيء كالصيام في النهار واما غير حقيقي كالصلاة في لماذا انت تمثل بالامور الشرعية لاعتبار الهداية? نحن الان في امر تكويني يعني في الحكمة الالهية الطبيعية وليس في الحكمة الالهية الشهر اي حتى يخلط على يختلط الامر عند نعم عند الطالب العزيز نعم والمراد بالمتاع كمقولة نسبة الشيء الى الزمان يعني انا الان في المتى يعني نقول بقيت شهرا بقيت ساعة نعم او طرفه يعني الى طرفه بالحصول فيه بالحصول في الزمن وهو اما حقيقي وولدي يفظل عن كون الشيء كالصيام في النهار يعني انت المستمر في اه في الصيام فانت باعتبار صيام تسرمي من من شروق الشمس الى غروبها في تسرب من الشروق الى الغروب فانت في ذلك الزمان تكون فتكون في مقولة المتى في النحويات يسمى الظرف نعم الظرف الزماني واما غير حقيقي كالصلاة فيه كالصلاة في ذلك الزمان لان الصلاة اه ثابتة غير متصرمة يعني ما فيه تسرب لاجزائها كتسلم اجزاء الصيام والفرق بين المتن الحقيقي والاين الحقيقي في النسبة اي المتى الواحد قد يشترك فيه كثيرون بخلاف العين الحقيقي ان متى كلنا نتحرك من نجف الى كربلاء في زيارة الاربعين نقطة اربع تيام خصوصا اذا كنا مع النساء اذا كنا لوحدنا ممكن يوم ونصف او يومين على الاكثر فالنقطة معا معا يعني هادا لما قلت لمتى يتواجد فيها الكثير. اما ايني انا حيز لا قيزي لا يكون فيه قال كثير. ولهذا يقول والفرق بين المتن الحقيقي والاين الحقيقي في النسبة ان المتل الواحد قد يشترك فيه كثيرون بخلاف الاين الحقيقي الحيز الخاص قالوا والزمان ما هو? يعني بعد ما بين ان متى له علاقة بالزمان لقائل ان يقول جيت الكون في الزمان فهمناه. الزمان ما هو? الزمن والتصرم باقدار الحراك والزمان مقدار الحركة من حيث التقدم والتأخر. بدون هالتقدم والتأخر. يعني هذا التقدم التأخري يعني هذا يعني في هناك مسافة وفيه جزء يتقدم وجزء يتأخر. المسافة اجزاء حاضرة مع بعض الزمان لا يجوز يندثر يفنى ويأتي الجوز. هذا هو الفرق بين الزمان المسافة نعم من حيث التقدم والتأخر العارضين يعني التقدم والتأخر لها للحركة. باعتبار اخر نعم اقول الحركة يعرض لها نوعان من التقدم والتأخر. مم. وتتقدم باعتبارهما. فان الحركة لابد لها من مسافة تزيد بزيادتها وتنقص بنوق ثانيها ولابد لها من زمان كذلك. زمان تقطعه ويعرض لاجزائها اذا كنت في الزمان اجزاء دافرة اجزاء جديدة اذا كنت في المسافة اجزاء ثابتة ويعرض لاجزائها ازاء الحركة تقدم وتأخر باعتبار تقدم بعض اجزاء المسافة على بعض نعم اذا ركزت على المسافة بين النجف وكربلاء دليل ثبات الأجزاء في هذه المسافة هذه الأعمدة هذه الاعمدة اما في الزمان العمود الذي نتجاوز ينتظر هيختفي. ولهذا الزمان يتبع الحركة نعم وان كان في مسافة لكن هو يدور مدار الحركة. نعم ويعرض لاجزائها الحركة تقدم وتأخر باعتبار تقدم بعض اجزاء المسافة على بعض فان الجزء من الحركة الحاصل في في الحيز المتقدم الى المسافة. متقدم على الحاصل في المتأخر منها نعم يعني الآن انا في بداية الطريق بين النجف وكربلاء خان النص متأخر اذا وصلت الى خان النص وننطلق منه يصير خر النص متأخر وكربلاء يعني اه مسافة ما قبل كرم كربلاء مثلا بعشر كيلومتر يكون متأخر نعم لكن الفرق بين تقدم المسافة وتقدم الحركة انظر جيدا نعم هنا الثبات الدثور الزوال. نعم لكن الفرق لكن الفرق بين تقدم المسافة وتقدم الحركة انا المتقدم المسافة يجامعه المتأخر بخلاف اجزاء اه حركة. هذه جامع اه خلينا نحكي لكم نكتة اه نربط بها الاجواء نخرج من هذه الاستراحات الجافة يجامع هو لغة عربية يعني صحيحة. يجامع يعني يكون معه لكن الذهن الان انصرفت الى ماذا? انصرفت الى الجنس وهي اللغة العربية صحيحة يعني يكون معه يجامع يعني يكون معه يعني العمود مع العمود الثاني استقرار والعمود الثالث الى النجاة. هذه هي المسافة الزمان لا زمن العمود الأول يجب ان يندثر لأنه يتبع الحركة لا يتبع المسافة مقدار الحركة العمود الاول ما فيه اندثر زائل. يعني اذا رجعت لا تجد ذلك الزمن فيجامع هنا يعني يكون معه. يعني انا التقي معك اكون معك المهم في مؤتمر الفكر الإسلامي الجزائر مؤتمر كان ينعقد في الجزائر كل سنة ويأتون علماء من كل العالم الإسلامي ويحاضرون وعادة رئيس الجمهورية يأتي ويفتتح الجلسة بكلام صغيرة وكان ملتقيا مع البوطي قبل الجناس. ممكن في قصر الرئاسة التقى مع البوطي آآ تكلموا عن هموم الأمة وكان الرجل حقيقة مخلصا في في قلبه مخلصا في في عمله الا انه قليل الدراية قليل الدراية وهو علوي سيد شريف يسمى الشاذلي بنجديد رئيس الجمهورية الجزائرية نعم انتهت اه رئاسته الف وتسعمية وتنين وتسعين فلما بدأ الكلمة مع العلماء الغزالي جالس فلان جالس علماء كبار اغلبهم العلماء السنة وكان يحضر في المؤتمر السيد فضل الله من لبنان واي نعم كان بعض العينات والشيخ التسخيري من ايران دائما يحضر هذا المؤتمر. نعم هو من المهندسين كان لهذا المؤتمر فشر المسجد يخاطب يخاطب العلماء يقول انا جامعت البوطي واريد ان اجامعكم كلكم بالانفراد الغزالي اطرق من من الحياء اطرق وهلأ كلمة يجامع عربية يعني انا التقي معكم نعم لكن باعتبار ان الانصراف يذهب الى تلك الحالة العجيبة والغريبة فكانت حالة من من البهت في المؤتمر تعجبوا من هذه الكلمة اجامعكم على كلكم على انفراد كما جمعتوا الشيخ الباطي. هذه نكتة واقعية حدثت واقعية حقيقة وواقعية اه ليست نكتة نعم لكن الفرق بين تقدم المسافة وتقدم الحركة ان المتقدم للمسافة يجامع المتأخر. يعني الاعمدة موجودة بخلاف اجزاء الحركة اه اعمدة الحركة واحد يزول والثاني يأتي والا لا معنى للحركة نعم. الامر شهودي نعم</w:t>
      </w:r>
    </w:p>
    <w:p>
      <w:r>
        <w:t>ويحصل للحركة عدد بالاعتبارين. فالزمن هو مقدار الحركة. عدد يعني كم كم متصل غير قارئ يعني شف ويحصل للحركة عدد لو قال كم كان افضل عدد هنا يعني تعدد. نعم. كم من اي نوع العدد منفصل؟ لا. متصل غير قار الاجزاء فيحصل للحركة عدد بالاعتبارين في الزمان من مقدار الحركة وعددها من حيث التقدم والتأخر عارضين لها باعتبار المسافة لا باعتبار الزمان يعني التقدم باعتبار المسافة والا لزم الدور نعم اذا كان باعتبار الزمان الزمان تابع للحركة. والحركة تابعة للزمن نعم في تقدمه وتأخرها سيكون الضوء. وان هذا اشار بقوله باعتبار اخر يعني باعتبار المسافة اي باعتبار اخر مغاير لاعتبار الزمان نعم بحوث جميلة في الحركة لكن ليس هذا موقعها موقعها الفلسفة وليس هنا قال وانما تعرض المقولة بالذات للمتغيرات وبالعرض لمعروضها نعم. يقول ما قلت متى هي لمن? للمتغيرات. يعني من يخضع للحركة يكون في الزمان ثم بالعرظ تعرظ بعظ الامور بالعرظ نعم مثل اللوب ها اللون سيارة امريكية يابانية حمراء تتحرك من نجف الى كربلاء فعندها مسافة تقطعها اولا. في تقدم وتأخر مساف في حركة في زمان كم متصل غير قار يتبع الحركة مقدار الحركة فهذا فالسيارة كجسم تقول في الاي واللون كمون كيف كيف محسوس يعني كيف مبصر تقول في المتى ما عنده علاقة بالمتى لكن يكون في المتى بالعرض نعم. اقول هذه المقولة يعني المتى التي هي المتاع انما تعرض بالذات للمتغيرات كالحركات وانما تعرض لغيرها بالعرظ كالالوان كما بينت لك نعم وبواسطتها بواسطة الحركات فانما لا يتغير لا تعرض له هذه النسبة الا باعتبار عروض صفات متغيرة له كالاجسام التي تعرضها الحركات فتلحق هذه النسبة. نعم. يعني حتى الاجسام تكون زمنية وتكون متغيرة باعتبار ماذا? بقول كلمة باعتبار الحركة وليس باعتبار الجسمية لان في اجسام ساكنة انا باللون افضل اذا ومثلت لك بالجسم يختلط عليك الامر. اللون الجمل جمال السيارة نعم كثير من المقولات تكون في في ما قلت المتى بالعرظ وليس نعم بالذات قال ولا يفتقر وجود معروضها وعدمه اليها اليه. نعم قلت لكم عبارات المحقق التونسي هذا الرجل انا كل ما ابحث في ذهنيته اتعجب فيه لهذه العلوم التي هو مجتهد فيها في الفلك علم النجوم العروض عنده كتاب في العروض. في المنطق بحر في الفلسفة بحر. فيه امور انظر في مباني علم الكلام محيط بها بتمامها شيء عجيب في السياسة نعم ولهذا يبغضه الوهابية. السلفية يبغضون هذا الرجل نعم لأنه نجم وهو الذي انقذ بغداد وعلماء الطائفة من المغول اقول الذي فهمناه من هذا الكلام امران نعم امران الخبر الذي الذي فهمناه من هذا الكلام امران او امران مبتدأ مؤخرا احسن امران هو الذي فهمنا من هذا الكلام احدهما ان وجود معروض المتغيرات يعني الجسم وعدمه لا يفتقر الى الزمان لان متأخر عن المتغيرات لانهم يقضى رهى وهي متأخرة عن المتغيرات التي هي معروضها فلو افتقر وجود المعروض وعدموا اليه لزم الدور تعني انا نظن الجسم. الجسم هو معروض هذه المتغيرات نعم لان الجسم قد يكون ساكنا. هذه المتغيرات غير موجودة نعم هكذا انا الذي فهمته حتى العلامة الحلي هكذا فاهم. الذي فهمناه من هذا الكلام امران احدهما ان وجود معروض المتغيرات يعني ما تعرضه متغيرات يعني الزمان والحركة وعدم هذا المعروض لا يفتقر الى الزمن. نعم. لانه متأخر عن المتغيرات. يعني هو تعرضه. فيكون سابقا ان لم يكن سابقا بالزمان يكون سابقا بالذات يعني اذا لم يكن مسابقا بحيثية التغير يكون سابق بحيثية منطقية عقلية نعم لانه مقدار مقدارها لان التغير مقدار هذا الجسم. او المعروف وهي متأخرة نعم عن المتغيرات التي هي معروضها فلو افتقر وجود المعروض هو عدم اليه لزم الدور نعم انا اتصور هكذا يعني هذه المتغيرات تعرف شيئا لم يكن متغيرا هذا هو المقصود ولا يفتقر وجود معروضها وعدم اليه. يعني الى هذا المتى وما يحدث في المتى الثاني ان هذه النسبة يعني ما فهمناه من كلام المحقق الطاوسي ان هذه النسبة التي هي المقولة يعني المتى عارضة للمنتسبين المنتسبين الذين آآ احدهما الزمان تا الزمان معروض لهذه النسبة ووجود هذا المعروض نعم وعدمه لا يفتقران الى الزمن والى الى زمن التسلسل لا اعتقد الاول هو هو الادق. ولكن على منحني اتى بالاثنين معليش نعم. لا يعني الزمان اللي هو سيال يعرض شيئا لا زمنيا ولا يلزم هذا التسلسل هذا الزمان كذلك يعرض الى امر في زمان والزمان يعرض لشيء في زمان ويلزم التسلسل قال والطرف كالنقطة وعدمه في الزمان لا على التدريج نعم. اشارة الى الانطلاقة الدفعية والوصول دفعي. قلت لكم الانطلاقة لا تدخل في هوية الحركة وبالتالي لا تدخل في هوية لا يعرضها لمتى والوصول دفعي لا يعرضه ولا يلزم ماذا؟ عدم وعدم النهاية. نعم. اقول الطرف يعني به الان هذا هو الدفع يعني الان عند الانطلاقة ان يعني دفعي عند الوصول دفعي فانه طرف الزمان ووجوده فرظي على ما اختاره المصنف فرض يعني اعتباري من نفي الجوهر الفرد يعني ليس له كيان كوجود النقطة في الجسم اصلا ان النقطة النقطة نهاية الخط. كذلك امر عدمي. وعدمه في جميع الزمان الذي بعده على على لا على التدريج. نعم دفئي وصل الى النقطة دفع خلاص يعني ما في حركة هناك. ولهذا قلت لك الانطلاقة والوصول لا يدخلان في ماهية الحركة. وبالتالي لا يطالهما مقولة انا نعم هذا كلام صحيح الطرف يعني به الان اكتب يعني تحت الان اكتب الانطلاقة والوصول دافعيان فانه طرف الزمن ووجوده فرظي فرظي لانه امر عدمي نعم على ما اختاره المصنف من نفي الجوهر الفرد هذا السبب يعني ملاك ملاك الفرضية انه لو كان كان جوهرا فردا والجوهر الفرد محال كوجود يمثل كوجود النقطة في الجسم وعدمه في جميع الزمان الذي بعده لا على التدريج نعم ام لا يكون داخل الزمان لأنه لا يكون في داخل الزمان اذا كان داخل الزمان يعني الزمان امتلأ بالاناة مع ان الزمان سيال الان يعني هنا ها تضع اصبعك على نقطة. الزمن مجرد ان تقطع تضع يدك اصبعك على نقطة راح تحرك. يعني هذه النقطة انتفت نعم ولهذا يقول اه وعدمه في جميع الزمن يعني في جميع الزمان لا وجود له الذي بعده يعني بعد الانطلاقة لا على التدريج الان لا يكون على التدريج وذلك لان عدم الشيء قد يكون في ان كالاجسام وغيرها من الاعراض القارة يعني الثابتة وقد يكون في زمان وهذا على قسمين الاول ان يكون العدم على التدريج كعدم الحركة يعني انسان ثابت وهذا اعتباري كما يقول فرضي محض محض محض يعني انا غير متحرك يعني عندي انا سيالة? لا فرظية فقط. والثاني ان يكون على التدريج الملامسة وكعدم الان. لا هذي كذلك الملامسة</w:t>
      </w:r>
    </w:p>
    <w:p>
      <w:r>
        <w:t>يكون على تدريجنا ما عندنا ان على تدريج. الان خلاف التدريج نعم قال وحدوث العالم يستلزم حدوثه يعني انت تقول آآ هذا المتى هل لها كيان مستقل قابلة للجعل? لا يعني ينوجد بوجود العالم. يعني العالم هو الذي يحقق مقولتي انا اقول قد بينا فيما تقدم ان العالم حادث العالم ما سوى الله كله مادي عند المتكلم. والزمن من جملته حادث فيكون حادثا بالظرورة نعم والاوائل نازعوا في ذلك وقد تقدم كلامهم والجواب عنه اه اوائل الفلاسفة نزعوا في ماذا? نزعوا في لعدم الزماني الزمن الازلي الخلقي يعني القدم الزمني اما القدم الذاتي مختص بالله تعالى اذا سألوا اينشتاين اينشتاين قالوا الكون متمطط هذا الكون الذي نحن فيه المادي يتمطط ينبسط قالوا له الانبساط يستدعي فراغا يستدعي اه اه فراغا يمتد اليه الشيء. قال لهم لا. قال قال لهم يعني نحن اذا القينا بحجر يستدعي فراغا يستدعي اه اين? يتأين فيه. قالوا لهم لا. قالوا بمجرد ان القي للحجر هو يعين الان الاين ام كلام جدا فاخر من اينشتاين. المسألة السابعة في الوضع الوضع هو مقولة ان تقيس الاجزاء الى بعضها البعض او الى آآ امور اخرى خارجه قال السادس مقولة الوضع وهو هيئة تعرض للجسم باعتبار نسبة نسبة الاجزاء الى بعضها ونسبة الى ما قام الامام الرضا يعني ضريح الامام الرضا فانا متموضع بالنسبة الي نعم  اقول الوضع من جملة الاعراض اه النسبية نعم لأن قياسي قياس الأجزاء الى بعضها البعض وقياسها الى امر خارج ولهذه النسبي اضافي والوضع من جملة الاعراض النسبية انعرض انها مقولة عرضية واعلم ان لفظة الوضع تقال على معاني بالاشتراك احدهما كون الشيء بحيث يشار اليه اشارة حسية انه هنا على المتموضع في المكان او هناك فالنقطة ذات وضع بهذا الاعتبار دون الوحدة وثانيها هيئة تعرض للجسم هذا هو المصطلح هيئة تعرض للجسم بسبب نسبة اجزائه بعضها الى بعض والثالث هيئة تعرض الجسم بسبب نسبة اجزاء بعضها البعض وبنسبة وبسبب نسبة اجزاء الامور الخارجة عن هذا هو المصطلح هنا يعني في  في ثلاث اطلاقات نعم قلت لكم نسبة الاجزاء الى بعضها البعض والى اه شي خارجي. هذا هو الوضع. انا الان متموضع في مقابل الكاميرا. يعني انا عندي نسبة اجزاء الى بعضها البعض حتى ماذا احدث? هيئتي تستقر ثم عندي علاقة بالكاميرا هذا هو الوضع نعم وهذا هو المقولة المقولة المذكورة هنا يعني نسبة الشيء الى اجزائه والى امور خارجية كالقيام فانه يفتقر الى حصول نسبة الاجزاء ونسبة ونسبة نسبة لها الى امور الخليجية مثل كون الرأس القائم من فوق ورجلاه من اسفل هذه نسبة الاجزاء ولولا هذه النسبة لكان الانتكاس قيام والى هذا اشار بقوله باعتبار نسبتين نسبة الأجزاء الى بعضها البعض بداخله والى الخارج اي باعتبار نسبة الارزاق بعضها للبعض وباعتبار نسبة الاجزاء الى الامور الخارجية فانت متموضع بالنسبة الى كتابك الان عندك هيئة خاصة منظمة بين اجزائك ومنسوب الى الكتاب. عندك نسبة مع الكتاب فعندك وظع مقولة الوضع نعم قال وفيه تظاد وشدة وظعف نعم يعني يقبل الشدة المشة يقولون بالتشكيك في الاعراض نعم بينت فيما سبق اقول قد يقع في الوظع تظاد كالقيام والإنتكاس هذا هو التضاد فانهما هيئتان وجوديتان بينهما غاية الخلاف متعاقبان على موضوع واحد. يعني اذا كان القيام لا يكون الانتكاس واذا كان الانتكاس لا يكون القيام. فيكونان متظادين لماذا? لان عنوان الحد صادقا عليهما وقد يقع فيه ايضا شدة وظع فان الانتصاب والانتكاس قد يقبلان الشدة والضعف نعم شديد الانتصاب شديد الانتكاس سهلة المسألة. المسألة الثالثة في الملك الجديدة كدخول الخاتم في اصبعه يعني الاحاطة نعم ياتي ان شاء الله. اللهم صلي على محمد وال محمد اللهم صل على محمد وال محمد. اللهم صل على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