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معكم في بحث الجواهر والاعراض ووصلنا الى هذه المسألة الدقيقة نعم المسألة الثانية في ان الجوهرة والعرض ليس جنسين لما تحتهما لان اه مفهوم الجنس مفهوم فلسفي ومفهوم العرظ مفهوم فلسفي فقط مع هذه الدقة  فرق بين مفهوم الجنس والجنس مفهوم الجنس تلك الحيثية التي تشير الى القيام بالذات فقط مفهوم العرض اشير الى تلك الحيثية التي تعني القيام بالغير المتصف بهذه الحيثية هو الاجناس بالحمل الشائع كمصادق العقل عقل العقل عقل العقل لا جوهر ولا عرض. عقل لكن باعتباره تعين بالقيام بالنفس فنقول عنه جوهر لماذا? لان عنوان الجوهرية تحقق فيه الجسم جسم جسم تلك المادة وصورة لا علاقة له بالجوهرية. متى يصير جوهريا? لانه في تحققه وفي خلقه قائم بذاته فيسري عنوان الجوهرية له يعني هذه الحيثية القيم بالذات هي التي اعطت له هذا عنوان الجوهرية فتقول من مصاديق الجوهر آآ العقل لا العقل ليس من مصادق الجوهر العقل باعتبار قيامه بنفسه يعني بهذا اللحاظ فيكون جوهرا. فنقول العقل جوهر وهذا ما يسمى بالحمل الشائع هذه الحيثية التي تشرفه بالجوهرية تسبخه بالجوهرية هذه الحيثية ليس لها متن ليس لها مثل مستقل اذا لم تكن لها متن مستقل آآ هي حيثية والحيثية يعني تحكيها المعقولات الثانية فهل توفيق والتحليل نفسه يصدق على  الاحمرار اللون الاحمر اللون الاحمر ما هو? اللون الاحمر احمر عرض لا ليس بعرض اللون الأحمر في ذاته احمر انتهى الأمر لماذا وصفناه بالعربية? قلنا اللون الأحمر عرض باعتبار تلك الحيثية ما هي? القيام بغيره فعنوان العربية يأتي الى اللون الاحمر يجده في الوجود قائم بغيره فينعته بالعربية. فتقول اللون الاحمر عراض يجب ان نفهم المسألة هكذا اذن القيام بالنفس حيثية. القيام بالغير حيثية. اذا كنا في ذات الحيثيات من تحكيها في البنية الذهنية؟ تقول المعقولة الثانية الفاعل سفيه يجب ان نفهم المسألة هكذا نعم قال والجوهرية والعرضية من ثوان المعقولات. اكتب من ثواني المعقولات الفلسفية يعني حيثية في الوجود حيثياته يعني ليس لها متن مستقل يعني تعقل ولا تلمس بالحس لتوقفي. لماذا من المعقولة الثانية? لتوقف نسبة احداهما نعم على وسط تجد ماذا? تحتاج الى آآ دليل لماذا? لان اذا لم تكن حيثيات فهي تكون من المقاومات يعني تكون جنس جنس او فصلا والمكونات الداخلية من جنس منفصل باب آآ مكونات الذات نعلمها في التصور. فلا تحتاج تحتاج الى دليل الدليل عليها تحصيل حاصل ولهذا يقولون الذاتي في باب الصاغوجي لا يطلب في العلو في مبدأ الهوية نفهمه. الانسان حيوان ناطق. فهمناه في مبدأ الهوية لا معنى للتدليل على جنسية وفصليتي اذن يكون خارج الذات نوعية هذا الخروج نوع تحليلي حيثية نحو وجود تعين لا هوية له اذا اذا كنا في هذه الدائرة فنحن في دائرة الحيثيات الحيثيات تعكس في الدين تعقل في الدين بالمعقولات الثانية الفلسفية. اقول اتفق العقلاء عن الفلاسفة. على ان العرض من حيث هذا المفهوم من حيث العربية. يعني الإحمار من حيث القيام بغيره. دقق دقق جيد في هذه المتون نعم على ان العرض من حيث هذا المفهوم يعني من اذا تريد تعمل بالتطبيق اكتب ان الاحمرار من حيث القيام بغيره ليست جنسا لما تحته بل هو امر عربي امري يعني حيثية اه لا جنس ولا فصل ولا يحزنون. عمل عرضي انا حيصير يعني تعين نعم فيكون اه مفهوما تحليليا واختلفوا في الجوهر هل هو جنس لما تحته او عارض? والذي اختاره المصنف يعني لمحقق التونسي التونسي انه عارض عارضون يكتب يعني حيثية كما بينت لك يعني القيام بالنفس ليس القيام بالنفس ليست متنا وانما هو الشيء بنحو هذه النحوية يسماها امر عارض يعني حيثية وجعل الجوهري والعرضية من المعقولة الثانية من سلخ المعقولة الثانية الفلسفية يعني المعقول الثري الفلسفي يعقل حيثيات خارج العالم الذهني في المعقولات الثانية المنطقية المفهوم في الدين والمتعلق المحكي في الدين نعم فان كون الذات الذات يعني الانسان الذهب الماء. كل هذه المخلوقات مستغنية عن المحل يعني قائمة بنفسها او محتاجة اليه في العرض كالاحمرار امر زائد على نفس الذات. امر زائد على العقل امر زائد على الاحمرار العقل ما هو? تقول العقل عقله انتهى الامر الاحمر ما هو احمرار وانتهى الامر اذن لماذا تقولون العقل آآ جوهر? لانه زادته صفة جديدة ما هي القيام بالنفس طبعا هذه الزيادة زيادة تحليلية نعم ليست زيادة متنية كما بينت وابين وابين نعم لان هذه المسائل مهمة فان كون الذات كالانسان مثلا مستغنيا عن المحل او الاحمرار محتاجا الى محل امر زائد على نفس الذات يعني اذا جئت الى العقل ما هو تقول العقل عقله كونه قائم بالنفس هذا امر زائد امر تعين. تعين جديد هذا هو المعنى الزائد ليس الزائد المتن نعم زائد يعني خارج الذات نعم امر زائد على نفس الذاكرة. من الامور الاعتبارية ما معنى? يعني نحن نحن نعطيه كيانا ادعائيا اعتباريا. حتى نفهم هذا المعنى ما هو القيام بالنفس فهذا القيام بالنفس نعطيه عنوان مفهوم الجوهر كل من تلبس بمفهوم الجوهر يكون جوهرا فالعقل والجسم فالعقل قائم بنفسه الجسم قابل لنفسه فنقول جوهر جوهر باعتبار هذه الحيثية نعم من الامور الاعتبارية للإدعاء يعني التحليلية سميها كما تجأ الإنتزاعية وحكم من احكامها الذهنية. وحكم من احكام الذات الذهنية اه اه ليس العقل في الخارج والجسم في الخارج وصفة القيام بالناس في الذهن لا لا لا يعني يعقل يعقل ولا يمس ولا يمس نعم يعني ليس له متن الذهن يصل الى حقيقته وحكم من احكامها الذهنية يعني حكم من الاحكام التي يصل اليها الدين ولا تعطى له بسذاجة واستدل المصنف عليه بان الدين يتوقف في نسبة احداهما الى الذات على وسط يعني انا احتاج الى دليل الى ان هذا الشيء اه جوهر او ان هذا الشيء عرض وسط يعني دليل ولهذا احتجنا الى الاستدلال على عرضية الكميات والكيفيات وجوهرية النفوس واشبه ذلك وجنس الشي لا يجوز ان يتوقف ثبوته له على البرهان الجنس والفصل فقط ليس فقط اه الجنس الجنس والفصل. يعني ايه كليات بابي صاغوجي لا يستدل عليها. اما الحيثيات بعضها بديهي وبعضها  يقول اذا كنا في باب يعني الجنس والفصل لا يجوز ان يتوقف ثبوته للشي على برهان. برهان لان البرهان لا يجري في الكليات باب ساغوجي. يعني الجنس والفص والنوع نقول اه الانسان نوع ما هو الدليل على ذلك? نوع بالشهود يصدق على اه كثيرين ويقوم هذه الكثرة وهذا الذي ذكره</w:t>
      </w:r>
    </w:p>
    <w:p>
      <w:r>
        <w:t>المصنف رحمه الله يعني المحقق التونسي يدل على الزيادة لا على كونه من المعقولات الثانية. الزيادة هنا عندنا زيادة متنية وزيادة تحليلية هو لم يقل زيادة متنيا قال اعتبارية ادعائية تحليلية ذهنية كلها تدل على ماذا? على ان هذه الزيادة زيادة تحليلية ادعائية. اذا كان زيادة تحليلية ادعائية اه استخراجية سميها كما تشاء فهي حيثية وبالتالي تحكيها المعقولات الثانية ايها العلامة الحلي نعم لو قال زيادة متنية نعم لكن هو قال زيادة ادعائية اعتبارية قال من الامور الاعتبارية نعم في ذهنه هكذا قال واختلاف الأنواع بالأولويات طبعا الجوهر انواعه ليس على وتيرة واحدة نعم انواع متعددة دي اولوية تتصور انت الهيولة اللي هي اتعس الجواهر كالعقول? لا ابدا اقول هذا دليل ثان على كون الجوهر عرضا عاما لجزئياته لا جنسا لها. اكتب عرضيا عاما يعني حيثية وذلك لان بعض الجزئيات اولى بالجمهورية من بعض اذا آآ تتذكرون انا بينت خصوصياتي الحيثية اذا قلت خصوصيات الحيثية يعني خصوصيات المعقول الثاني فقط الحيثية بعد وجودي والمعقول الثاني بعد معرفي. فقط بينت انا بعض الخصوصيات قلت الحيثيات تعرض عدة مقولات نعم تعرض عنك مقولات يعني اذا اردت ان تميز المعقول الفلسفي عن غيره يحكي حيثية تعرض عدة مقولات فالجوهر يعرض العقل يعرض النفس يعرض المبدأ يعرض الصورة يعرض الجسم هل هذه مقولة واحدة لا متباينة و كذلك تشكيكية يعني فيها التشكيك الاولوية والاولية والشدة فاذا هذا خير دليل على ان مفهوم الجوهرية ومفهوم العرضية من الحيثيات يعني تحكيها معقولات ثانية فهل سفير واختلاف الأنواع بالأولوية يعني بالتشكيك وكذلك عروض هذه الحيثيات لمقولات متعددة اقول هذا دليل ثان على كون الجوهر لو قال مفهوم الجوهر احسن الدقة هو مفهوم الجوهر نعم الجوهر هو من يتميز بهذه الحيثيات على كون الجوهر عرضا عاما يعني حيثيات لجزئياته يعني من صديقي لا جنس لها. وذلك لان بعض الجزئيات اولى بالجهرة. يعني بعض المصاديق اولى بالجوهرية من بعض فان التشخيصات اولى بالجوهرية من الكليات ولا تفاوت في الاجناس وهو ايضا يدل على كون العرب عرضيا لوقوع التفاوت فيه بين الجزئيات حتى العرب كاينة الأعراض القارة الأولى بالعرضية من غيرها. فيه اعراض قارة مستقرة في اعراض اه سيالة تأتي وتختفي اذا هنا ركز على الاولوية وانا ركزت على خاصية اخرى ان الجوهرية والاعراضية تعرض عدة مقولات آآ اه اه اللون الاحمر يعرض التفاحة ويعرض الدم ويعرض آآ حيوان لونه احمر عروض الحيثيات اه لمقولات متعددة دليل على ان هذه الحيثيات من حيثيات وليس من اه الزواج وكذلك الشدة والضعف نعم لان بعض الجوزيات يعني المصاديق اولى بالجوهرية من بعض فان الشخصيات شخصيات يعني آآ المتشخصة خارجا. اولى بالجوهرية من كلية ولا تفاوت في الاجناس الاجناس متواطئة كما قلنا حيوان ما فيه انما هي ما فيها تشكيك لان اذا تشككت الماهية اه الواقعيات لا تتشخص تخيل انت عندك الان طه وعندك ليلى عندك الإنسان والحيوان تقول انسان اه تقول طه انسان لا لا انسان طه حيوان باعتبار جنسه ليلة حيوان باعتباره جنسي تخيل يجب التشكيك في الماهية ما هي ما هي حوار ناطق نبدا بالإنسان يعني في شدة انسانية في ليلة تفوق انسانية آآ اه  ليلة فاقت طهى بمقدار من الانسانية بمقدار ما  طه في هذا المقدار لا يكون انسان مع انه انسان لاحظت كيف يعني تختلط الموضوعات وكذلك حيوان انسان حيوان والجمال حيوان والأسد حيوان فاذا كان الانسان اشد في حيوانات حيوانيته من الاسد فهذا النقص في الاسد ما هو الاسد لا يكون حيواني فينتف تنتفي حيوانيته مع انه حيوان حيوان وليس بحيوان هذا دليل على عدم التشكيك في ما هي ولهذا يقول ولا تفاوت في الاجناس نعم هو لو ثبت الاولوية من حيث الخلق افضل. يقول العقل او لم في مراتب الوجود من النفس والنفس اولى من الصورة والصورة او لا من المادة افضل. اولوية والشدة والظاء قال فان الشخصيات الاولى بالجوهرية من الكليات نعم لا ادري هذه الكليات ماذا يقصد بها في الجوهرية جوهرية دائم من حيثية خارجية حيثية تشخصية قلنا الجوهرية هي القيام بالنفس والقيام بالنفس ما عندها علاقة بالكليات عندها علاقة بالمتشخصات المهم لا نناقش العلامة في هذه الدقائق لانها لم تكن واضحة في ذلك الزمن. وهو ايضا يدل على كون العرض عرضين. لوقوع التفاوت فيه بين مصديقه جزئياته يعني مصادقه فان الاعراض القارة المستقرة اولى بالعرظية من غيرها من الاعراض التي اه تنتفي. تخيل مثلا جسم متحرك على مبنى المشا الحركة على ظلم تحرك الساعة وتوقف فالحركة عرظ غير مستقر غير قار لكن هذا الجسم احمر يعني كرة حمراء فكلما تحركت الاحمر احمرار معه فالعرظية في دائرة الاحمرار مستقرة وفي ذات الحركة غير مستقرة. فاذا في تفاوت في هذا في وصف العربية. من هنا تكون الاولوية وتكون الاشدية اذا هذا خير دليل على انها حيثيات وليست من الجنس والخاص وليست ماهية. قال والمعقول اشتراكه عربي اقول انا نعقل بين نعقل بين الجسم والعقل والنفس والمادة والصورة. هذه هي مصاديق الجوهر. اليس كذلك عندنا عقل جوهر تقول لماذا العقل عقل ما دخل جوهري نقول لانه قائم بنفسه النفس لسك البياض فيا انا فالنفس قائم قائم بنفسه المادة قائمة بنفسها. الصورة قائمة بنفسها. الجسم متشكل من المادة والصورة قائم بنفسه. اذا الحيثية حاضرة في الجميع هذا هو مفهوم الجو حرية نعم والمعقول اشتراكه عرضي. يعني اذا كنا في دائرة المعقولات الثانية دائما الاشتراك يكون ليس في الذوات وانما في الحيثيات اذا العقل والنفس والصورة والمادة والمركب من المادة والصلاة والجسم اين الاشتراك الاشتراك في القيام بالنفس قيام بالنفس قيام بالنفس قيام بالنفس هذا المشترك في صميم ذواتهم ام في تعينهم تقول في تعينهم هناك ياتي الاشتراك حيثية واحدة هذا هو مفهوم الجوهرية. مفهوم الجوهرية يسري في التعين وليس في الزواج. وهذا هو الكلام. والمعقول اشتراكه عرضي. اذا اردت ان تعبر عن الواقع الخارجي تقول والحيثية اشتراكها عارض يعني خارج الذوات تعينات تعينات اذا اردت ان نمثل لك نمثل لك بمثال اقرب الى خيالك من هذه التجردات انتم الآن في مقابل مقابل مقابل اليوتوب لأن هذه الدروس تضع اليوتيوب انت جالس صديقك جالس صديقك في البصرة جالس واحد في استراليا جالس وانا جالس جالس في مقابلكم الجلوس هو حيثية الاشتراك اما ذواتنا تختلف. انا مشخص بشخصاتي وانت مشخص بشخصاتك. والاسترالي مشخص بشخوصاته واللي في كندا له شخوصات خاصة نشترك كلنا في الجلوس او في حيثية اخرى السماع الى الدرس انتم انا لا يصدق علي انتم عندكم حيثية مشتركة ما هي السماع للدرس السماع للدرس ليس في هويتكم الجلوس ليس في هويتنا بل هو عرضي. هناك ياتي الاشتراك اقول ان نعقل بين الجسم والعقل والنفس والمادة والصورة. هذه هي الجواهر الخمس</w:t>
      </w:r>
    </w:p>
    <w:p>
      <w:r>
        <w:t>امرا مشتركا وهو الاستغناء عن المحال يعني القيام بالنفس ولا نعقل بينهما اشتراكا في غيره. انها كلها حقائق اذا صدق عنوان الجوهرية على الجميع في ذلك التعين وهو الاستغناء عن المحل او القيام بالنفس نعم ولا نعقل بينهما اشتراكا في غيره. وهذا القدر او هذا القدر او القدر امر عرضي. امر عرضي ناحيتي يعني تعين زائد على الذات لكن هذه الزيادة زيادة تحليلية. نعم ليست زيادة متنية فالجوهرية ان جعلت عبارة عن هذا الاي اعتبار انظر هذا الاعتبار الاعتبار يعني نجعله متنا بالاعتبار والادعاء. ما هو هذا المتن? القيام بالنفس? نخرج عن العقل والجسم والهيولة والصورة والنفس. نخرج لوحده القيام بالنفس. ما تقوليش يقرا يمكن اخراجه. هنا للاعتبار والادعاء نعم فالجوهرية ان جعلت عبارة عن هذا الاعتبار كانت عرظا عاما. احسن لو قال عرضيا عاما الدقة عرضيا عاما وليس ارضا عاما عربيا عاما يعني حيثية يعني تعين وان جعلت عبارة عن الماهية المقتضية لهذا الاعتبار. يعني العاقل المتعين بالقيام بالنفس والاستغناء عن المحل فليس هنا ماهية للجسم وراء كونه جسما وكذلك البواقي اذا يريد يبين عنوان الجوهرية ومن يتصل بالجوهرية مرة نكون في عنوان الجوهرية. نشير فقط الى ما تحكيه وهو القيام بالنص انتهى الامر مرة لا نشير الى من يتعين بالقيام بالناس. من? العقل النفس المادة والصورة والجسم فنقول العقل جوهرون. المادة جوهرون النفس جوهرون. الصورة جوهر والجسم جوهر لماذا? ببركة ذلك التعين الاعتباري. نعم  وهذه المهيات تقتضي هذا الاعتبار يعني هذه الماهية من? العقل والنفس والجسم والصورة والهيولة. تقتضي هذا الاعتبار. اي اين الخلق? اذا افاض عليها واجب الوجود الوجود وان اختلفت مع اشتراكه اياك تشترك في كونها مستغنية عن المحل قائمة بنفسها ولكن في ذواتها ذاك عقل وتلك نفس وذلك اه وتلك صورة وتلك مادة كماي ذاتي نعم وان اختلفت مع اشتراكه وان اختلفت في ذواتها مع اشتراكها في ذلك المحل. وكذلك البحر البحث في العرض نفس التحليل في العرض فانا نعقل الاشتراك بين الكم والكيف وباقي الاعراض. الاعراض التسعة في الحاجة الى المحل الى مفهوم العرضية لها علاقة بذلك الاحتياط الى المحل. يعني القيام بغيره اما اه من يتعين بالقيام بغيره متباين. ذاك في عالم الكم وذلك في عالم الكيف وذلك في عالم الاضافة. ذلك في عالم الوضع. ذلك في عالم الجداء. وكما سيأتي في محلينا. وباقي الاعراض في هذا الى المحل والعربية في الوجود. نعم قلت لكم في الوجود. وهذا المعنى امر اعتباري امر اعتباري يعني تحليلي حيثية تعين يعني لا هوية له. واذا اعطينا له اعطينا هوية مستقلة بالاعتبار والادعاء. فليست العرضية جنسا ولا ليست فصلا وليست نوعان نعم لا شيء من هذه الامور اذا يجب ان نفهم هذه المسألة دقيقة جدا وكثير من الطلاب من يتقنها واذا اتقنها تفتح له آآ بابا كبيرا للفهم للفهم حتى في العلوم الاعتبارية حتى في العلوم الاعتبارية الحجة موضوع علم الاصول استصحاب الحجة استصحاب. عندنا دليل يتعين اه عنده اه ثوب طاهر قميص دشداشة سافروه ورجع وشكك في طهارتها ولا عنده حجة اصولية دليل اصولي ويجري الاستصحاب كان على يقين سبق زلزل هذا اليقين الشك زلزله الشك ويدخل في الأصول العملية يخرج من الأمارات لماذا? لأن اليقين تزلزل الكاشفية غير موجودة. تزلزلت هذه الكاشفية نعم لكن هو عندو اولوية من من قبح عقاب بلا بيان يعني البراءة العقلية وراه العقلية اصلا العنوي غائب لكن هذا علم سابق. هنا يتقدم للاستصحاب على البراءة العقلية. باعتبار الكاشفية السابقة فقط وان تزلزلت فدخل الشك يعني يصير الاستصحاب اه اصلا عمليا من قال الاستصحاب امر اعتمد على اليقين السابق. هذا اليقين لن يبقى تزلزل ماذا يفعل في الوظيفة? يصلي يصلي لماذا? لانه ما عنده يقين بالنجاسة. يقول المعصوم ادم اليقين ادي من اليقين كشفان ام تعبدا? تعبدا حبيبي وليس كشفا وليس كشفا. اذا الحجة هنا تعينت بالايس تصحى الاستصحاب هو حجة بنحو حجة بنحو الإستصحاب لا يزيد متنا للحجية هي الحجة بنحو فيصير مفهوم الاستصحاب معقول ثاني اصولي. معقول ثاني اصولي وكذلك البراءة العقلية حجة براءة عقلية. معقول ثاني? اصولي نعم حجية الظهور معقول ثاني اصولي وهكذا بجميع تعينات الحجة في علم الاصول نعم. يقول المسألة الثانية في نفي التضاد بين عن الجوار يأتي ان شاء الله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