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المشاهدين اهلا بكم وسهلا وفقنا الله لكل خير واياكم ورزقنا الاخلاص في القلب والعمل وفي القول. ما زلنا في الاعواف ووصلنا الى الانصاف قال والإنصاف عليه تعالى واجب بينا ما معنى الوجوب? يعني تقتضيه حكمته لا تفهم الوجوب الشرعي لان الله تعالى لا يخضع هذه القوانين القيمية. حتى الملائكة لا تخضع لهذه القوانين القيمية القوانين القيمية التشريعية والاخلاقية فقط من له اختيار ويقبل التكامل يعني الانسان الله تعالى لا يتكامل حتى يخضع لقانون يلزمه فيجب عليه ان يفعل كذا لا بي مقتضى كماله ومقتضى حكمته مثل هذا الانسان الغني غني غني واسع الغنى  متوقع منو يساعد الفقراء غناه يقتضي المساعدة نعم ليس يجب عليه المساعدة اذا اعطى الخمس والزكاة سقط عليه كل تكليف لكن الغنى الواسع والفاحش يقتضي انه يتصدق. طبعا هذا الاقتضاء وذا الالزام الالزام من باب الاحسان ليس من باب العدالة لان هو اعطى الخبث واعطى الزكاة فالله تعالى الغني المطلق ذاته تقتضي تقتضي انه ينصف ويعدل. نعم هذا وهذا امر عقلي. ما معنى امر عقلي? يعني العقلي يرى هذا الظياء لا يحتاج الى ان يأتي الشرع ويبين له هذا الامر كل ما يدخل في القيم الطبيعية يعني امور ذاتية. هذه الامور ذاتية يشاهدها العقل فاذا جاء الشرع في عمق ما يشاهده العقل وهذا ما هذا هو الذي يسمى الارشاد من باب الإرشاد قال اختلف اهل العدل في ذلك يعني العدلية ذهب قوم منهم الا ان الانصاف للمظلوم من الظالم واجب على الله تعالى عقلا طبعا لا يجب شرعا نعم لان الوجوب الشرعي لا معنى له عند الله تعالى لان هو المدبر لعباده اه نظروا كنظر الوالد لوالده ما يحتاج هذا نظر لوالديه هذا التنظير ما يحتاج ننظر من ضعف العقل الاعتزالي نعم عندك انت الان شخص عنده هذه القوة الاخلاقية القوة الاخلاقية في مناخ عنده حق عقله كمال الماء. فيأتي شخص يمنحه من هذا الكمال يعني هذا الشخص يصير ظالما وهو يصير مظلوما وذاته تحمل هذه القوة الاخلاقية. الذي يسمى الحق يحتاج الى التكامل ومنعه الشخص المقتضى القانون القومي والنظم القومي وهذا يعاقب والله تعالى ينصف هذا المظلوم ويعطيه هذا الكمال الذي يستحق طبعا اذا كان طيبا كانت نيته صادقة ومنع يعني مستضعف فاذا قال اه يجب عقلا يعني العقل يرى العقل لا يوجب ابدا يدرك العقل هنا طبعا بمعنى الظمير الظمير الذي يدرك الإلزامات يدرك هذا الإلزام فيدرك ان وجوب الايمان صف نعم ما نحتاج ننظر بالوالد والولد فنظره نظر المولى تعالى كنظر الوالد لولده فكما يجب على الوالد الانتصاف كذلك يجب عليه تعالى قياسا للغايب على الشهادة اصلا ما نحتاج الى هذا القياس. بمجرد ان ندرك ان هذا حقه فيأتي القانون ما هو اه العدالة والحكمة العملية الإلهية ينتصف من الظلم يعني يأخذ من الظالم ويعطي للمظلوم ما يحتاج هذا قياس الغائب على الشاهد. هذا ضعف العقل المعتزلي نعم. ولهذا انا انصحكم بدراسة فلسفة الاخلاق لعين قيم جدا والان اتسع اتسع الى درجة عجيبة جدا نعم لكن انتم ادرسوه دروسو فلسفة الاخلاق عند اه عند الالهيين ثم انفتحوا على المدارس الاخرى صدقوني تبدعون تبدعون يعني القوانين الحاكمة على البلد طواف البرلمان سواء في السياسة في العدالة في الاقتصاد كلها قائمة على هذه الاصول في فلسفة الاخلاق والحقوق الطبيعية فالإنسان تتسع رؤيته تتسع رؤيته نعم الان الجامعيون ينظرون الينا نظرة احتقار. ما نفهم لا تقول الشيخ انت تبالغ انا عشتها عشتها عشتها في العراق وعشتها في اماكن اخرى لكن اذا وجدوا اه معمما منفتحا ينبهرون ويخضعون. هذه سنة نعم نحن لا نعرفهم وهم لا يعرفوننا هذا هو الخطأ يجب نحن نعرفهم يعني الاحاطة بعلومهم وهم ينفتحون علينا يكون هذا الامر خير على الامة آآ اه كثيرا قال واخرون منهم انه يجب سمعا هذه خرافة  نعم خرافة كثيرة جدا هذا مبنى الاشعرية بعدلي يتبنى مذهب الاشعري لان الوالد راح الى القياس شاهد على الغائب او الغائب على الشاهد لان الوالدة يجب عليه تدبير اولاده وتأديبهم اما الانتصاف باخذ الارش من الظالم اه ودفعه الى المظلوم فلا نسلم وجوبه عقلا بل يحصل منا تركهم الى ان تكمل عقولهم لينتصف بعضهم من بعض ينتظر الى يوم القيامة اذا كان ظالما حاكما ومسيطرا على كل شيء كيف تنتصب منه والمصنف رحمه الله يعني المحقق الطوسي اختار وجوبه عقلا وسمع عن سمعنا باب الإرشاد ليس من باب التأسيس وجوبه عقلا يعني العقل يدرك هذا الضياء هذا الاي لزام الالزام الانتصاف من الظالم للمظلوم اما من حيث العقل فلان ترك الإنتصاف فلان هذا يبدأ يعلل ويكشف الملاك الواقعي. يعني هذا الضياء يحلل هذا الضياء لاحظت كيف? اذا الملاكات واقعية العاق يكشفها ولا يؤسس لها العقل والا كان اه كارثة الليبرالية كلها بنيت على هذا الأمر ان الإنسان بعقله وإرادته يؤسس للمؤسسات بمعزل عن الدين ولهذا هذا المعمم الذي يحاضر في العراق ويحاضر حتى في النجف للدولة المدنية انسان ما يفهم شيء جاهل جاهل حقيقة جهل نعم هناك الحاكم الشرعي لا يستطيع ان يحكم لظروف خاصة هذا شيء معقول جدا شيء معقول يعني يتدخل بقيادة قيادة الدولة والحكومة ظروف موضوعية شيء معقول. اما انت يعني الظروف غير مهيأة للحاكم الشرعي حتى يبسط يده في كل مفاصل الحكومة. هذا امر اما انت تأتي وتؤسس للدولة المدنية تعرف معنى الدولة المدنية؟ يعني غدا البرلمان اذا صوب للمثلية انت ما عندك حق تتكلم هذا هو الدولة المدنية هذا الدولة المدنية يعني اساسها ماذا؟ الحريات كل النظام الليبرالي مبني على الحريات. وهو حر يفعل ما يشاء ببدنه يعطيه لرجل. ما دخلك انت؟ تقول له لاحظوا حرام وكذا بعد ما قلت انت بنيت على المجتمع المدني على الدولة المدنية تسكت وتصوب نعم ناس ما تتهم مع الاسف معممون حاملين على راسهم عمامة. الدولة المدنية دون اي دولة مدنية. اي دولة مدنية اي دولة المدنية الدولة المدنية يعني ضرب للمرجعية يعني ضرب لأهل البيت نعم اتعس من من صدام لأن صدام كان يحكم بالقهر والقوة تسقط تسقطها القوة اما الدولة المدنية اذا تعرقت في مجتمع بما يبقى دين ما يبقى تعطيك المثلية تعطيك النسوية تاتيك نعم من انواع وانواع بحجية الحريات. وامشي انت ايها المعمم. حل المشكلة نعم اصلا لا يفتهمون يتكلمون فقط هكذا مع الأسف الشديد انتم احذروا من هذه الامور نعم كون الحاكم الشرعي غير مبسوط اليد لظروف موضوعية هذا معقول. جدا معقول جدا معقولة وهذا ممكن في في العراق لنفع المذهب</w:t>
      </w:r>
    </w:p>
    <w:p>
      <w:r>
        <w:t>ونفع الدين ونفع الامة يبقى الحاكم الشرعي مرشدا موجها للامة موعي للامة وهي تحكم نفسها بنفسها لظروف قاهرة ماذا نفعل? اما انت تأتي بعممتك تنادي للدولة المدنية يعني تعرف معنى الدولة المدنية يعني ليبرالية يعني الحرية المطلقة للناس نعم مع الاسف الشديد اما من حيث العاقل قلت لكم هنا يكشف الملاك الواقعي لان ترك الانصاف منه تعالى يستدعي ظياع بحق هذا هو هذو القوة الاخلاقية التي تتحرك في مناخ نظيف تصل الى الى كمالها هذا يضيع بعد اذن العدالة الإلهية ما هي اه تنتصف وتعاقب الظالم حتى يعود حق هذا المظلوم المسكين نعم فلان ترك الانصاف منه تعالى يستدعي فيها حق المظلوم نعم هذا هو الملاك الواقع غياب حقوق يعني العقل يدرك هذا الظياء لانه تعالى مكن الظالم مكن الظالم لا ابدا. الله تعالى لا يمكن الظالم. لا اله الا الله يا ثعلب الحل لأن الله تعالى مكن الظالم مكنه تكوينا ام مكنه تشريعا يا شيخ مكنه تكوينا من نظام لوجود هكذا نظام الوجود هكذا اه حتى الشيطان مكنه تكوينا حتى الشيطان الشيطان اللي هو اتعس من هذا الحاكم وهذا الظالم مكنه تكوينا لكن الظلم ليس حيثية تكوينية الظلم حيثية قيمية الله تعالى يمكن الظالم بالحيثية القيمية وهو يقول هذا ظلم وهذا جهنم عليه جهنم كيف يمكن الظالم ثم يعاقبه? لا لا يمكن اذا قلت لا مكنه تكوينا ليس مظالما لانه تعالى مكن الظالم وخل بينه وبين المظلوم مع قدرته تعالى على منعه. قدرة تكوينية تكوينية القدرة ليست تتدخل في المعياريات بالقيم لان الاختيار هو الملاك ولم يكن المظلوم ولم يمكن المظلوم من الانتصاف فلولا التكلفة بالانتصاف لضاع حق المظلوم. هذا هو الدليل الصحيح. دعك من مكن الظالم اه منع المظلوم من حقه. لا هذا ما يفيد نعم فلولا تكلفه تعالى بالانتصاف لذاع حق المظلوم. وذلك قبيح عقلا نعم هذا كلام صحيح يعني العقل يدرك انه اه قبيح اما انه مكن الظالم يا الله الظلم حيث يقيميا. ناتجة من اختيار شخص ما عنده الله تعالى الدخل فيها الله القيمي اما الله التكويني حتى الشيطان مكنه قال اعطني العزة اعطاه العزة الى يوم معلوم واما من حيث السمع من حيث يعني الدليل السمعي يعني الدليل النقلي فلو آآ فلو انا عندي عبارة هنا نا مكتوب فلو رواد او ورد ما ادري القرآن بانه تعالى يقضي بين عباده لوصف المسلمين اه لوصف المسلمين له تعالى بانه الطالب اي الذي يطلب حق الغير من الغير. لا دليل السمع ما نحتاجش يعني ما عندنا دليل سمعي. عندنا اه كشف من الدليل كشف من السمع لهذه تلك القيم الواقعية كشف كشف والعقل يدركها فيأتي الشرع اه يرشده لان العقل يجب ان يكون خالصا من من القدرات ومن البيئة ومن التربية قولوا لا انت الان المكبر كم من عقل آآ السير تحت هوى الامير يبين لو يقولو هاو هاو الحق الذي يجب عليك ان تدركه لكن انت لم تدركه لانك مكبر هنا فائدة الوحي نعم جيد انا لا اسميه دليلا سمعيا وانما هو ارشاد لما ادركه العقل من ضياء الهي نعم وهذا حتى العرف هذا الشم العرفي يؤمن بهذا يقول سينتقم الله تعالى منه. هذا سينتقم الله تعالى منه. لماذا قال العرفي هذا الكلام? لانه يدرك ان هذا الحق ظائع لهذا المظلوم المسكين قال فلا يجوز تمكين تمكين فلا يجوز تمكين الظالم من الظلم من دون عوض في الحال يوازي اه ظلمه يوازي ان يعادل ظلمه لا يجوز تنكير الظالم من الظلم يعني كلام المحقق الطوسي اذا كان هناك عوظ يناسب هذا الحق الضائع يجوز تمكين الظالم ابدا الله تعالى لا يمكن الظالم ابدا لان الظلم في قوس الصعود قوس القيم منهي عنه فكيف الله تعالى يمكن الانسان اما التمكين التكويني هذا تمكين توكيني خارج عن ماذا? خارج عن خارج عن نظام القيم يعني هذا الظالم عنده بنية وعنده ارادة عنده عاقل وعنده مكنة هذه كلها امور تكوينية والله تعالى امره بالقيم يعني في الزامات انك لا تظن الظلم ظلمات يوم القيامة. هو يظلم باختياره. يعني الله مكنه يعني فرق بين التمكين التمكين في اه نظام التكوين والاسباب والمسببات كل المخلوقات ممكنة. حتى نظام نظام الوجود يستقر لكن في نظام القيم ابدا الذي يعصي الله ويظلم ليس مبكرا ابدا خلاف العدل نظام القيم هكذا نظام القيم هكذا. بالعكس والله تعالى له دائرة في قول ستة كامل تسمى دائرة الهداية التكوينية الخاصة. يعني يردف الانسان بالطاف كثيرة حتى لا يذهب الى الظلم. ويذهب الى الخير اذا هذه الدائرة الالطاف الهداية التكنولوجية الخاصة تصير لغوا مع تمكين الله تعالى الظالم بالعكس الله تعالى عنايته الجميلة يؤسس لدوائر تساعد الانسان على الخير تسمى الهداية التكوينية الخاصة يجب ان نفهم هكذا المسألة. نعم. اقول هذا تفريع على وجوب الانتصاف وهو انه تعالى هل يجوز تمكين الله تعالى من الظلم من لا عوض له في الحال يوازي ظلمه. يعني تخيل انت الان انسان يريد يرتقي يعني اه يرتقي في الكمال. جمع لو دريهمات تعادل اه استطاعة الحج وسافر مثلا من الجزائر على البر المرة على ليبيا دخل مصر سرقوها  سرقوه تركوا كل امواله. يعني هاد الظلمة سرقوا اموالهم يعني هذا الكمال الحجي وراح. الله يعطيه يعوض له ويعوض له هذه النورانية يقول هنا المحقق التونسي هل الله تعالى يمكن هذا الظالم بدون عوظ العدالة تقول لا يجب ان يعوض نحن نقول لا يمكن الظلم ابدا ابدا في نظام القيم الله تعالى لا يمكن الظالم والا ترى ماذا صار ظالما والظلم على الله تعالى ممنوع مطلقا ممنوع مطلقا وبيده الخير وبيده الخير من كان بيده الخير لا يكون ظالما مطلقا هنا يثير هذه المسألة هذا سرق اموال هذا الحاج مسكين حرمه من الزيارة الله تعالى يعوض لو ولكن هذه المشاهد وقبر النبي والكعبة المشرفة وو حرم منها الله يعوضلو من باب العدل. لكن الكلام يعني الله تعالى قال لهذه الصلاة امكنك حتى تسرق اموال هذا هذا ابدا ابدا يا الله على هذا الفكر هل يجوز تمكين الظالم من الظلم من دون عواظ في الحال يوازي ظلمه يعني الكلام في العوض ليس في الكلام في تمكين الظالم نحن نقول في تمكين الظالم محال محال. اقول هذا تفريع على وجوب الانتصاف وهو انه هل يجوز تامكين الله تعالى من الظلم لمن لا عوض له في الحال يوازي ظلمه. يعني ثواب مثلا سين الحج ثواب الحج يعوضه ثواب الحج في الدنيا وفي الاخرة فمنع منه المنصف المصنف وقد منعه لماذا? بدون عوظ لم يتكلم في في انه تمكين الظالم وقد اختلف اهل العدل هنا فقال ابو هاشم والكعبي دعك من ابو هاشم يا العلامة الحلي ولا كعبي كل هذه امور انتفت راحت</w:t>
      </w:r>
    </w:p>
    <w:p>
      <w:r>
        <w:t>لا اسما ولا رسم لها انه يجوز يجوز تمكين الظالم. يا الله عدلية هذا لو اشعرية معقول عادلية عدلية يمكن الظالم لماذا? لان العلوم كانت ركيكة في ذلك الزمن. لكن عند المحقق الطوسي توسعت وترقت نعم كانوا يخلطون بين عالم التكوين وعلى من القيم والتشريع فمنع منه المصنف يعني المصنف لم يمنع تمكين الظالم منع تمكين الظالم بدون عوظ وقد اختلف اهل العدل هنا فقال ابو هاشم الكعبي انه يجوز يعني قد يفعله الله تعالى لكنهما اختلفا يعني ابو هاشم الكعبي فقال الكعبي يجوز ان يخرج من الدنيا ولا عوض له يوازي ظلمه وقال ان الله تعالى يتفضل عليه بالعوض المستحق عليه ويدفعه الى المظلوم نعم. وقال ابو هاشم لا يجوز بل يجب اه التبقية لان الانتصاف واجب عقلا طبعا والتفضل ليس بواجب. فلا يجوز تعليق الواجب بالجائز نعم هنا اولا تمكين الظالم خطأ واذا هذا الظالم بسوء اختياره صار ظالما ومنع حق غيره هنا نعم مقتضى العدالة يأتي الانتصاف ويعوض هذا المظلوم اما في الدنيا واما في الاخرة او في الدنيا وفي الاخرة وهذه عدالة الله هو كلام الله تعالى وقال من وقال السيد المرتضى السيد المرتضى هذا رجل عجيب هذا كتاب الشافي في الإمامة لم يؤلف مثله في الإمامة. وهذه الأقوال التي ينقلها المحقق الطوسي عن عن المتكلمين كلها مأخوذة من كتب السيدة صدقوني كلها مأخوذة من سيد المرتضى والسيد المرتضى اخذها من الشيخ المفيد امام المتكلمين كل هذه الجزئيات قال فلان وفلان فلان من المعتزلة هذا كلها علم من? علم الشيخ المفيد والسيد المر قال السيد المرتضى ان التبقية تفضل ايضا فلا يجوز تعليق الانتصاف بها. فلهذا وجب العوض في بحال واختاره المصنف رحم الله لما ذكرناه العوظ آآ قطعي قطعي يعني الله تعالى لعدله وحكمته العملية يعوض المظلوم. لكن انواع هذا التعويظ هذا راجع الى الله تعالى قد يبارك له في اولاده. يبارك له في رزقه يبارك له في في صحته ما معلوم هذا العوظ كيف يكون? في الحال وفي الاخرة نعم قال فان كان المظلوم من اهل الجنة يأتي ان شاء الله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