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الله يا الله سبحان الله الله يا الله والحمد لله اعوذ بالله من الشيطان الرجيم. بسم الله الرحمن الرحيم. وبه تعالى نستعين الصلاة والسلام على محمد واله الطيبين الطاهرين اعزائي الطلاب السلام عليكم ورحمة الله وبركاته وفقنا الله واياكم لكل خير فانتم لا تزعلون اذا نقدت وبينت رأيي تتحملوني هذه من اخلاق المؤمنين ان يتحمل بعضنا بعض فانا قلبي يحترق ارى اه شيخا اه على رأسه عمامة ينادي الدولة المدنية ولا يعرف ما معنى الدولة المدنية دون المدنية يعني كل القيم الالهية لا دخل لها في تسيير المجتمع نحن الان بدون دولة بدون دولة مدنية الاوضاع خربانة فكيف اذا صارت هذه الدولة بدستورها وبقوانينها دولة حقيقة مدنية نعم هذا جدا خطير جدا خطير نعم جدا خطير ولعل الغرب يعرف كيف يدخل في صفوفنا ويلقننا امورا نحن لا اه نفهمها اذا انتم تخيلتم من ينادي بالدولة الدولة المدنية تخيلتم انكم تخدمون المرجعية الرشيدة في النجاة فانتم مشتبهون مشتبهون. المرجعية اعلى شأن من هذا الامر نعم وهي لم تقصر في بحق الشعب ولا في حقه كل من يريد الخير وله غيرة على هذا الوطن قال فان كان المظلوم من اهل الجنة يعني هو دخل الجنة فالله تعالى كيف يعوض له وهو في النعيم نعم يقول يعوض له بتقسيم الاوقات يعني الكلام عن كيفية العوظ هذه الامور غيبية خاصة بالله تعالى الاحسن لا ندخل فيها الأحسن اننا ندخل فيها لاننا نجهل كيفيتها خاصة بالله تعالى فانت كيف تعرف ان الله تعالى يقسم الاوقات نعم فان كان المظلوم من اهل الجنة يعني من اهل الفلاح فرق الله تعالى يعني كيفية العوظ اعواضه على الاوقات? وهل هناك اوقات هل هناك اوقات? لان هناك زمان دقق جيد فيه امر نعم السرن هذا الذي يدخل الجنة تأتيه وتقول الله تقول له الله يعوض لك ما يفهم هذا الكلام ما يفهم. هو في النعيم ما يلتفت. والله تعالى يسحب من مخيال الانسان كل ما عاشه في الدنيا من قدرات كل هذه تسحب للمومن طبعا. مؤمن الفالح. كل هذه القدرات تحذف صوم ما يلتفت ما يعرف نتا ظلمتو ولا ما ظلمتو نعم هذه نعمة من الله تعالى ولطف كبير من الله تعالى على المؤمنين نعم يقول فان كان المظلوم من اهل الجنة كيف يعوض له? فرق الله تعالى اعوظه على الاوقات اصلا ما في اوقات هناك ما فيه زمن ومكان وهذه الأمور الخرافية. او تفضل عليه بمثلها يعني يعوض له بمقدار ما ضاع منه من كمال. وان كان من اهل العقاب يعني اهل المعاصي اسقط بها جزءا من عقابه. بحيث لا يظهر له التخفيف بان يفرق الناقص على الاوقات. معنى اوقات هناك اي متكلم عزيز. اقول لما بين وجوب الانصاف ذكر كيفية ايصال العوظ الى مستحقه الى الكلام الكلام عن الكيفية واعلم ان المستحق للعوظ اما ان يكون مستحقا للجنة او للنار فان كان مستحقا للجنة فان قلنا ان العوظ دائمون اه فلا بحث وينقل انه منقطع توجب الاشكال بان يقال لو اوصل العوض اليه ثم انقطع عنه حصل له الالم بانتقاء انقطاعه. انظر هذا الكلام. انا والله ما افهم يعني العاقل لا يفهم. انت تقول في الجنة كيف اصلا كيف ينقطع عنه العوظ وهو في الجنة لم اذا دخل الجنة آآ انتهى الامر. نعم اه احد المعممين العقل الديني كارثة العقل الديني اذا استولى على اه عقل المعمم كارثة. يعني تتسلل الخرافات الى الدين بطريقة عجيبة المعمم عقله عقل الهي العقل الديني ما معناه? يعني انت الله قادر على كل شيء وتسكت ما تسكت نقطع لك راسك يجب ان تذوب امام المقدس لا عقل ولا تفكير ولا تدبير كي داعش مثل داعش نعم يقول ان اصحاب الامام القوسين عليه السلام آآ الحور والاولاد والازواج ينادوهم ننتظركم تعالوا يقول لهم لا نحن مع الامام الحسين عليه السلام حتى نشبع من نوره وبهائه نعم يعني انظر هذا هذا التصوير هذا التصوير يعني انت اذا خرجت من الجنة الامام حسين اين اي قل اهل الجنة يعني قبل دخول الجنة اهل الامام الحسين اين وهؤلاء الكوكبة الطاهرة اين? يعني اين خرافات لا يتأملون ما عندهم عقول قل في الجنة الاصحاب في الجنة في مرتبة راقية. مرتبة الامام الحسين. يتأملون في بهاء وجماله ومرتبتهم حتما تكون مرتبة المعصوم الدانية. الكل في الجنة. ما تصور انت الامام الحسين واصحاب خارجين على الجنة. والجنة تناديهم. ايه خرافات? لانه اذا انت ضيعت العاقل ضيعت الدين بالخرافات. الدين له ركنان اساسيان الوحي والعقل. المجموع يسمى الدين والائمة وضحوا هذا الامر ان لله على الناس حجتين. حجة ظاهرة هو الوحي يعني الأنبياء والأولياء وحجة باطنة والعقل الدين قائم على العقل والوحي وحي لوحده لا يكفي تدخل الخرافات. ولهذا الاديان مملوءة بالخرافات ابو هريرة دخل الخرافات من كعب الأحبار حتى امتلأ الإسلام بالخرافات صدقوني لولا اهل البيت عليهم السلام لظاع الدين. وحتى في مدرستنا كثير من الكذب كتير من الكذب الذين لا يخشون الله تعالى كذبوا على الائمة اذا تبقى ماذا يبقى المعيار هو العقل يميز القبيح من من الصحيح من هذه الخرافات وكذلك الذي يعتمد فقط على العقل مثل الليبرالية وغير الليبرالية الشيوعية بدون وحي كذلك. القيم تختفي القيم تختفي. ما معنى القيم تختفي? يعني هذا الاختيار يصير لغوا والانسان في الوجود يصير لغوا اظل من البهيمة فالدين قائم على ركنين اساسيين الأسطول الأول العاقل الأسطول الثاني الوحي والا تسللت الخرافات للدين وانتفت القيم من المجتمع الانساني نعم اقول لما بين وجوب الانصاف او الانتصاف ذكر كيفية ايصال العوظ الى مستحقه واعلم ان المستحق للعوض اما ان يكون مستحقا للجنة او للنار. فان كان مستحقا للجنة فان قلنا لا تقول اذا دخل الجنة ما عنده هذه القدرات واصلا هذه كلها يحذفها الله تعالى من وجوده. لانه في النور تأتي وتقول انا اعوض لك وفي النعيم مجرد تدخل الجنة يعني كل الامور تمت. العدالة فصلت وادخلتك الجنة. ما بقي عدالة في الجنة. بقي النعيم فقط النعيم تعيش في محضر الله تعالى. الجنة بعد العدالة يعني بعد الحساب والعقاب فان قلنا ان العوظ دائمون فلا بحث. وان قلنا انه منقطع توجه الاشكال بان يقال لو او اوصل العوض اليه ثم انقطع عنه حصل له الالم بانقطاعه. يا الله يعني الذي في الجنة بعدما ما خضع للعدالة المطلقة يا شيخنا العزيز او هذا المعتزل المخرف الا الجنة فرع مرور الانسان على العدالة المطلقة الالهية اذا فصلت العدالة حينها يتنعم بالجنة او اذا كان من اهل العقاب والكفر ذق فانت العزيز جهنم والجواب من وجهين الاول انه يوصل اليه يعني الله تعالى عوضه متفرقا على الاوقات</w:t>
      </w:r>
    </w:p>
    <w:p>
      <w:r>
        <w:t>بحيث لا يبين له انقطاعه فلا يحصل له الالم. يا العلامة الحلي. جزاك الله خير. هو في الجنة تجلى ما عندو في دينه. وفي وجوده ان شخصا ما في الدنيا ظلمه. اصلا ما يلتفت الى الدنيا ولا يتذكرها نعم تقول لشيخنا لماذا يأتون بهذه بهذه الكلمات المحيط هو المحيط. المحيط هو المحيط. في عصرنا الان كثير من خرافات عقدية مسيطرة علينا لماذا? لاننا لم ننقحها اه اه عقليا وصريح النصوص. صريح النصوص نعم فيه تونسية اتصلت بي قالت لي شيخنا العزيز انه واحد ياتي برواية للنبي سني هو وهي سنية اه ان القرآن يصير ابيظ رواية يعني القرآن انت بتفتح القرآن يصير ابيض يرفع القرآن قلت له هذه رواية واحدة لا يبنى عليها امور عظيمة هذه الامور يا ناس افهموا الدين فهم الدين جيدا لا نبني امور خطيرة على رواية ممكن اوظعها كعب الاحبار على لسان ابي هريرة وعلى فلان وفلان او صحابي نقل هذه الرواية نصفها وغفل عن النصف كل هذه الامور واردة الا اذا كانت نصوص متواترة صريحة نبني عليها العقيدة يا نبني على نصوص هكذا مشتتة مقطعة خصوصا رواية سنة اغلبها مروية بالوحي بالمعنى. ليس كلام النبي نعم ليس كلام النبي الثاني ان يتفضل الله تعالى عليه على المظلوم بعد انقطاعه بمثله دائما فلا يحصل له الالم. هذا كلام جميل يعني الجنة في حد ذاتها آآ تنعم كبير اصل لا يلتفت الى ما مر عليه ايوا ما ظلم وان كان مستحقا للعقاب جعل الله تعالى عوضه جزءا من عقابه. نعم بمعنى انه يسقط عن من عقابه بإزامة يستحقه من العوض يعني نقص له شوية الالم في في جهنم يتصور انه ينقص هناك ما فيه تفتت هناك نشأة جمعية يا ناس. نشأة نشأة جمعية. ما عندك تقطع يعني انت الان تخيل في الجنة الله يرزقنا الجميع الجنة عندك بستان من هنا الى استراليا او من هنا لا ادري الى الى ما ما ينقطع مثلا نمثل من هنا الى استراليا. يعني من العراق من النجم الى استراليا. فانت تاخذ طائرة حتى تصل الى اقصى هذا البستان و اه تقطف مثلا ثماره خرافات كل هذه ما عندها معنى هناك. حالة جمعية حالة جمعية. مثل ذهنك الان نعمل لك تجربة فكرية. ذهنك الآن آآ وانت تجول في المفاهيم. عندك مفاهيم متعددة. مفاهيم اصولية فقهية. تفسيرية. مفاهيم لسانية. مفاهيم عقدية. مفاهيم فلسفية. مفاهيم ارفانية. مفاهيم اجتماعية اذا كنت مطالعة لعلم الاجتماع وو مفاهيم لا حد لها هل هذه المفاهيم مقطعة كما تقطع المحافظات والدول الان ثم انت تنتقل من مفهوم الى مفهوم بالطائرة او ببيسكول او بالدابة يمكن يكون لها خرافات. هناك حالة جمعية يعني متى شئت بارادتك تكون في دائرة مفهوم تكون فالمفهوم قائم بك قيام صدوريا مثل الشعاع للشمس الشعاع قائم وبشمس قيام وصدورهم فهذا البستان قائم بك قياما صدوريا. ما عدا ذا البعد والابتعاد يجب ان نفهم هكذا الامر والبدن والجسم الذي فيك يكون متناغما مع هذه القوانين وليس هذا الجسم الذي يحتاج الى حركة ولهذا نحتاج الى دابة الى صيانة لمرض الجسم جاذبية هنا. هناك جاذبية جاذبية نيوتن هناك نعم  اذ لا فرق في العقل بين ايصال النفع ودفع الظرر في الايثار. فاذا خفف عقابه وكانت الامه عظيمة. علم ان الامه بعد اسقاط ذلك القدر ذيك الكمية من العقاب. اشد ولا يظهر له او انه كان في راحة داخل في جهنم يلتفت الى هذه الامور واتخذت قعر في جهنم جهنم جهنم يا شيخنا العزيز نعم او نقول انه تعالى ينقص من الامه ما يستحقه من اعواضه متفرقا على الاوقات بحيث لا يضر له الخف من قبل. جهنم ليست مبنية على دائرة الفعل مبنية على خبثه. خبث هذا الكافر هذا يتحدى الله تعالى عمدا. ويظلم متعمدا يعني يتحدى الله كالشيطان مجلى للشيطان ما عندنا هاذي ينقص لو ما ينقص لو هاذي ما فيه نعم نية المؤمن خير من عمله نية طاهرة. يعني انت الان تصلي نصف نصف وقتك في الصلاة وانت في السوق لكن الله تعالى لهذه النية لانك وقفت امام الله ونويت تصلي وقربة الى الله هذه الصلاة تصير ماذا نورانية بنورانية ايمانك نية المؤمن خير من عمله وعمل الكافر خير من نيته يعني هذا العمل ما عنده قيمة لان النية فاسدة. فهذا الله تعالى يدخله جهنم وينقص له هذه اصلا لا معنى لها هناك بمجرد ان يدخل الجحيم يتقعر في الجحيم. يعني الجحيم يعود نحو وجوده تنقصتو ما تنقصو اصلا ما يلتفت هو في عذاب شديد. نعم نعم وكانت الامه عظيمة علم يعني الكافر ان الامه بعد اسقاط ذلك القدر من العقاب اشد ولا يظهر له انه كان فراه. او نقول انه تعالى ينقص من الامه ما يستحقه من اعواضه متفرقا على اوقات بحيث لا يظهر الخف من قبل والله اذا دخل انسان جهنم ونقصت له ما معنى للنقص هناك? ما معنى لهناك النقص? زيادة يعني قانون الكم هناك لا معنى له نفهم هذه المسألة قال ولا يجب دوامه لحسن الزائد بما يختاره معه الالم وان كان منقطعا ولا يجب حصوله في الدنيا لاحتمال مصلحة التأخير والالم على القطع ممنوع مع انه غير محل النزاع. هذه كلها احكام العوظ اخذها من كتب العلام السيد المرتضى والشيخ المفيد نعم هذه الدقائق المحققة التونسي فيلسوف فلكي اخذها من كتب للسيد المرتضى وانا اوصيكم بالاهتمام بكتب سيد المرتضى شخصية لا نظير لها في تاريخنا نعم اقول لما ذكر وجوب العوظ العاقل يدرك ضياء الهي عدالة الهي شرع في بيان احكامه بين مجموعة من الاحكام في الشرح تتضح لنا واختلف الشيخان ما تدخلني انا في الشيطان يعني اه ابو علي الجبائي اه وابي هاشم الجبيري فقال ابو علي الجبار انه يجب دوامه. يعني الصوم دوام في الجنة ما فيه ما في زمان ومكان هناك قانون الوجود الوجود الإلهي لا يخضع للزمن والمكان الملائكة لا تخضع للزمان والمكان. هناك احكام الوجود الصرف الجميل نتوما على الدوام وعدم الدوام لا معنى له انظر المتكلم يقارب المسائل الدينية بخياله ووهمه الوهم يتحرك في الزمان والمكان فيقارب موضوعات الدين هناك في هذا الفضاء كيتصور هناك مكانا آآ ان هناك مكانا ان هناك زمانا ان هناك حركة وتجددا فيبني الموضوعات الدينية الراقية على هذا الوهم  وقد اختلف الشيخان هنا فقال ابو علي الجبان انه يجب دوامه اصلا الدوام هناك لا معنى له. وقال ابو هاشم لا يجب واختاره المصنف رحمه الله المصنف اختار لا يجب والدليل عليه ان العوض انما حسن لاشتماله على النفع الزائد على الالم اضعافا يختار معه المؤلم المه. يعني انا الان اه الله تعالى يبتليني بالم لان البلاء الابتلاء من به. اما ان الله تعالى يفعل الالم? لا</w:t>
      </w:r>
    </w:p>
    <w:p>
      <w:r>
        <w:t>بالإنسان لأن الله لا لا يظلم ابدا ابتلاني بابتلاء مثلا موت ولد صغير  تحرق كبدها يحرق لأنه طفل صغير توفى فاذا الله تعالى بين لها المقام في الجنة فتتحمل هذا الالم لاجل ذلك العوظ الجميل في ايه? الجنة نعم والدليل عليه ان العوض انما حسن لاشتماله على النفع الزائد على الالم اضعافا يختار يعني المكلف معه ماذا? بيختار معه المؤلم يعني المتألم الامه لاجل ذلك العوض الكبير في الجنة ومثل هذا يتحقق في المنقطع فكان وجه الحزن فيه ثابتا فلا تجب ادانته يعني الله تعالى يعطي الام بمقدار ما تألمت يعطي يعطي في الجنة ثم ينقطع. بالله عليك الجنة تنقطع خيراتها وهل الجنة هناك كمية شي ينقص وشي يزيد لا ادري قالوا واحتج ابو علي بوجهين اشار المصنف في الجواب عنهما. الاول انه لو كان العوض منقطعا لوجب ايصاله في الدنيا لماذا يجب في الدنيا? قد يجب في الاخرة. لان تأخير الواجب بعد وجوبه وامتثال موانع. آآ منع للواجب وانما قمنا بانكفاء الموانع لان المانع هو الدوام مع انقطاع الحياة المانع من دوابه. الحياة تنقطعنا. والجواب لا نسلم ان المانع من تقدمه في الدنيا انما هو انقطاع الحياة. للجواز ان يكون في تأخيره مصلحة خطيرة. نعم الله تعالى يؤخره للجنة. اين المانع? نعم. ولهذا قال ولا يجب دوامه لحسن الزائد. نحن لا نؤمن بالدوام. الجنة ليست كمية فيها الزائد والنقصان بما يختاره معه يعني يختار المكلف الألم لأجل هذا العوض معه الالم وان كان منقطعا لا اصلا ما في كمية في الجنة ولا يجب حصوله في الدنيا لاحتمال مصلحة التأخير. وانا نتكلم عن في المتن لمصلحة التأخير. الله تعالى لا يعوض لهذه الامة ابنا اخرا هي انطلقت كبدها لوفاته لا يعوض لها لأن المصلحة ان يعوض لها في الآخرة. ايه نعم يجمعها مع اهلها ويعطيها من الخيرات ما لم تحلم به نعم والدليل عليه ان العوض انما حسن لاشتماله على النفع الزائد على الالم اضعافا يختار معه المؤلم آآ يعني المتألم المه يعني الام تتحمل وفاة الابن للعوض الكبير في يوم القيامة. ومثل هذا يتحقق في المنقطع فكان وجه الحزن في ثابتا فلا تجب ادامته. نحن نقول لا معنى للدوام والانقطاع اخره. سنن الام ما تعرف الاخرة انها توفى ابنها ثم الله تعالى يسحب كل هذه القدرات من المؤمن واننا معنى للجنة لا معنى للجنة يعني انت الان شخص تألم تريد تعوض له انت في الدنيا يعني مثلا زلزال هدم لو آآ بيته من الاساس داره من الاساس. وانت غني فتح الله عليك برزقه الواسع. تبني لو دار اجمل من الماضية الدار السابقة المهدمة بالزلزال ولكن هو دائم يبقى يتذكر هذه الذكريات في هذه البيت القديم كان معززا وكذا حتى هذا البيت الجديد الواسع لا هذه القدرات تبقى. يعني انت ما فعلت شيء خصوصا الله الجواد يعني يعطيه الجنة ثم هذه القدرات تبقى في قلبه يعني تبقى دائما تتذكر وفاة ابنها وكذا وكذا لا هذا اذا هو ليس بحكيم لكن الله الحكيم ينزع كل هذه القدرات. هذه هي الجنة. الجنة ما فيها قدرات ما فيها قدرات الجنة شأن الهي تسانخ الله تعالى في جماله وبهائه قدرات ما معنى يعني حرمان من كمال حرمان من كمال يعني ناقص الجنة ما في هذه الامور. يا العلامة الحلي ايها العزيز نعم وقد احتج ابو علي بوجهين اشار المصنف في الجواب عنهما الاول انه لو كان العوض منقطعا صلى معنى للانقطاع هناك. لوجب ايصاله في الدنيا نعم لان تأخير الواجب بعد وجوبه وامتثال الموانع منع للواجب. هذه قرأناها نعم ثاني لو كان العوظ منقطعا لزم دواء نعم لو كان العوظ منقطعا لزم دوامه والتالي لا يجامع المقدم. يعني قلت انت اذا اذا انتفى الف يجب ثبوت الف نعم هذا من من عجائب الاستدلالات الاستدلالات اجتماع نقيض المكتبة هادي اجتماع الناقض لا تدخل في اي قياس لا تدخل في اي قياس. يعني لا تكون لا صغرى ولا كبرى ولا نتيجة في القياس الاقتراني وفي القياس الاستثنائي ولكن هي تكون في الظل هي قوام القياس الاقتراني لماذا? لان الكبرى لا تتم الا باجتماع النقيضين. يعني الكبرى تكون حجة اذا نفت مطلق النقظ لا يمكن ان ينقض عليها بموجبا سالبة ابدا. واذا كان سالبة كلية يقينية لا ينقض عليه بها بموجبة جزئية ابدا لهذا لمبدأ التناقض والا القياس لا يتم الاقتران. وكذلك القياس قياس الاستثنائي القياس الاستثنائي ماذا تقول? تقول لو كان الف لكن ب. ثم تأتي تزداد لكن لا باء ما هي الحجية? تقول لي ان بولابة ما يجتمعان اذا النفي التالي قوامه بمبنى التناقض او تقول ثبت المقدم. يعني اذا ثبت المقدم التالي علة له. اينما تنوجد العلة ينوجد المعلول. ثبت المقدم. قولوا بعد. ثبت المقدم بعد. تقول اذا ثبت المقدم نقيضه لا يثبت لا يثبت وبالتالي النتيجة تكون قهرية يعني يقي النية اجتماعا ناقضا هو ملاك الاقيسا وقياس الخلف كذلك او الخلف يعني هذا يدعي بدعوى النبي ليس بمعصوم وانت تريد ثبت النبي معصوم انا اقول لك ثبت النبي معصوم الى يوم القيامة بعد يقول لا اذا ثبت ان النبي معصوم بالعصمة المطلقة الناقض ينتفي لماذا? لان ام ام القضايا اجتماع النقيض هي التي حاكمة على هذا اذن اجتماع النقيضين حاكم على جميع الاقيس فلا تأتي وتجعل لها ماذا هي صغرى او كبرى او نتيجة او تجعلها هي الشرطية ابدا هنا اه سقط المستدل في هذا ايه الخطأ والثاني يأتي ان شاء الله. والثاني لو كان العوظ منقطعا لزما داوموا ويأتي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