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يا الله يا الله والحمد لله اعوذ بالله من الشيطان الرجيم بسم الله الرحمن الرحيم وبه تعالى نستعين والصلاة والسلام على محمد واله الطيبين الطاهرين عزاء الطلاب السلام عليكم ورحمة الله وبركاته وصلنا الى والثاني لو كان العوظ منقطعا لزما دوامه المنقطع يعني خلاف الدواب والدوام خلاف المنقطع كأنك قلت لو لم يكن الف لكان الف. هذا خطأ في قانون المنطق لا تأتي باجتماع النقيضين بقياس بن العقيس هذا معيار ندي يعطي الحجية للاقيس مطلقا القياس الاقتراني يعني تقول اه تقول الله جسم وكل متحيز فالله متحيز والله ليس بمتحيز لماذا? لانه غني المتحيز فقير للحيز فتأتي اجتماع الناقضين في النتيجة في الكبرى وكل جسم اه متحيز يعني لا يمكن ان تجد جسما ليس بمتحيز يجب ان ينتفي مطلقا هذا حتى تتعين الكبرى كل جسم متحيز حتى يتم القياس يعني اجتماع النقيضين تعطي الحجية للكبرى. اذا هي تكون خارجة حتى تعطي الحجية للكبرى اذا كانت هي بقياس فتحتاج الى من يعطيها الحجية. لاحظت كيف نقع في ارتباك معرفي فوضى معرفية فهي تنتفي المعرفة واذا انتفت المعرفة يعني الوجود ينتفي لأن الإنسان كيف يعصب الوجود من خلال معرفته من خلال وعيه اما الوعي المباشر وهذا العلم الشهودي واما الوعي غير المباشر عن الاستدلال غير هذا اذا لا يمكن ان تضع انت اجتماع الناقضين في قياس وكذلك هي الحجة في القياس الاستثنائي لو كان الف لكان باء تقول لا باء. اذا لا الف لابى من اعطاك هذه الحجية اذا كان لا باء يعني لا الف من قال لك لا الف لان الف ولا الف لا يجتمعان او في ثبوت المقدم تقول لو كان الف لكن هذا. لكن الف اذا انت احرزت الف تحرز بني علية ومعلولية من قال انك اذا حرست الف تأتي النتيجة النتيجة القهرية. تقول اذا لم يكن الف كان لا الف وليال جئت معان فاجتماع النقيضين عطات الحجة للمقدم. فتم القياس وكذلك في قياس الخلف. انا اكررها لاجل الطالب نعم لانه ممكن هذه الامور لا يسمع بها قياس الخلف الخلف او الخلف الخلف يعني يأتي من الخلف والخلف يعني التناقض حتى كلمة خلف يعني التناقض يعني المفارقة يدعي دعوى الف انت يجب ان تنقضها لا الف اما تنقضها بلا الف مباشرة او لا تأتي بلازم من كلامه يؤدي الى التناقض يعني هو يلتزم بالتناقض يلتزم باجتماع الناقضين وهو هذا لا يقبل هذا اذا اجتماعا ناقضا ملاك حجيته قياس الخلف وكذلك ملاك تقسيم العلوم لولا اجتماع الناقضين العلوم لا تتعين. كيف? لان صياغتها الشرطية هي ليست قضية شرطية. صيغة شرطية الشيء اما موجود واما معدوم صحيح ام لا? اما ان يكون في دارس الوجود او لا يكون نقول صحيح شيخنا العزيز روح الى الفيزياء ما هو آآ موضوعها? تقول الجسم من حيث هو متحرك وهو ساكن. تقولها الشيء يعني الشيء المادي اما ان متحرك او لا متحرك. يعني اما متعين بوجود الحركة وعدم الحراك الطب اما البدن اما يصح او يمرض يعني البدن اما ان يتعين بوجود الصحة او بعدم الصحة وهكذا الفلك والفلك. يعني والعلوم الاخرى. يعني مبدأ التناقض ملاك تعين هذه العلوم هذه النقطة بينها من ارسطو في كتابه القانون او الاورجانون وبينها الشيخ الرئيس اه ابن سينا في كتابه شرح البرهان وانا اوصي الطلاب بدراستي اعداء الكتاب القيم انا درست مرتين درست عند الشيخ حضورا وكان درس في غاية الروعة والشيخ بوصباح الياسدي رحمة الله عليه درسه في مؤسسته انا اخذت الاشرطة داك الزمان اشرطة واعدت الكتاب من بدايته للتعمق ونشوف الأستاذ الشيخ مصباح ماذا اثار من نقاط لم يثير يثرها استاذنا في الدرس ومن حسن الحظ ان دروس الشيخ مصباح مطبوعة الان مطبوعة في مجلدين وممكن في المستقبل تترجم للغة العربية. من يتقن اللغة الفارسية فالكتاب موجود ومطبوع. انا درست شرح البرهان وكان رائعا جدا يعني ناظر لشرح للشيخ بوصباح رحمة الله عليه لكن لظروف الطلاب ما كملو الدرس مع الاسف الشديد كان درس في غاية الجمال والروح نعم  الثاني لو كان العوظ منقطعا لزم دوامه. يعني هكذا لو كان الف لكان لا الف. هذه لم تحدث في تاريخ الاستدلالات نعم لو لم ينقطع الادب الكلام في هذا الكلام في دوامه. وبالتالي لا يجامع المقدم بيان الملازمة اصلا بيان الملازمة هي اجتماع النقيضين. بيان الملازمة هي اجتماع النقضين بانه بانقطاعي يتألم صاحب العوظ. يتألم اين في الجنة لتألم في الجنة في الدنيا معقول معقول في الدنيا معقول يقول الدولة ظلمتني آآ في شخص الفلاني ظلمني ولم يعوضني اما عند الله الحكيم العادل بالعدالة المطلقة في الم والالم يستلزم العوظ عقلا عقلا يعني العقل يكشف هذا الضياء. فيلزم من انقطاعه دواء  خرطي في الخط مع الاسف الشديد نعم المعتزلة ما كانوا يعرفون المنطق نعرف المعنى المنطق فيأتي باجتماع الناقضين يجعلها هي الشرطية. معنى اجتماع النقضين ظن للشرطية وليست هي الشرطية. نعم لو كان العوض منقطعا لزم آآ دوامه. انقطاع يعني عدم الدواء. يعني اذا لم تكن دائمة يلزم الدواء ادري ما ادري هذا العقل كيف والجواب من وجهين. شف العلامة رحمة الله عليه ملتفت الى هذه النكتة المنطقية ام لا? مع ان هو منطقي كبير شرح التجريد تجهيز المنطق اه الجوهر النضيد ومن اروع الكتب المنطقية انا درست هذا الكتاب لشخص من طالب فيقوم من لندن من بدايته الى نهايته. درسنا الشعر والخطابة والجدل وو والجواب من وجهين انه يجوز انقطاعه من غير ان يشعر حبه بانقطاعه نعم الشعور سلب بانتفاء الموضوع لان الله تعالى نزع له القدرات من دينه. اما الانقطاع في الجنة لا معنى له لان النشأة ليست كمية مثل هذه النشأة اما لا اما لايصاله اليه على التدريج انظر العلامة الحلية يؤمن بان الجنة دنيوية في الاوقات بحيث في الاوقات يعني دنيوية لا يشعر بحيث لا يشعر بانكفاء العوظ لكثرة غيره من منافعه او بان يجعله ساهيا نعم يعني ان زعلوا الذاكرة. ثم يقطعه فلا يتألم حينئذ. كلها سالبة بانتفاء الموضوع. هذه الموضوعات هناك هي لا معنى لها الثاني انه غير محل النزاع لأن البحث في العوض المستحق على الألم هل يجب ادامته وليس البحث في استلزام الالم الحاصل بالانقطاع لعوض اخر وهكذا دائما. نعني   يعني تشخيص الموضوع غير صحيح عند العلماء الحلي جيد هذه امور كلها تبقى في تاريخ علم الكلام. واصلا ممكن الطالب لا يلتفت اليها اه ابدا الايراني في امريكا آآ نسيت اسمه زاداك هذا نعم من متخصصين في والرياضيات اثار فكرة حتى ابين لكم ما هو حديث بطلب الحوزة اولى من هذه خزعبلات المعتزلة. مع الاسف الشديد التي انهكت لعلم السيد المرتضى والمحقق التونسي والشيخ التونسي</w:t>
      </w:r>
    </w:p>
    <w:p>
      <w:r>
        <w:t>لعل من حله مع الأسف الشديد اخذت من اوقاتهم الشريفة. وهي خزعبلات كلها هذا الايراني في امريكا خطرت في باله فكرة الهمه الله تعالى فكرة اه المنطق الارستي ثنائي القيم يعني وجود عدم حاكمية اجتماع الناقضين الموحد اما القضية صادقة واما قضية كاذبة. يعني اما ان تكون في ذات الوجود او تكون في ذات اللا وجود غير هذا هذا هو وقياس الارستي ثنائي القيم فهذا العالم الرياضي الهمه الله تعالى فكرا تخيل انت في عتبة الباب لا داخل ولا خارج يعني لا يصدق عليك الدخول والوجود ولا يصدق عليك الخروج وهو اللا دخول يعني لا يخضع آآ وقوفك على عتبة الباب لمنطق ثنائي القيم ثنائي القيم او عندنا حقيقة واحدة لها مراتب وجودية. مراتب كمالية يعني تكون في مرتبة بكمال عشرة تكون في مرتبة بكمان عشرين منطقة الانس تيقول اما كمال الف وام لا. لا هنا عندنا ترتبية تشكيكية بقول الحوزاويين  خرج منطق جديد لا يخضع اه ثنائية الوجود والعدم. يسمى باللغة الفرنسية منطق الثلو يعني منطق فلو غامض وبالفارسي منطقي فازي. فازي يعني مرحلة مراتبي يعني ممكن نحن العرب انه نحن الحوزويون نسميه بمنطق التشكيكي تأسس هذه المنطق. اخذه الغرب ووسعه وعمقه صار يدرس الان كمادة اساسية في الجامعات ودخل عند العرب انا عندي صديق جزائري موالي متخصص فيه في الجزائر المنطق المرحلة او التشكيك اليابان اخذت هذا المنطق غير الثنائي القيم  طبقته على التكنولوجيات رائعة جدا في القطارات في المكنسة الكهربائية في كثير من الامور التكنولوجية امريكا لم تفلح في هذا الامر ففسروا لماذا قالوا لان اليابان يتحرك يتحرك اليابانيون يتحرك اليابانيون في منطق العرفاني منطقة تشكيك كما نقول نحن في الحكمة المتعالية لان ذهنيتهم عرفانية يعني تخضع لمقام التشكيك تناغموا مع هذا مع هذا المنطق وطبقوه في التكنولوجيا مثاله انت عندك غرفة خالية من كل الاثاث تريد تنظفها بعدما دخلت الى هذه هذه البيت اجرتها وفيها صالون كبير او مثلا سرداب كبير يريد تعمله فضاء للدرس والمباحثة حسينية. يعني للمجالس تبدأ تنظف تنظف اه السرداب وتضع هذه الفرش او الموكات وكنت تنظفها بمكنسة كهربائية المكنسة المكنسة الكهربية التي تباع في العراق في المناطق الاخرى مكنسة تخضع لمنطق ثنائي القيمة. كيف? اذا انت شغلت المكنسة وحركتها في استرداد حتى تنظف كل استرداب اما تنظفه كاملا او لا تنظفو اذا شغلتها تشتغل يعني هاي دخلت في ذات الوجود تنظف كل كل السرداب او طفيها ما تشغلها دخلت فيه اللا وجود ثنائية القيم هذه المكنسات التي تباع تخضع لماذا? لقانون ثنائي القيم. يعني لي منطق ارصدته في اليابان لا اليابان تشغل المكنسة تخضع للمنطق الفازي تكنس لك المقدار الذي تريده انت انت في منطق الثنائي القيم بمجرد تشغل المكنسة هاي المكناسة تتحرك على مستوى كل كل الحسينية الا اذا صدمها ماذا? الجدار فلتعد المانع والا ما في جدار تستمر لماذا? لانها تتحرك في ثناء القيم. وجود عدم اذا انطفت خلاص ما تتحرك وجود عدم حاكمية اجتماع النقيضين المنطق الفاظي في اليابان لا يسوي لك مكنسة كهربائية وتنظف لك جهة فقط من الحسينية بالمنطق الفاضي بالله عليك انت الان انا نبقى مع خرافات المعتزلة التي لا تمت بصلة اولا الاسلام الاصيل اسلام اهل البيت وتضييع وقت للطالب اما نهتم بهذه الامور القيمة التي تغير المجتمع في الفكر وفي التقدم انتم تفتون لانفسكم لست انا نعم قال ولا يجب اشعار صاحبه بايصال العوظ عوضا بايصاله عوظا. يعني بايصال العوظ عوظا نعم اصلا في الجنة ما في هناك هذه هذه الذاكرة الذاكرة الحس والذاكرة والوهم هادي ملكات اه ملكت انسانية لانه متعلق بهذا البدن الدنيوي صدقوني يعني القوى الحسية والفانتازيا يعني نحس المشترك والخيال والوهم هنا هذه النشأة عناية الهية بالانسان وضرورية لبقاء هذا النوع لبقاء هذا النوع نعم يعني انت الان في الجنة اه تريد اه ترسم اه لوحة رائعة جدا وتضحى على الحائط قصرك خرافة كبيرة جدا لماذا? لان لان الجنة التي خلقها الله تعالى هي لوحات لوحات تكوينية رائعة جدا يوميا انت تبصرها المثل تحتاج الى هذه اللوحة الزيتية فما معنى لها? خرافة كبيرة جدا. انت امام لوحات تشؤونات الهية. تشاؤنات الهية اصلا ما تلتفت الى هذه الامور. هذه في هذه النشأة يجب ان نفهم الدين هكذا نعم. قد تستغربون من كلامي استغربوا كما تشاؤون لكن هذه هذا هو الواقع. انت عندك اللوحة الالهية العظيمة تتأمل في الجنة الالهية الرائعة الخارقة اصلا ما تخطر على بال بشر تروح تنصب لي لوحة اه تضعها على جدارك في في ما لا معنى لهذا الكلام اصلا يشعر ليشعر بالعوض. صنع رسالة باندفاع الموضوع. اقول هذا حكم اخر للعوض يفارق به الثواب نعم وهو انه لا يجب اشعار مستحقيه بتو في يده عوضا له بخلاف الثواب منها اذ يجب في الثواب مقارنة التعظيم يعني انت تقول ذوق هذه الجنة نعم ولا فائدة فيه الا مع العلم به. نعم. يعني لا فائدة في الثواب الى العلم بالثواب. اما ها هنا يعني في العوض فلانه منافع وملاذ وقد ينتفع ويلتذ من لا يعلم بذلك نعم ليس بالضرورة ان يعلم انها عوض كما يجب ايصاله من المثاب في الاخرة من الاعوظ يجب ان يكون عالم به من حيث انه مثاب لا من حيث انه معوض يعني يشعر بالجنة ونعيم الجنة هذا يكفي يعلم بانه عوض او لا لا لا ليس لازما. قلت لكم هناك الذاكرة لا معنى لها والوهم لا معنى له هناك مرتبة وجودية تفوق العقل تفوق المرتبة العقلية. يعني هناك لا يستدل ولا يتحرك حركة فكرية. هناك مرتبة ارقى يعيش حياة اللي ممكن ارقى من حياة الملائكة نعم وحينئذ امكن ان يوفيه الله تعالى في الدنيا على بعض المعوذين غير المكلفين وان ينتصف لبعضهم من بعض في الدنيا فلا تجب اعادتهم في الاخرة. نعم. قال ولا يتعين منافعه يعني المنافع للعوظ يعني مصاديق العوظ مصاديق العوظ اه ليس بالضرورة تشخص اه المهم يكون العوض اما ان تتشخص بمصاديق خاصة ليس بالضروري. ولهذا يقول ولا يتعين منافعه يعني ولا يتعين مصادقه. اقول هذا حكم ثالث للعوض وهو انه لا يتعين منافعه بمعنى انه لا يجب ايصاله في منفعة معينة مصداق مشخص دون اخرى بل يصلح توفيته بكل ما يحصل فيه شهوة للمعوظ. طبعا الشهوة هنا بالمعنى المجازي شهوة الغرائزية هناك ما فيه ليست شهوات غرائز لان هذه الشهوة هنا تنقظ تنقطع بانقطاع الغاية الانسان آآ عندو شهوة الجماع يمارس الجماع الحلال تا يشبع تنقطع خلاص هذه الشهوة. هناك لا ليس هكذا صنع هذه الشهوة هناك لا معنى لها نعم وهذا بخلاف الثواب لانه يجب ان يكون من جنس ما الافه المكلف من ملاذه كالاكل والشرب واللبس والمنكح لانه رغب به في تحمل المشق</w:t>
      </w:r>
    </w:p>
    <w:p>
      <w:r>
        <w:t>نعم بخلاف العوض فانه قد بين انه يصح ايصاله اليه وان لم يعلم انه عوض. عما وصل اليه من الالم فصح ايصاله اليه بكل منفعة بكل مصداق. نعم بكل مصداق نعم كنا في جلسة اساتذة في مدرسة في وكلنا نتكلم عن جنة الذات جنة الذات لا هادي البساتين ولا الزواج ولا الغلمان ولا يحزنون نعم فاحد المدرسين يتحدث معي بكل اخلاص وصدق. قال يا شيخنا انا لا اريد هذه جنة الذات اعطني هذه الجنة التي وصفها الله تعالى بقصورها وبساتينها وانهارها ضحكنا نعم جنة الذات جنة الذات شيء اخر كان العلامة حسن زاد امولي كما ينقل استاذنا الشيخ رمضاني سمعتها من الشيخ رمضان يقول كان مع طلابه الممتازين الواصلين في مرتبة علمية وراقية يتكلم عن جنة الأفعال وجنة الذات وأن جنة الذات هذه جنة خارقة لا باساتين ولا حور ولا حور العين هناك جنة الذات للخاصة الخاصة يقول الشيخ سها انها في واحد من اقاربه من شمال ايران جاء زائرا للسيدة المعصومة لم يدرس فلاح عادي سهل الاستاذ انه هناك مجالس متواجد في القاعة اه صالون الشيخ فبدأ العلامة حسن زاد يبين مواصفات جنة الذات والطلبة يتمتعون بكلمة والدرس فصاح هذا الفلاح من وسط القاعة ايه يتكلم بالفارسية طبعا قال له آآ الحج انا لا اريد هذه الجنة ابدا ويصيح يصيح بكلام مرتفع. فالتفت الشيخ اه هذا موجود لانه هذا ممكن لانه عقيدته تنتفي. وتخرب قد عقدتو يعيش البستان في الجنوب في الشمال عندو بستان وعندو اا هذا الليمو وعندو هذا البرتقال وعندو هذا المياه تمر على البستان وتسقي البستان وعندو هاذ الحيوانات ويتمنى ان تكون له هكذا في الجنة لا حد لها. فقالوا ان هذه جنة الذات لا اريدها انا ابدا نعم فالشيخ تعجب انه هذا موجود والا لا يثير هذه المسألة امامه. نعم نعم قالوا لا يصح اسقاطه لان من باب العدل. نعم. اقول هذا حكم اخر للعوظ وهو انه لا يصح اسقاطه ولا هبته ممن وجب عليه في الدنيا. ولا في الاخرة. سواء كان العوض عليه تعالى او علينا. يعني من الله او من البشر  هذا قول ابي هاشم وقاضي القضاة يعني البقلاني ظهرا. وجزم ابو الحسين البصري بصحة اسقاط العوظ علينا اذا استحل الظالم من المظلوم وجعله في حل يعني استحلق قال وانت في في حل. نعم بخلاف اه اه العوظ عليه تعالى فانه لا يسقط لان اسقاطه عنده تعالى عبث لعدم انتفاعه بخلاف العدالة آآ قضية هذا يسقط هذا نعم موجود حتى في رواياتنا آآ الإنسان عنده حق مع شخص يطالبه بحق فالله تعالى يقول له هذا العوظ لك هذا القصر لك هذا الخير الكبير. اذا انت سمحت اخيك حتى لا يعاقب فهذا يقبل يقبل لذلك العوظ. نعم هذا معقول اما من الله تعالى خلاف العهد نعم واحتج القاضي ما ادري من قاضي الباقلاني بان مستحق العوظ لا يقدر على استباقه ولا على المطالبة به ولا يعرف مقداره ولا لا يعرف مقداره ولا صفته فصار كالصبي المول عليه لا يصح له اسقاط آآ حقه عن غريمه لا ادري هذا الكلام يخضع للمنطق او لا قضية قضية عدل عدل فالانسان المظلوم في محضر الله فاذا كان الحق من الله هو يعوض يعوض للعدالة الالهية مطلقا وهذا ضياء يدركه العقل والضمير او من شخص اخر ان شخص اخر الله تعالى يقول له ان تسمح لاخيك ولك اه هذا الخير الكبير عوضا فيقبل نعم يقبل؟ حتى من يقبل؟ لأنه خاسر شي هناك في الأخرة نعم يقولون في الروايات يأتي شخص ويقول يا الله تعالى ان هذا ظلمني والله تعالى يقول اصبر انت ظلمت شخصا ظلمت شخصا خلي الفرصة حتى تتعين التوبة الانابة لا تتعجل لان انت كذلك ظلمت اذا آآ انصفتك مع هذا يجب ان انصف الثاني. فهذا يقبل قالت من يقبل لانه ظالم? انظروا هذه الرحمة الالهية الواسعة على عباده والوجه عندي هنا عند كلام الحلي الذي يخالف استاذه المحقق التونسي والوجه عندي جواز ذلك لانه حقه وفي هبته نفع للموهوب نعم. قلت لكم يجب ان يمكن ان يتنازل عن حقه ويمكن نقل هذا الحق اليه فكان جائزا والحمل على الصبي غير تام لان الشرع منع الصبي من التصرف في ماله. لمصلحة شرعية. حتى ان لولا الشرع لجوزنا عمن الصبي المتميز اذا علم دينه. وان هيبته احسان الى الغير اه واثر هذا الاحسان اثر هذا الاحسان لانكفاء الظرر عنه. نعم ما يخسر شي مع اشتماله على الاختيار في الهبة لانه كالبالغ. لكن الشرع فرق بينهم وعلى هذا لو كان العوض مستحقا عليه تعالى امكنه هيبته آآ مستحقة لغيره من العباد لما ذكرنا من انه حق هنا انه حقه وهو في هبة انتفاع الموهوب وان كان نقل هذا الحق اما الثواب المستحق عليه ثلاثة فلا يصح منه اباته لخلاف العدل لغيرنا لانه مستحق بالمدح فلا يصح نقله الى من لا يستحقه خلاف العدالة نعم اذا المسألة هكذا يظالموا في مظلوم يوم القيامة. اذا كان هذا الحق على الله تعالى من باب العدل يعطيه تعطيه العوظ ان كان بين الامرين فهذا يمكن ان يتنازل ويمكن الا يتنازل نعم لكن اذا اظهر له الله تعالى العوظ البهي والجميل بمقابل هذا الامر الذي مر وانتفى انت الان في بحبوحة ونعيم لا تتسامح لا تتسامح نعم قال والعوظ عليه تعالى يجب تزايده الى حد الرضا. نعم من عوض التشكيك حتى يرظى المظلوم يأتي ان شاء الله بيانه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