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 الله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واياكم لكل خير بقيت بعض المسائل تتصل الاعواض ثم ندخل في الاجل قال والعوظ عليه تعالى يجب تزايده الى حد الرضا عند كل عاقل وعلينا يعني على البشر اذا كان في ذمتنا عوض يجب مساواته. يعني تعطي بقدر الالم بقدر ما ظلمت لا قدر الله نعم اما الله تعالى لا فيزيد يزيد في الجنة حتى يرضى المظلوم او ما وقع عليه الالم اقول هذا حكم اخر للعوظ وهو انه اما ان يكون علينا في ذمتنا او عليه تعالى اما العوظ الواجب عليه تعالى فانه يجب يتعين هذا حكم العقل ان يكون زائدا على الالم الحاصل بفعله او بأمره او موجبات الألم الحاصل بفعله يعني الله تعالى كما يفهم العرف ولد الولد اعمى يقولون هذا من الله تعالى وليس من الله تعالى والمادة كانت مختلة في بدنه امر عدمي فكيف يشعره الله تعالى او بامره او باباحته او بتمكينه لغير العاقل كالحيوانات تضرب بالإنسان تقتله مثلا او تجرحه زيادة يعني الله تعالى يعوض زيادة تنتهي الى حد الرضا حتى يرضى هذا المخلوق من كل عاقلين بذلك العواظ في مقابل مقابلة ذلك الالم لو فعل بي اذن يعطي وزيادة. نعم تزايد لان هذا مقتضى العدل نعم يؤلمني يا الله وتعطيني موساوي الان معبث يجب ان يشتد العوظ حتى تصدق العدالة لانه لولا ذلك تعليل تعليل لهذه المسألة لانه لولا ذلك لزم الظلم نعم اما مع مثل هذا العوظ فانه يصير وكانه لم يفعل نعم. يعني اذا اعطاه ما يقابل الألم كأنه لم يفعل شيء واما العوض علينا نحن البشر فانه يجب مساواته نعم علمت تعطيه ما يساوي الالم من عوض يعني ما فقد من كمال انت تعوضه له فانه يجب مساوته لما فعله من الالم او فوته من المنفى اما فعل مباشر او غير مباشر او لا مم ركز على الموانع رفع بمقتضيات الكمال لان الزاد على ما يستحق عليه من الظمان يكون ظلما ظلما في حق في حق الظالم في حق المؤلم ولا يخرج ما فعلناه بالظمان عن كونه ظلما يعني تقول انا اضمن لك هذا الأمر فهو ظلم مهما كان انك انت اوقفت اه سياقا تكامليا فيكون ظلما فلا يلزم ان يبلغ الحد الذي شرطناه في الالام الصادرة منه تعالى يعني ما يتجاوز حتى الذي شرطناه على الله تعالى شرطنا ان يعوض الالم وزيادته مسألة سهلة جدا وعقلائية المسألة الخامسة عشر في الاجل اقول لماذا طرحو هاد الموضوع نقول هذا من اه مصاديق اللوط فمن مصاديق العوض كذلك واجل الحيوان الوقت. الوقت خبر اجله واجل الحيوان مبتدأ الوقت خبر. الذي علم الله تعالى بطلان حياته فيه تخيل الحيوان يعيش عشرين سنة عشرين سنة هذا الوقت الذي تنتهي حياته هذا هو اجله. يعني الوقت الذي يتوفى فيه نعم لما فرغ من البحث عن الاعوض انتقل الى البحث عن الاجل وانما بحث عنه المتكلمون لانهم بحثوا عن المصالح والالطف. نعم لأن من مصادق الألطاف وجاز ان يكون موت انسان فوقت مخصوص لطفا لغيره من مكلفين كما في قصة موسى عليه السلام قتل الغلام لانه يرهق الوالدين يجرهما الى الشرك نعم فقتله لطف لهما. لطف لهما. فبحثوا عنه بعد بحثهم عن المصالح. واعلم ان الاجل هو الوقت لاجل معلوم يعني لوقت معلوم ونعني بالوقت هو الحادث او ما يقدر تقدير الحادث كما يقول جاء زيد عند طلوع الشمس. يعني جاء وقت طلوع الشمس فان طلوع الشمس امر حادث معلوم لكل احد. فجاء جعل وقتا لغيره لو فرض جهالة طلوع الشمس وعلم ماجيزيت لبعض الناس صح ان يقال طالعت الشمس عند مجيئه نعم لان في تقارن بين ما تجي زيت وطلوع الشمس يعني انت الان الشمس مخفية عنك وما تراها طالعة لكن رأيت زيدا جاء فتقول طلعت الشمس لي المقارنة العرفية والدائمية بينهما هادي ما يسمى الان بتداعي المعاني او الاكيد كما يقول السيد الصدر رحمة الله عليه نعم اذا عرفت هذا فاجل الحيوان ما هو? هو الوقت الذي علم الله تعالى بطلان حياتي ذلك الحيوان فيه واجل الدين هو الوقت الذي جعله الغريما محله. طبقها تنظير فقهي. نعم. قال والمقتول بعدما عرف الأجل يدخل في بعض الإشكالات والمقتول يجوز فيه العمران لولاه يعني لولا القتل اقول اختلف الناس في المقتول لو لم يقتل فقالت المجبرة انه كان يموت قطعا خلط بين موجبات القتل والموت موجبات الموت والموت موجبات الموت غير الموت الموت شيء موجبات الموت شيء موجبات يعني اسباب الموت القتل من اسباب الموت. يعني الانسان اذا لم يقتل مقتضى الطبيعة انه تستمر حياته نعم لكن جاء سبب للموت فمات نعم المجبرة الذي لا يؤمنون بالاختيار قالوا انه كان يموت قطعا وهو قول ابي الهذيل العلاف وقال بعض البغداديين انظر هنا من هذا الكلام النقل اقوال المعتزلة والاشاعرة تعرف ان علم الكلام بمدرستنا وهذا لم يحدث في مدرسة اهل السنة في مدرستنا ينقسم الى قسمين يعني الى مرحلتين مرحلة ما قبل المحقق الطوسي ومرحلة ما بعد المحقق الطوسي مرحلة ما بعد المحقق التونسي علم الكلام عندنا كان شبيه به علم الكلام عند المعتزلة نعم فلم ينطبخ بهذه الكنوز التي وصلت الينا من اهل البيت عليهم السلام كاننا كنا في سجال ومعركة مع المذاهب ونسينا الكنوز الموجودة عند اهل تعليم السمع خاصة الإمام الرضا عليه السلام الذي عاش في عصر كان المأمون على رأس المعتزلة وكذلك الامام الصادق عليه السلام قبله الامام الصادق عليه السلام والامام الرضا تستطيع ان تقول وهما اللذان اسسا لاصول آآ العقيدة معرفيا لا تجد في عيب الكلام ما قبل المحقق الطوسي بعد المحقق التونسي دخلت الفلسفة يعني تعمق علم الكلام وصار عقليا اكثر الا انه بقيت هذه الكنوز كذلك غير موجودة في علم الكلام مع الأسف الشديد فنحتاج الى تأسيس علم جديد الالهيات الوحيانية نعم المجبرة يقولون لا اذا قتل يعني لا يستطيع ان يعيش نعم لا يستطيع ان يعيش باعتبار الموجب السبب وهو القتل ليس باعتبار الطبيعة الطبيعة لا الطبيعة اذا لم يكن هناك مانع كالقتل فهي تقتضي الحياة نعم وقال بعض البغداديين من المعتزلة انه كان يعيش قطعا كان يعيش باعتبار باعتبار الطبيعة. اما باعتبار نظام القضاء والقدر الكلي له. لان فيه مانع وهو القتل وقال اكثر المحققين انه كان يجوز ان يعيش نعم لا بشرط. لماذا? لان المقتضي لا يحقق المقتضى اه كعلة تامة قد يعني الا موقفا. هذا الكلام الجميل وقال اكثر المحققين انه كان يجوز ان يعيش ويجوز ان يموت</w:t>
      </w:r>
    </w:p>
    <w:p>
      <w:r>
        <w:t>ثم اختلفوا فقال قوم منهم ان من كان المعلوم منه البقاء لو لم يقتل له اجلا نعم يعني اجل مشروط بالقتل هذا الموت الحتمي واجل له لبشرط مفتوح قد يكون بعد سنة بعد عشرين سنة بعد ستين سنة وقال الجبائيان رجعنا الى الجبائية واصحابهما وابو الحسين البصري المعتزلي ان اجله هو الوقت الذي قتل فيه وليس له اجل اخر. هذا باعتبار ماذا? باعتبار سبب باعتبار القتل وليس باعتبار الطبيعة بما هي طبيعة لذا رفع المانع وهو القتل قد تحيا فكلام المحققين هو الصحيح نعم ان اجله هو الوقت الذي قتل فيه وليس له اجل اخر لو لم يقتل فما كان يعيش اليه ليس باجل له الان حقيقي بل تقديري فرضي فرضي ما معناه ان يربي الشرط يعني قد فانتم رجعتم الى مبنى المحققين. تقديري ما معناه ان يمكن ان يعيش واحتج الموجب لموته بانه لولاه لزم خلاف المعلوم معلوم الله تعالى وهو محال هنا دخلنا في الخربطة علم الله تعالى كاشف وليس محركا المحرك هو اختيار انسان لا تخلطون بين الكاشفية والتحريك علم الله نعم علم الله الكاشف يعني هذا الانسان له طبيعة خاصة هذه الطبيعة اذا ارتفعت الموانع التي تؤدي الى القتل الى الموت وهو القتل قد يموت بالسيف قد يموت بالسم قد يموت بمرض اذا ارتفعت هذه الموانع هذه الطبيعة قد تعيش يعني مفتوحة على الحياة هذا علم الله تعالى ثم فيه مانع هو القتل معلوم لله تعالى فاذا جاء هذا المانع هذا يموت وهو معلوم لله تعالى ما دخل العلم هنا لا هادي كيف واحتج الموجبون لحياته بانه لو مات لكان الذابح غنم غيري. محسن محسن اليه نعم ولما وجب القول لانه لم يفوت قايته واحتج الموجبون يعني يأتون ببعض الادلة شيء عجيب وغريب محتج الموجب لحياته يعني يستمر بانه لو مات لكان الذابح لو مات لكان الذابح غنم غيره محسن اليه. يعني تذبح غنم غيرك انت فاحسنت اليه ولما وجب القول بانه لم يفوت حياته الا ادري انا كيف يعني  يعني انت مقدر ان الغنم اه بطبيعتها تحيا ثم ذبحها شخص فكيف احسن اليه? انا لا ادري نعم والجواب عن الاول ما تقدم ان العلم لا يؤثر في المعلوم. هذه قاعدة اعمل خط تحتها هذا هو العلم كاشف وليس بمؤثر نعم ما تقدم منا العلم لا يؤثر في المعلوم. وعلى الثاني يمنع الملازمة اذ لو مات الغنم استحق مالكه عوضا زائلا على الله تعالى نعم فذبحوا فوت عليه الفوت عليه الاعواد الزائدة والقود من حيث مخالفة تشارع اذا اذ قاتله حرام عليه وان علم موته ولهذا لو اخبر الصادق بموت زيد لم يجز لاحد اه قتله. مستحيل يعني المعصوم يقول هذا يموت يعني انت تروح تقتله الموت موت يعني هذا داخل في نظام القضاء والقدر. موجبات الموت ليس بيدك انت ليس بيدك انت موجبات الموت كذلك تخضع لسياق القضاء والقدر. قال ويجوز ان يكون الاجل لطفا للغير لا للمكلف نعم اقول لا استعباد في ان يكون اجل الانسان لطفا لغيره من المكلفين كما قصة موسى مع الغلام قتله يعني تحدد اجله لاجل والديه حتى لا يرهقهما كفرا ولا يمكن ان يكون لطفا للمكلف للمكلف نفسه، لان الاجل يطلق على عمري وحياتي ويطلق على اجل موتي اما الاول فليس بلطف لانه تمكين له من التكليف واللطف زائد على التمكين. نعم يعني انت اه الانسان يقتل انسان مقتضى العدالة انه يعيش حتى تفتق قدراته ويتكامل يعيش الكمال فلا يكون القتل بالنسبة اليه لطف لطفا ولكن قد يكون بالنسبة الى غيره مثلا هذا مجرم كبير في في محيط وارهب هذا المحيط فتأتي انت قربة الى الله نحيه من الوجود انه مجرم كبير. فلطف بالنسبة الى المحيط اما هو لا فهو انت كان بإمكانه يتوب ويتكامل وكثير من الأمور واما الثاني فهو قطع التكليف فلا يصح ان يكلف بعده فيكون لطفا له كما فيما يكلفه من بعد واللطف لا يصح ان يكان ان يكون لطفا فيما مضى نعم قطع التكليف بالموت نعم هذا لا يكون لطف في حقه فلا يصح ان يكلف بعده نعم لانه مات فيكون لطفا له فيما يكلفه من بعد نعم يعني ممكن يكلفه بامور شاقة فهو لطف انه راح واللطف لا يصح ان يكون لطفا فيما مضى. نعم اللطف فيما مضى لا معنى له اللطف هو ان يضعك في سياق التكامل. يعني انت تكون حي يكون حيا وها موجود المسألة السادسة عشر في الارزاق. نعم الأرزاق من الله تعالى نعم قال والرزق ما صح الانتفاع به ولو لم يكن لاحد منعه منه الرزق عند العرفاء غير الرزق عند المتكلمين. الرزق عند العرفاء كل ما زادك كمال يعني انت الان اشتريت من الدكان خمس تفاحات يعني كيلوين تفاح خمس تفاحات او ستة نظفتها وضعتها في الثلاجة استهلكت تفاحتين والباقي فسد تلف فانت كنت مالكا لم تكن مرزوقا. هذه الرؤية العرفانية كنت تملك ست تفاحات الرزق فقط تفاحتين هي التي ساعدت على التكامل على اقل التكامل المادي او المعنوي. يبقى البنان وتصلي وتعرج نعم اما ست تفاحات يعني الاربعة التي تلفت هذا ملكية وليست رزقا. هذا رأي العرفاء المحقق التونسي يقول الرزق ما صح الانتفاع به يعني نفس الشيء تقريبا يعني ما زادك في الكمال. اما الكمال مادي كمال معنوي كمال الهي ولم يكن لاحد منعه منه يعني ما في موانع تمنحه من هذا الرزق. اقول الرزق عند المجبرة يعني الذين لا يؤمنون بالاختيار ما اه ما اكل سواء كان حراما او حلالا لماذا حلال محرم? ما عندهم ما عندك اختيار انت ففعل الله تعالى كيف ينسب اليك الحلال والحرام اذن المجبرة اذا دخلوا في هذه المجبرة اذا دخلوا في هذا السياق كثير من الافات تترتب على الجبر وعند المعتزلة الذين يؤمنون بالاختيار انه ما صح الانتفاع به ولم يكن لاحد منع المنتفع به لقوله تعالى وانفقوا مما رزقناكم نعم. والله تعالى لا يأمر بالانفاق من الحرام. نعم الرزق هو ذلك الحلال الطيب الذي ينفعك في المعنويات والله تعالى لا يأمر بالانفاق من الحرام الالتفاتة جميلة من هل معتزلة قالوا ولا يوصف الطعام المباح في الظيافة انه رزقه ما لم يستهلكه لان للمبيح من منعه قبل استهلاكه دي المظغ والبلع وكذا الطعام البهيمة ليس رزقا لها قبل ان تستهلكه لان للمالك منعها منه الا اذا وجب رزقها عليه. يعني صار واجبا هذا الرزق والغاصب اذا استهلك الطعام المغصوب بالاكل لا يوصف بانه رزقه. لان الله تعالى منعه من الانتفاع به بعد مضغه وبلعه اذا عند المعتزلة وتبناه المحقق التونسي الرزق هو ذلك تلك ذلك الشيء الذي يزيدك ثمانون يعني تنتفع به. لان تصرفاته اجمع محرمة مال هذا الغاصب</w:t>
      </w:r>
    </w:p>
    <w:p>
      <w:r>
        <w:t>بخلاف من ابيح له الطعام لانه بعد المضغ لا يحسن من احد تفويته تفويته لانتصابه لانه معدوم يعني خلاص استهلكه بما تقدم من الاسباب المؤدية الى الانتخاب وليس الرزق هو الملك. اه كما بينت في التفاح وليس الرزق هو الملك لان البهيمة مرزوقة وليست مالكة والله تعالى مالك وليس بمرزوق والانسان الذي اشترى التفاح واستهلك اثنين وتكامل بها في بدنه وممكن في معنوياته وممكن هذه التفاحة تنعقد في نطفة ما سيولد لك آآ شخص مجتهد شخص مجاهد يخدم الدين ويخدم الله تعالى فهذا رزقهم اربع تفاحات لا ملكية وليست رزقا. ولا يقال اشكال. ان الاشياء رزق له تعالى والولد والعلم رزق لنا وليس ملك لنا ضحينا اذن الارزاق كلها من قبله تعالى لانه خالق جميع ما خالقوا جميع ما ينتفع به وهو الممكن من الممكن من الانتفاع والتوصل الى اكتساب الرزق. وهو الذي جعل العبد اخص بالانتفاع به بعد الحيازة بعد الملكية او غيرها من الاسباب الموصلة الى الرزق ويحظر على غيره منعه من الانتفاع. نعم هذا الحظر حظر عقلي يعني ايه من باب العدل وهو خالق الشهوة التي بها يتمكن من الانتفاع. يعني الله تعالى. نعم هذا هو الرزق اذا الرزق كله ما ادى الى التكامل سواء التكامل المادي نمو البدن. تكامل معنوي تكامل الاله الروحي نعم قال والسعي في تحصيله قد يجب نعم موجبة جزئية. قد يجب يعني تفوت التقرير قد يجب ويستحب يعني هو قد يستحب وقد يباح وقد يحرم. نعم نعم اقول ذهب جمهور العقلاء الى ان طلب الرزق سائغون يعني جائزون وخالف فيه بعض الصوفية لاختلاط الحرام بالحلال بحيث لا يتميز. الصوفية مبناهم هو العزلة ناس لا يؤمنون بالمجتمع المدني اذا طبقت هذه القاعدة على المجتمع المدني المجتمع المدني لا يبقى ابدا يتبخر فتأتي قواعد عقلاء تحكم. انت السوق ما تعرف الحلال والحرام تقول لك مادام لا تعلم اشتري لا تخف. لماذا? لان المجتمع العقلائي لا يبقى بدون هذه القواعد. فالصوفية لا حجة لهم في هذا المبنى. وخالف فيه بعض الصوفية انظر الانصاف قال بعض الصوفية. حتى لا يعامل. لاختلاط الحنان بالحرام. يعني لان هذا الشيء اه مخلوط بالحلال والحرام فأصال في الاحتياط. عند الصوفي نعم اصالة الاحتياط هكذا لا سوق يبقى للمسلمين نعم لاختلاط الحرام بالحلال بحيث لا يتميز يعني ما عندنا علم جيد لا يتميز اذا هذا حجة عقلائية انك انت لا تعرف وما هذا سبيله يجب الصدقة به فيجب على الغني دفع ما في يده الى الفقير بحيث يصير فقيرا ليحل له اخذ الأموال الممتزجة بالحرام. لا ادري  الحل العقلاء عند ائمتنا اذا كان عنده اموال مخلوطة بالحلال والحرام يخمسها ويطهرها وانتهى الامر ليس هذا الطريق صوفي طريق صوفي يعني يتصدق بها اه كلها حتى يصير فقيرا كيف يتصدق بالحرام? انت قلت مخلوط كيف يتصدق بالحرام نعم ولان في ذلك مساعدة للظالمين باخذ العشور والخرجات ومساعدة الظالم المحرمة والحق ما قلناه ويدل عليه المعقول والمنقول. نعم اه ملاكات واقعية يكشفها العقل ويكشفها الشرع والنقل اما المعقول فانه دافع للنظر للظرر فيكون واجبا نعم نعم لاحظت هذه الملاكات الواقعية? لماذا انت تسعى الى الرزق هاد الساعة قد يكون واجبا الانسان يهان في المجتمع فحتما يجب عليه ان يسعى الى الرزق واما نعم واما المعقول فانه دافع للظرر فيكون واجبا. واما المنقول فقوله تعالى وابتغوا من فضل الله الى غيرها من الايات وقوله تعالى سافروا اه قوله عليه السلام سافروا تغنموا امر بالسفر لاجل الغنيمة نعم والجواب عن الاول بالمنع من عدم التميز. هذا رد على الصوفية. اذا الشارع ميز الحلال من الحرم بظاهر اليد نعم واليد عن قاعدة اليد او ولان تحريم التكسب من هذه الحيثية يقتضي تحريمه تناوله واللازم باطل اتفاقا. وعن الثاني ان المكتسب غرضه الانتفاع بزراعته او تجارته لا تقوية الظلمة اذا عرفت هذا فالسعي في طلب الرزق قد يجب مع الحاجة وقد يستحب اذا طلب التوسعة عليه وعلى عياله وقد يباح مع الغنى عنه وقد يحرم مع منعه عن الواجب اذا ادى الى اه انتفاء الواجب حتما يحرم. اه لان الواجب متقدم. نعم المسألة السابع عشر في الاسعار ياتي ان شاء الله واللهم صلي على محمد وال محمد  آل محمد اللهم صلي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