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الاسعار بحث اقتصادي المسألة السابع عشر في الاسعار قال والسعر ما هو مبدأ تصوري تنقيح مفاهيم تقدير العوظ الذي يباع به الشيء وهو رخص وغلا. نعم قد يكون الامر رخيصا وقد يكون غاليا ولابد من اعتبار العادة يعني العرف واتحاد الوقت والمكان ويستند اليه تعالى والينا ايضا يعني كيف يستند الى الله تعالى هذه حكمة رائعة جدا. سنرى العلامة الحني ماذا يقول في هذه النقطة كلمة واستيناء ويستند اليه تعالى في غاية الاهمية. مثلا قانون العرض والطلب هل هو مستند حكمة الالهية ام لا? لممارسة البشر اذا كان منسوبا الى الله تعالى هذا يبقى صرمديا يعني اذا ازدادت السلعة في السوق يرخص ترخص البضاعة اذا نزلت ترتفع الاسعار هل هذا قانون سرمدي ام لا? قانون اجتماعي يخضع لظروف موضوعية هذه الظروف الموضوعية يمكن السيطرة عليها فلا يجري هذا اي القانون اقول قلنا اقول السعر هو تقدير العوظ الذي يباع به الشيء وليس هو الثمن ولا المثمن وهو ينقسم الى اه اه رقص وغناء نعم فالرخص هو السعر المنحط عما جرت به العادة انظر العرف يعني انت تذهب الى السوق تجد البطيخ لا ادري لتلت اضعاف اه قيمته فتتعجب تقول هذه خلاف العهد هذا الغلاء خلاف العداوة وكذلك الرخص خلاف العادة لهذا يعني ما يتعارف عليه الناس في التعامل التجاري البيع والشراء نعم وهو ينقسم الى آآ رخص وغلاء فالرخص هو السعر المنحط عما جرت به العادة مع اتحاد الوقت والمكان نعم والغلاء زيادة السعر عما جرت به العادة مع اتحاد الوقت والمكان وانما اعتبرنا الزمن والمكان لانه لا يقال ان الثلج قد رخص سعره في الشتاء عند نزول الثلج لانه متاح متاح اه مجانا بيد الناس لانه ليس اوانوا اه بيعي ويجوز اوليس اوان بيعه. ويجوز ان يقول رخص في الصيف اذ نقص سره عما جرت به عادته في ذلك الوقت. ولا يقال رخص سعره في الجبال التي يدهم آآ نزوله فيها لانها ليست مكان بيعه ويجوز ان يقال رخص سعره في البلاد التي اعتيدت به آآ بعوفها. نعم حسب الزمان والمكان. هذه امور عرفية امور عرفية ولهذا تجد بضاعة رخيصة في مكان غالية فيما كان اه والطالب كذلك له دور ابن خلدون الذي يعد من مؤسسي علم الاجتماع او الاقتصاد الاجتماعي كذلك يقول البضاعة التي آآ لا منفع فيها فلا يرغب فيها نعم انت تبيع هاذي الجهاز نهبطو في منطقة في افريقيا ما عندهم حتى خبز يأكلونه هذا البضاعة هناك تسود لا قيمة لها. المكان له دور اساسي في هذا القانون قانون العرض والطلب يعني الرقص والغلاء نعم. اما اذا اخذت هذه في مم منطقة فيها الجامعات جامعات متعددة جامعة بعد الجامعة نعم فحتما تجد المشتري اذا العرف يتدخل الزمان يتدخل المكان يتدخل نعم في الحروب الكماليات لا قيمة له وانت في زمن الحروب افتح دكانا يبيع الماكياج هذه ادوات التجميل ولا واحد يلتفت اليها. لان في الحروب الناس تحتاج الى اساسيات من اكل ما يشبه ذلك هذه الامور صحيح عندها مدخلية كي الغلاوة في الرخص واعلم ان كل واحد من الرخص والغدا قد يكون من قبلها تعالى يعني من فعله تعالى بان يقلل جنس المتاع المعين ويكثر ويكثر رغبة رغبة الناس اليه فيحصل الغلاء لمصلحة المكلفين اذا كان هذا الامر يعني يحتاج الى هذه الدراسة هل الله تعالى يمارس هكذا فعلا يقلل من الجنس لمصلحة المكلفين. ممكن لانه هو اه يقول في القرآن يقدر الارزاق يقدر يعني يحددها يجعلها ناقصة ممكن ابتلاء للناس خير للمكلفين يمكن هذه تحتاج الى دراسة اقتصادية عميقة بان يقلل جنس المتاع المعين نعم ويكثر رغبة الناس اليه يعني هنا العرض والطلب نعم العرض قليل الغلايات ما دام الرغبة موجودة فيحصل الغلاء لمصلحة المكلفين وقد يكثر يكثر الجنس ذلك المتاع ويقلل رغبة الناس اليه. تفضلا منه تعالى وانعاما او لمصلحة دينية فيحصل الرقص نعم وقد يحصلان من قبلنا بان يحمل السلطان الناس على اه على بيع تلك السلعة بسعر غالي ظلما منه وهذه ما يفعلها السلاطين او الاحتكار الناس لاحتكار يعني موجب لقلة السلعة في السوق فيرتفع سعرها مع الأسف الشديد او لمنع الطريق خوف الظلمة او لغير ذلك من الاسباب المستندة الينا سيحصل الغلاء هذه كلها موجبات اقتصادية. نقاط مهمة جدا تشير الى ملاكات واقعية فالحاكم الذي يحب شعبه والوطن يراعي هذه النقط المهمة جدا نعم يعني هو لا يزيد في السعر ولا يجعل الناس تحتكر يأخذ بيد الظلمة قطاع الطرق او لغير ذلك من الاسباب التي تؤدي الى الغلاء وقد يحمل السلطان الناس على بيع السلعة برخص ظلما منه او يحملهم على بيع ما في ايديهم من جنس ذلك المتاع فيحصل الرقص. نعم في امور جدا مهمة وجميلة لكن ليس هذا بحثها بحثها في الاقتصاد السياسي علم جديد الان وانا في تصوري من يتصدى للمجتمع كرئيس حزب كقائد فما يعلم بالاقتصاد السياسي فهو جاهل لا يعرف كيف يسير الناس نعم هذا تمام الكلام في الاسعار. المسألة الثامنة عشر في الاصلح والاصلح قد يجب لوجود الداعي وانتفاء الصرف نعم العلامة الحي اللي دائما يركز على اه ابي علي الجبائي وابي هاشم الجبائي وانا حسب علمي بالشيخين مستواهم العلمي ضعيف بتواضع علمي عجيب تواضع يعني ضعف نعم اقول اختلف الناس هنا فقال الشيخان ابو علي وابو هاشم واصحابهم يعني المعتزلة ان الاصلح ليس بواجب على الله تعالى نعم اه حكماء الفلاسفة يقولون العناية الإلهية هي النظام الاصلح يعني النظام الاصلح هو هوية العناية الالهية هي نعم هو الحكمة العملية المطلقة. وقال البلخي انه واجب وهو مذهب البغداديين وجماعة من البصريين وقال ابو الحسين البصري امام المعتزلة في عصره انه يجب في حالي دون حال. يعني مرة يجب ولا لأ وهو اختيار المصنف لماذا قال? قالوا والاصلح قد يجب. يعني موجبة جزئية قد يجب وقد لا يجب الموجبة الجزئية في مربع التناقض او مربع ارستو اذا صدقت هذه الموجبة الجزئية لا يعني انها تنتفي السالبة الجزئية لا قد يجتمعان في الصدق نعم يعني تقول بعض الناس شعراء صادقة بعض الناس ليس بشعراء صادق ولهذا قال والاصلح قد يجب انظر المعايير المنطقية حاكمة حتى على العبارات نعم وهو اختيار المصنف رحمه الله يعني المحقق الطوسي وتحرير سورة النزاع انه تعالى اذا علم انتفاع زيد بإيجاد قدر من المال له وانتفاء الظرر به في الدين عنه وعن غيره من المكلفين هل يجب ايجاد ذلك القدر له ام لا? القدر او القدر</w:t>
      </w:r>
    </w:p>
    <w:p>
      <w:r>
        <w:t>له ام لا احتج الموجبون بان الله تعالى داعيا الى بان لله تعالى داعيا الى ايجاده وليس له صارف عنه. غناه المطلق هو الداعي كرامه جوده فيجب ثبوته لانهم مع ثبوت القدرة ووجود الداعي يعني اه الشعر الاصلح والحسن وانتفاع الصارف لان الله تعالى لا مانع من فعله يجب الفعل نعم وبيان تحقق الداعي انه احسان والله تعالى يفعل الايه? خال عن جهة المفسدة لان الله تعالى فعله لا تعتريه المفاسد وبيان انتفاء الصرف ان المقاصد منتفية المفاسد منتفية ولا مشقة فيه الله تعالى يعلم بجميع حيثيات الفعل لا مفسد ولا مشقة ولا ولا والفعل حسن. لماذا لا يفعل يفعله? نعم واحتج النفات بان وجوبه على الله تعالى يؤدي الى المحال كيف فيكون محالا ما ادى الى اجتماع الناقدين فهو محال بهالملازمة اه اننا لو فرضنا انتفاع المسافة في الزائد على ذلك القدر وثبوت المصلحة فان وجب ايجاده لزم وقوع ما لا نهاية له. لماذا? لان المحاسن او الافعال الحسنة لا نهاية لها. فيأتي التسلسل لاننا نفرض ذلك في كل زائد يعني كلما زاد الله تعالى من الحسن هذا الحسن يقتضي حسنا اخر وهكذا وان لم يجب ثبت المطلوب نعم هذا الذي ينفي كون ان هذا الفعل من الله تعالى اه يجب يعني يجب الاصلح المعتزلة عندهم ضعف في في المباحث الفلسفية وحتى الاشعرية وحتى الامامية قبل مجيء المحقق التونسي ضعف شديد في المعقول اه الله تعالى اذا هندس الاشياء لا يهندسها فقط اه بمقتضى كمالاته يعني ينظر الى ذاته المقدسة فقط لا لا لا ابدا ينظر الى كذلك طبيعة الشيء الذي هو هندسها. مثلا انت من الاصلح ان يجعلوك ملائكة? لا. ليس من الاصلح ان يجعلك ملائكة. معنى الملائكة اه كون الموجود ملكا شي جميل نورانية مطيعة في نظام التكوين لله تعالى ولا تعصي ولا تأكل ولا تشرب ولا تتزوج هذه الزحامات كلها منتفية في ساحة الملائكة. شيء جديد اذا الله تعالى يجعلك من الاكل لا اذا ليس فقط من الله تعالى انظروا المسألة الى طبائع الاشياء الله يعطي ما هو الاصلح ما تقتضيه طبائع الاشياء فقط ما تقتضيه طبائع الاشياء وما تقتضيه طبائع الاشياء كذلك اذا زاحم اه كمالا اعلى كذلك الله تعالى لا يقدره ولا يوجده ابدا. لا يوجده ابدا. نعم قال ابو الحسين اذا كان ذلك القادر مصلحة خالية من المفسدة وكان الزائد عليه مفسدة وجب عليه ان يعطي ذلك القدر لوجود الداعي وانتفاء الصرف واذا لم يكن في السائد مفسدة الى غير النهاية فانه تعالى قد يفعل ذلك القدر. نعم. يعطيه ما دام اه القابلية موجودة لكن ما دام القابلية موجودة. يعني ما دام الطبيعة موجودة. نعم الطبيعة موجودة خليني نمثل لك المسألة بتجربة حسية. يعني تجربة فكرية حسية خذ انت الان فسيلة للنخلة ماذا تقتضي هذه الفسيلة? تقتضي النخلوية يعني تصير نخلة يعطيها يعني تقتضيها الطبيعة المتكلم يسميها مصلحة. حنا نسميها كمال ثم النخلة اذا وصل اجلها آآ استعداداتها تتكامل تصل ترابا يعطيها الله تعالى ثم هذا التراب قد يسير بيصير باستعداد خاص يصير حيا وهكذا. الحية كذلك يأتي اجلها وهتصير نبتة تكلم على القابليات مو الحية تصير نبتة. قابليات وهكذا دار الوجود ما دامت هذه النشأة هذه الامور لا تتوقف مشروطة به بدوام هذه النشأة تروحي لماليناية تروحي لمالينا ما فيه بأس نعم واذا لم يكن في الزائد مفسدة الى غير النهاية فانه تعالى قد يفعل ذلك القدر القدر او وقد لا يفعلوا لان لان من من اه اه دعاه الداعي الى الفعل وكان ذلك الداعي حاصل في فعل ما ما اه يشق فان ذلك يجري مجرى الصارف عنه فيصير الداعي مترددا بين الداعي والصارف فلا يجب الفعل ولا الترك نعم يعني يتوقف وتمثل يعني تمثل الان في الادبيات الحديثة يسموها يعني نحن نقول ينظر يمثل ان تسمى تجربة فكرية تجربة فكرية غيروا من كلمة آآ مثال الى تجربة فكرية. يعني انت تعيش تجربة في ذهنك ذكرية اه توصلك الى المعنى. نعم. مصطلحات فقط نقول نظر او تجربة فكرية لا فرق نعم وتمثل بان من دعاه الداعي الى دفع درهم الى فقير ولم يذر يظهر له ضرر في دفعه فانه يدفعه اليه فان حضره من الفقراء جماعة يكون الدفع اليه مساوي للدفع للاول ويشق عليه الدفع اليهم لحصول الظرر لان ما عنده المكنة الكاملة فانه قد يدفع الدرهم الى الفقير منهم وقد لا يدفعه. يعني ماذا عن التساوي تساوي ولكل الفقراء اه متساويون في الاحتياج قد يعطي لفقير وقد لا يعطنا فاذا كان حصول الداعي فيما يشق يقتضي تجويز العدم يعني عدم الإعطاء عدم الإنفاق فحصوله فيما يستحيل وجوده اولى للإنتفاء الفعلي من هنا ولهذا قال قد يجب الاصلح في بعض الاحوال دون بعض نعم وللنفاة وجوه اخرى ذكرناه في كتابه نهاية المرام على الاستقصاء يعني بالتاف  هذه ملاكات تدخل في العدل المطلق  صدقوني هذه الان كلها تدرس ليس في علم الكلام. تدرس في العلم الاقتصاد السياسي تدرس في علم الاجتماع تدرس في حقول متعددة نعم وجميلة انصافا جميلا. لكن الان خرجت من علم الكلام لانها ليس لها علاقة المعتقد ادخلوها تحت العدل والعدل يدخل في الحكمة الطبيعية وليس في الحكمة الوحيانية والحكمة الطبيعية عندك هذه العلوم الان تهتم بها العلوم الاقتصاد الاقتصاد السياسي اه علم الاقتصاد بما هو اقتصاد علم الاجتماع وهو من الحقول المعرفية المتعددة تم باب العدل الان ندخل في مقصد اخر وهو المقصد الرابع في النبوة. قبل الدخول في النبوة حتى نجعل لها مخصوص  اا اشير الى نقطة واختم الدرس. ثم ندخل في المقصد الرابع من البداية جيد. ما معنى النبوة وما هي فلسفة النبوة? فلسفة النبوة يعني فلسفة فلسفة البعثة النبوية. لماذا الغيب يخرق عالم الطبيعة ويدخل بحيثيته. الشيء العجيب هو هذا لماذا العلماني لم يفهم النبوة والدين? انه لم يفهم كيف خرق هذا الغيب عالم الشهادة والمتدينون شريحة كبيرة منهم عاجزة عن فهم هذه الامور لا يدرسون هذه الأمور مع الأسف الشديد ايات العلماني يقول ما معنى هذا الغيب وتدخل الغيب والنبوة والمعجزة وكذا اذن فلسفة النبوة في حقيقتها ما هي يعني لماذا الله تعالى يتعين بهذه الحكمة الخارقة والرائعة و يحقق علاقة خاصة مع خلقي مع الانسان خاصة الانسان الذي يجب ان يتبع النبوة ويهتدي بهداها نعم الله تعالى لما رأى النزاع بين ادم اه الشيطان في الجنة فالله تعالى قال لنا لو تأكلوا من هذه الشجرة وهو اكل فلسفتها ما معناها? فلسفتها انك انت اذا كنت في دائرة الاختيار الالهي الذي هو حكمة مطلقة انت تعيش الهناء والراحة اما اذا خرجت عن مقتضى الارادة الالهية والحكمة الالهية فتشقى تتعب اولا لم تكن معصية اه معصية تشريعية كما يدعي</w:t>
      </w:r>
    </w:p>
    <w:p>
      <w:r>
        <w:t>كثير من المحققين ابدا ادم لم يكن نبيا نبوته تعينت في الارض اذا قال لهم اهبطا جميعا بعضكم لبعض عدو. يعني ادم ينزل حوا تنزل هذا الشيطان ينزل ابليس ينزل فاما يأتينكم مني هدى فهذا هو الخرق خرق العالم الغيب لعالم الطبيعة عالم الملكوت لعالم الناسوت فاما يأتينكم مني هدى يعني خصوصية هذا المأتي مني هو الهداية اذا فلسفة النبوة هي فلسفة الهداية ولماذا الهداية حتى يعيش الانسان الالهية لا يكون الها هذا مستحيل مستحيل ان يكون الها اله واحد ان يعيش مقتضى الالهية هذه هي فلسفة بعث النبوة. اذا بقي على قواه الطبيعية هنا من ارادة وقوة غريزية وعقل لا يمكن ان يعيش مقتضى الالهية قد يعيش بعض السعادات نعم هذا لا ينكره العاقل. يعيش بعض السعادات يعني الغربيون الان ليسوا سعداء مطلقا لا عندهم بعض السعادات تناسب هذا المحيط نعم كعادة سميها انت سعادات طبيعية سعادات وهمية لا يهم انها هو يرى نفسه سعيدا. الا انه لا يمكن ان يرقى الى السعادة الالهية التي تناسب فطرته فيحتاج الى ماذا الى خرق عالم الطبيعة حتى تجد الفطرة اناءها وتتكامل في الحصة القادمة ان شاء الله ندخل في المقصد الرابع والسلام عليكم ورحمة الله وبركاته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