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يا الله سبحان الله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المقصد الرابع في النبوة  وهو من المباحث الاساسية في العقيدة والنبوة مصداق من مصاديق العدل الالهي من عدل الالهي هو النظام الاصلح كما يقول الفلاسفة اذا النبوة اذا كانت من مصادق العدل الالهي. اذا تدخل في التكوين ام تدخل في القيم تدخل في القيم ولا تدخل في التكوين. طبعا التكوين او الميتافيزيقا كما يقال اطار ضروري للقيم. لا معنى للقيم بدون اطار ميتافيزيقي نعم وجود الله تعالى بما هو وجود اطار ميتافيزيقي العاقلة بما هي عاقلة اطار ميتافيزيقي الاختيار بما هو اختيار ميطار ميتافيزيقي هذا الضمير والوجدانيات اطار ميتافيزيق هذه الغرائز اطار ميتافيزيق اذا الأمور التكوينية او الميتافيزيقية اطار لا يمكن الإستغناء عنه لكن النبوة بما هي نبوة باعتبارها هداية نعم اه فهي تدخل في دائرة القيم يعني النبوة قيمة انا اعتقد حتى التوحيد قيمة نعم لان التوحيد اذا كان دينا يصير من القيم البعثة حسنة قضية عقدية البعثة حسنة. يعني بعث الانبياء ها البعثة الشريفة حسنة طبق عليها مبدأ الجوهرية البعثة في دائرة مبدأ الهوية. تقول البعثة بعثة. لا شيء اخر البعثة بعثة فقط في مبدأ الجوهرية جئنا بمحمول جديد البعثة حسنة البعثة حسنة اذا الحسن حتما له ملاك في ثبوته البعثة النبوية بلاكه يذكره ان محقق الطوسي الملاك قلنا من يكشفه مبلغ السبب الكافي هنا مبدأ السبب الكافي هو الذي يتكلم مبدأ الهوية ما هو? البعثة بعثته الحسن وحسن ثم نربط هذا الحسن بالبعث. فنقول البعثة البعثة حسنة تشكلنا القضية ببركة مبدأ مبدأ الجوهرية قد يكون هذا التركيب ينطوي على تناقض يؤدي الى اجتماع النقيضين او هو مصداق من مصاديق اه اجتماع الناقضين. تقول لا يجب ان نكشف ملفات واقعية لكون البعثة حسنة بناتي مبدأ السبب الكافي لاشتماله لام هذه تعليلية هنا لسان مبدأ السبب الكافي لاشتمال البعثة على سواء اذا نعم على فوائد نعم يعني التعليل هي الفوائد ما صديق هذه الفوائد كمعاضدة العقل فيما يدل عليه يعني باب الارشاد فالبعثة ترشد العقل فيما يدركه لأن البراهمة يقولون لا فائدة لي بعثت الانبياء لماذا عندهم مبدأ السبب الكافي الناقص. يعني يوظف مبدأ السبب الكافي الا ان هذا التوظيف و اه الناقص هوما لا مناص من توظيف مدرسة في كل الاستدلالات لكن يمكن المعطى يكون ماذا ناقصا قالوا اذا جاءت النبوة والبعث متمثلة في النبي بما يدركه العقل تحصيله للحصر بما يحيله العاقل فلا اه تقبل يا مرفوضة المحقق التونسي هنا يقول من فوائدها اه معاضدة العقل فيما يدل عليه. يعني ترشده ترشد العقل خصوصا في الدوائر التي هو يدركها كليا ولا يدركها تفصيلا هذا هذه الفائدة الاولى لملاك ثبوت الحسن للبعثة واستفادة الحكم فيها فيما لا يدل يعني الامور التي لا يدركها العقل. اذا ردينا على البراهمة بدليلين الدليل الأول ما هو انها ترشد لاحكام العقل شيء جميل يعني تقوي العقل تنور العقل بعد نوره الطبيعي ثم تأتي بأمور لا يطالها العقل لا يدركها وهي دوائر الجوز الجزئية كالعبادات مثلا هذا الثاني وازالة الخوف والانسان العاقل دائما يتأمل يعني انا مصيري الى اين مصيري الى اين? صدقوني لو لم تكن هناك نبوة في هذه النشأة الانسان يعيش الغاب. قانون الغاب والخوف والرعب وو لان هذه النبوة جاءت بقيم قيدت الانسان انا الان اريد رضا الله اريد الاخرة لا اظلم ولا تعدى على الغير ولا اكل حقوق الناس هذا يجعل الامن والامان في المجتمع وفي الانسانية انزع النبوة فيعيش الناس كالبهائم نعم وازالة الخوف واستفاد استفادة الحسن والقبح في الامور التي ماذا لا يدركها العاقل في الامور الجزئية العقل لا يدرك ان الصلاة حسنة لا يمكن الى دائرة جزئية فيأتي الشرع ويبين صلاتها ماهية الصلاة واستفادة الحسن والقبح والنافع والضار وحفظ النوع الانساني حفظ النوع الانساني هذا دليل ارسطو في كتابه السياسة كتاب جدا نفيس  تعتمد عليه يعتمد عليه الفكر الغربي كثيرا هذا الدليل استفاد منه آآ الشيخ الرئيس والفرابي بقى انه الإنسان لأن النوع الإنساني اجتماعي بالطبع كما يقولون او بالسخرية لا فرق يعني حسب المبنى  يأتي التنافس والتناحر والقتل فعينت في النوع الانساني فيحتاج الى دولة تنظم هذا المجتمع وتنظمه امنا والامن يحتاج الى انضباط يعني ايه قانون والقانون اذا وضعته ارادة الانسان قد تشرع بما تشتهيه الغرائز فنعود الى الهرج والمرج فنحتاج الى ناموس سرمدي. الناموس السرمدي يعني النبوة وحفظ النوع الانساني وتكميل اشخاصه. بهالقيمة. قلت لكم النوبة النبوة قيمة. يعني من القيم وتكميل اشخاصه بالشريعة وبحسب استعداداتهم المختلفة نعم وتعليمهم الصنائع الخفية والاخلاق. انما بعثت لاتمم مكارم الاخلاق طبعا هنا الاخلاق الوحيانية او دوائر تطبيق الاخلاق الطبيعية. نعم والسياسات والاخبار بالعقاب والثواب نعم هذا مهم جدا مهم جدا لترسيخ الاخلاق والشريعة في المجتمع. هناك مسؤولية وحساب وعقاب فيحصل تفريع فيحصل اللطف. هذه كلها تساعد على الهداية نعم افعال تقرب الانسان الى الطاعة فهي من مصادق اللوط فيحصل اللطف للمكلف نعم اللطف هذا يتجلى في النبوة طبعا هنا النبوة العامة وليس النبوة الخاصة. اقول في هذا المقصد مسائل قبل الدخول في هذه المقاصد. نقسم النبوة النبوة العامة والنبوة الخاصة. النبوة العامة من مصادق اللغد فهي حكمة طبيعية خاصة بالالهيات الطبيعية الالهيات الوحيانية لا تثبت النبوة العامة اذا اثبتت النبوة العامة يلزم الدور نعم الى ان النبوة العامة وظيفة الالهيات الطبيعية يعني حكمة طبيعية. ولهذا قلت لكم الدين وحي وعقل اذا نزعنا العقل من الدين تسللت الخرافات وانت الان انظروا خرافات في العالم السني داعش والنصرة وو والصوفية عجائب وغرائب صوفية عجائب وغرائب خرافات ما بعدها خرافات والتشيع كذلك هذا الحسني هذا في في لندن ذاك هناك ذاك هناك خرافات ما بعد خرافات الحل الوحيد هو التنوير الناس عقليا اذا نزعت الوحي وبقي الانسان في دائرة عقله الجزئي تتجفف المعنويات فيعيش الانسان فقط مقتضى غرائزه كما هو الحال في الليبرالية وكثير من شعوبنا لماذا نتهم فقط الليبرالية تجففت الاخلاق حتى في ديارنا. صار الالحاد هو المون انتشر مع الاسف الشديد هذه هي النبوة العامة النبوة الخاصة يعني ثبوت النبوة لشخص شريف دليله فقط هو المعجزة وقال يعني شهود شهود فقط العصمة الخاصة لان اذا كانت النبوة العامة والنبوة الخاصة في انها عصمة عامة وعصمة خاصة. العصمة الخاصة لا يمكن كشفها من النبوة الخاصة لان العصمة باطنية كيف تصل اليها اذا بفضل النبوة العامة نصل الى العصمة الخاصة لان النبوة العامة تعطينا العصمة العامة فاذا احرزنا مصداقا يصدق عليه عنوان النبوة نقول هو معصوم</w:t>
      </w:r>
    </w:p>
    <w:p>
      <w:r>
        <w:t>اذا النبوة تجرنا الى العصمة تشخيص المصداق مصداق النبوة بالمعجزة يدلنا على عصمته اذا لاحظت العاقل كيف يتدخل حتى في نبوتك يعني في ايمانك بنو بوتك نعم. اذا هذا التقسيم تقسيم رائع جدا. النبوة العامة وظيفة الالهيات الطبيعية يعني ملاك ذاتي يشوفو العقل ولا معنى للوحي في النبوة العامة العصمة العامة الى هي الطبيعية لا معنى للوحي في العصمة العامة اذا جئنا الى العصمة النبوة الخاصة كذلك هناك عقل والا يلزم الدور. يقول انا نبي ما هو دليلك على نبوتك? انا نبي انا نبي دليل انا نبي. لا ياتي بمعجزة خارقة كذلك دليل عقلي لكن هذا الدليل العقلي يكشف انه متصل بالغيب يعني نبي لكن لا يكشف انه آآ معصوم الا بعنوان النبوة يعني ما عندك دليل عقلي على عصمتي شخص النبي الا اذا حازت النبوة بالمعجزة اذا حرصت النبوة العصمة تلازم النبوة كما ثبت ذلك في النبوة العامة والعصمة العامة. هذه الدقائق اذا لم تكن واضحة لدى الطالب العزيز يخبط خبط عشواء في العقيدة المسألة الاولى في حسن البعثة. يعني العلامة الحلي هنا يبدأ يشرح في هذه الامور هذه المطالب جدا نفيسة ورائعة جدا اختلف الناس في ذلك فذهب المسلمون كافة وجميع ارباب المنن وجماعة من الفلاسفة الى ذلك يعني الى حسن البعثة ومنعت البراهم منه يجب ان نبحث هل البراهم حقيقة اه تقول بهذا الكلام هذا يحتاج الى بحث خليني انا اقول لكم شيئا مهما جدا انزع اسلام الاصيل اسلام اهل البيت عليهم السلام دحوا جانبا ما هو ما هي المدرسة التي وصلت الى ارقى المطالب التي تخص المعنويات وخلاص الانسان هم البراهمة حتى بعض المحققين في الغرب يقول ما جاءت به البراهمة لم تصل اليه حتى الاديان الابراهيمية لماذا? لانهم لا يعرفون الاديان الابراهيمية الا من المسيحية المحرفة المحرفة واليهودية المحرفة والاسلام المحرف سنان الانسانية لا تعرف اهل البيت لا تتصورون ان الانسانية تعرف اهل البيت تتكلم مع جزائري تقول انا انا انا شيعي يعني انت كتلة خرافات انت تؤمن بان جبرائيل اشتبه واخطأ بدلا من ياتي بالرسالة لعلي اتى بها للنبي وانت تقول بالوهية الائمة وانت تقول علي افضل من النبي ان لم يعتقد ان ان علي هو اله وارسل النبي خرافات ما انزل الله تعالى بها من سلطان هكذا ينظرون اليك تتصور انت جالس في النجف في محوط بالولاية الناس كلهم يفكرون مثلك انت ابدا ابدا افطر يا انسان افطن واخرج اخرج بهذا النور الى الان ثانية فهي تحتاجه. نعم يقول اختلف الناس في ذلك فذهب المسلمون كافة وجميع ارباب الملل وجماعة من الفلاسفة الى ذلك يعني الى حسن البعثة. ومنعت البراهم منه. والدليل على حسن البعثة انها قد اشتملت على فوائد دينه على فوائد يعني ملك واذا جمع تكسير يأتي بالفتح على فوائده اه هنا يأتي بملاكات ثبوت الحسن للبعثة يعني مبدأ سبب الكافي ويعددها نعم وخلت من المفاسد فكانت حسنة قطعا برهانيا يقينيا وقد ذكر المصنف رحمه الله جملة من فوائد البعثة. منها ان يعترض العقل بالنقل لو قال بالوحي افضل ليس بالنقل الناقل فيه وما فيه. الناقل فيه وما فيه الوحي الذي اما ان يصل من القرآن الكريم كلام الله او يصل من من المعصوم الى درجة من الصراحة والصحة نعم. يعني النصوص الوحيانية الثابتة هكذا قل نعم آآ النصوص تقوي العقل في مجالات مهمة جدا اما من باب الارشاد واما من باب تشخيص مصاديق العقل لا يصل اليها نعم اما ان يعتضد العقل بالنقل فيما يدل العقل عليه من الاحكام كوحدة الصانع هادي الهية الطبيعية وغيرها من الامور الالهية الطبيعية تأتي الالهية الوحيانية تقويها. نعم. وان يستفاد الحكم من البعث فيما لا يدل العقل عليه كالشارع وغيرها. هذا رد على البراء حمام من مسائل الاصول نعم ومنها ازالة الخوف الحاصل للمكلف عند تصرفاته اذ قد علم بالدليل القطعي انه مملوك لغيره وان التصرف في ملك الغير بغير اذن قبيح فلولا البعث لما علم حسن التصرفات فيحصل الخوف بالتصرف وبعدمه ليس اكثر فقط في التصرف في مصيري هو يخاف الى اين هو ذهب نعم يتغلب القوي على الفقيه على على الضعيف والغني على الفقير وندخل في قانون الغاب. فتدخل الانسانية في ظلام ما بعده ظلام. ولهذا الاديب الكبير لامارتين الفيلسوف الفيلسوف واديب الاديب هو اكثر منها من كونه فالسوف صاحب الكتب الكتب القيمة لمارتين هو شارع الشعر واديب كبير فرنسي يقول هذا النبي العربي يعني محمد صلى الله عليه واله بوسائل قليلة جدا ظئيلة جدا ظعيفة جدا ماذا كانت في قريش والعرب ما عندهم شي يعني هذه السيوف وهذه المعارك وكذا غزوة بدر عظيمة جدا من حيث النتيجة ومن حيث اه المعنويات والتمكين لدين الله تعالى لكن انت الان قسها بالمعارك النووية الان هي لا شيء يعني وسائل بسيطة. يقول مع هذه الوسائل البسيطة اخرج الانسانية من ظلام يعني لولا النبي لدخلت هو يقول لدخلت الانسانية في ظلام لا تخرج منه ابدا من  ثم يأتي واحد عراقي وواحد مصري وواحد سعودي وواحد جزائري يقول انا ملحد اي الله تعالى ماذا تتحدثون? هذا جون جاك روسو منظر للثورة الفرنسية. يعني منظر لكل الثورات والتغيير الاجتماعي في اوروبا كل اوروبا يقول انا لم ارى مربيا الا واحدة هو علي ابن ابي طالب انظر هذه العقول لماذا تحكم هذه الاحكام? لانها علمانية ما عندها اطماع دينية اما رجال الدين لا لا تسمع الا الشر منهم. هناك في الغرب لكن هذا العلماني ينظر الى الواقع ما عندو خلفية دينية فيشخص الواقع قد لا يؤمن هذا شأنه لكنه يشخص هذا ايه الموضوع? نعم اذن الخوف هنا فقط ليس في التصرف الخوف في المصير مصير الإنسان يتبخر ويضيع فلولا البعثة لما علم حسن التصرفات فيحصل الخوف بالتصرف وبعدمه يجوز العقل اه طلب المالك من العبد فعلا لا سبيل عليه الى فعله الا بالبعثة فيحصل الخوف. لا لماذا ضيقت الخوف يا شيخنا العزيز? الخوف في مصير الانسان مصير الانسان مصير الانسان وكثير من يهتدي الى الى الحق من هذا الهاجس. يعني انا مصيري ما هو انا مصيري ما هو انا مصيري ما هو نعم يقولون امريكي ما عنده شيء يخصه هو وزوجته ما عنده شيء  تحرك ظميره الانساني تحرك ضميره الانساني فقال للزوجة انا اسافر بحثا عن الحقيقة تتبعيني بها ونعمت لا تتبعيني انت مطلقة يعني اطلقك زوجتو قالتلو لماذا طلقني انا نمشي معك فمشى يبحث عن الحقيقة وراح لم يجد شيئا فالتقى مصادفة هي مصادفة في العرف والا في نظام لعين الهداية التكوينية الخاصة مخططة من الله تعالى. فالتقى مع باكستاني في باكستان كان يدرس معه في الجامعة اهلا وسهلا وكذا من جاء بك الى باكستان وكذا? قال ابحث عن الحقيقة</w:t>
      </w:r>
    </w:p>
    <w:p>
      <w:r>
        <w:t>باكستاني مواليا وقال له الحقيقة في الخلاصة حقيقة في خراسان يعني الامام الرضا عليه السلام هذا الامريكي قال له دني على خراسان اين الحقيقة هناك? قال تذهب الى خراسان واسأل عن الامام الرضا عليه السلام اروح هناك تجد الحقيقة هذا الامريكي ترك الدنيا وبقلب منكسر ويريد الحقيقة. الله تعالى يضيعه لا يضيعه ابدا فانتقل من باكستان الى ايران زار الامام الرضا فبقى امام الضريح فجاءه الامام الرضا جاءه شهودا شهودا شهودا حسا فقال ماذا تريد فكلم كان يبحث عنه وجده عنده الامام الرضا فاهتدى واهتدت معه زوجته نعم اذا المسألة ليست مسألة اني انا اخذ قطعة ارض فلان او مال فلان وغصب غصب فلان لا لا لا ابدا ليس هذا. مسألة في اصل مصير الانسان خطر كبير. يعني الانسانية تدخل في ظلام وفي وحشية لا حد لها بدون خرق الغيب لعالم الشهادة. لعالم الدنيا فاما يأتينكم مني هدى فمن اتبع هداي انظر انظر انظر شرطية فمن اتبع هداي لا يضل ولا يشقى يعني انت تطبق عكس النقيض الموافق يعني من يشقى ويضل لم يتبع الهدى. يعني انزع الهداية فقط الشقاء والضلال. يعني الظلام الذي لا حد له ومنها ان بعض الافعال حسنة وبعض بعضها قبيح.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