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اللهم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لا زلنا في حسن البعثة ووصلنا معكم الى هذه النقطة ومنها ان بعض الافعال حسنة وبعضها قبيح او قبيحة ثم الحسنة منها ما يستقل العقل بمعرفة حسنه. بينا هذه المسألة في العدل قلنا ان العقل يكشف بعض مملكة الى افعال سواء كانت هذه الافعال حسنة او قبيحة ثم الحسنة منها ما يستقل العقل بمعرفة حسنه ومنها ما لا يستقل وكذا القبيح ومع البعث يحصل معرفة الحوس والقبح الذين لا يستقل العقل بمعرفتنا معرفتهما نعم الكثير من الامور لا يمكن بالعقل ان يصل الى كون هي طبعا هنا العقل عقل الأرضي العقل الجزئي عقلي وعقلك نعم صحيح هذه المسألة صحيحة ويأتي الشرع ويبين لنا بعض مصديق الحسن نعم كالزواج مثلا يكون بطريقة خاصة واحكام لا يمكن للعقل ان يصل اليها بعض الاحكام يصل اليها العقل مع ومنها ان بعض الاشياء نافعة لنا مثل كثير من الاغذية والادوية وبعضها وبعضها وان وان بعضها ضار مثل اكل الخنزير مثلا مثل كثير من السموم والحشائش والعقل لا يدرك ذلك اه كله وفي البعثة تحصل هذه الفائدة العظيمة. يعني هذه المعرفة بهذه الامور. نعم فهنا كلها يشير الى ملكات حسن البعث. ومنها ان النوع اه اشار الى المجتمع المدني بينا هذا نعم ومنها ان النوع الانساني خلق لك غيره من الحيوانات حيوانات تجتمع بالغريزة وجماعة فقط جماعة لا تشكل مجتمعا انسانيا كبيرا الإنسان فإنه مدني بالطبع هذا مبنى السيد صاحب الميزان يقول بالسخرية  جيد باعتباره مدني بالطبع يحتاج الى امور كثيرة في معاشه لا يتم نظامه نظام المجتمع المدني او الإنساني الا بها وهو عاجز عن فعل الاكثر من هذا الا بمشاركة ومعاونة نعم هذا هو الملاك الملاك اني واساعدك للوصول الى اغراضنا العقلائية والكمالات جيد يقول ثم الوحشية موجودة في طباع الانسان انسان ليس فقط اه له فطرة الهية او عاقل لا له كذلك غرائز تحركه كالحيوان تقول والتغلب موجود في الطبائع البشرية بحيث يحصل التنافر المضاد لحكمة الاجتماع هذا يسرق وهذا ينهب وهذا يقتل نعم تنافر المضاد لحكمة الاجتماع فلا بد من جامع يقهرهم حاكم الامير يقول لابد من حاكم برا كان او فاجرا اشارة الى اصل الحاكمية وليس الى نحو الحاكمية نعم فلا بد من جامع يقهرهم على الاجتماع وهو السنة والشرع. يعني القانون ولابد للسنة من شارع يسنه او يسنها ويقري ظوء ويقرر ظوابطها ولابد وان يتميز ذلك الشخص من غيره من بني نوعه لعدم الاولوية هذه لعدم الأولوية تجيب تحتها خط الليبرالية كلها قائمة على هذا الامر نأتي ونتعاقد ونبني المجتمع في جماعة خالفتكم في هذا التعاقد او ستأتي بعد سنين ولا ترضى بهذا التعاقد ومن قال لك الاولوية عن الذي يخالفك او الذي ياتي بعد سنين اذن الملاك ماذا يبقى? الملاك يبقى اه الولاك الالهي الملاك الالهي. وذلك المائز لا يجوز ان يكون مما يحصل من بني النوع يعني لا يتميز بامر موجود في بني نوعه والا تعود ملاك الاولوية لوقوع التنافر في التخصيص يعني يجر النار الى قرصه وجماعته فلا بد وان يتميز من قبل الله تعالى بمعجزة ينقاض البشر الى التصديق الى تصديق مدعاة مدعيها يعني هذا النبي ويخوفهم من مخالفته ويعدهم على ما متابعته بحيث يتم النظام يتم النظام نعم ويستقر حفظ النوع الانساني على كماله الممكن له نعم هذا دليل الفلاسفة على حسن البعثة اذا الإنسان لا يعش الا في حالة مجتمع مدني. مجتمع انساني لماذا? لاجل تقابل لاجل التعاضد والتعاون حتى يصل كل شخص الى اغراظه العقلائية والى كمالاته والا لوحده لا يتكامل ابدا منه هو طفل صغير يحتاج الى امه ووالده. وهكذا ينتقل الى المجتمع المدني يحتاج الى استاذ يحتاج الى سائق يحتاج الى خباز حتى يصل الى غرظه يصير اه عالما في مادة من المواد ثم هذا الاجتماع قد تأتي جماعة وتقهر الديكتاتورية بالقهر والغش والسرقة سنحتاج الى قانون يضبط الامور وهذا القانون لا يكون فيه صادر من البشر السقيفة لا نعم يجب ان يكون من السماء. من يأتي بالقانون؟ النبي علامة النبي المعجزة القاهرة ثم يقول لهم هذا ضار وهذا نافع والنافع فيه جزاء في الدنيا والاخرة. والظاف فيه جزاء في الدنيا والاخرة نعم هكذا يستقر النوع نعم فلابد وان يتميز من قبل الله تعالى بمعجزة ينقاد البشر الى تصديق مدعيها ويخوفهم من مخالفته ويعزهم على متابعته بحيث يتم النظم النظام يتم النظام ويستقر حفظ النوع الانساني على كماله الممكن له الان تقول ما فيه نبوة والامور مستقرة لا الامور ليست مستقرة عندنا مجموعة مستولية على على مستولية على يقولون خمسة ثم في طبقة خادمة لهذه هؤلاء الخمسة من مفكرين من عمالة وو والباقي كلهم عبيد لهذا الخمسة صدقوني المسألة هكذا ادرس القضية جيدا تعرفون ان المسألة هكذا يعني هذا السبوعية موجودة لانه هو ماذا قال قال اه والتغلب موجود في طبائع البشرية بحيث يحصل التنافر المضاد للحكمة الاجتماعي نعم خمسة مستوليين على الثروة كلها في طبقة تعمل لهم لانهم يعطوهم الفتات. نعطيه سكن يعطيه سيارة يعطيه شهرية والباقي كله اه في الحاجة والفقر وراء لقمة عيشه لا يفكر حتى في دينه ولا في مصيره ولا يهمه مصيره امام هذه لقمة العيش وعملوا لهم هذا هذا التخطيط الجهنمي والشيطاني. من السابعة الى الخامسة يشتغل حتى لا يفكر في شيء. يفكر فقط في بطنه وفي فرجه نعم يصل الى البيت تعبان جدا يفكر ياكل لقمة وينام والصباح كذا ويعطيه في السنة هذا الشهر حتى يتنفس نعم النظام اصلا غير الهي مطلقا اذا هذا تغلب موجود في الطباع البشرية بحيث يحصل التنافر المضاد لحكمة الاجتماع هنا ماذا يقول? وان يعدهم على متابعته بحيث يتم النظام ويستقر حفظ نوع الانساني النوع الانساني لا يفسد على كماله الممكن له. ان لا اغلبية الناس لا تتحرك الهواء كمالها نعم الممكن لها تتحرك فقط الاكل والشرب وهذي البريستيج والجماليات على مستوى القنوات بوق لهذه الأمور. على مستوى الأفلام والثقافة والجامعات وو الله يحفظنا ان شاء الله من هذه الافات ومنها يعني من حسن البعثة ان اشخاص البشر متفاوتة في ادراك الكمالات وتحصيل المعارف واقتناء الفضائل نعم فبعضهم مستغني عن معاون لقوة نفسه وكمال ادراكه وشدة استعداده للاتصال بالامور العالية من هذه العرفا وبعضهم عاجز عن ذلك بالكلية العوام الرعاة وبعضهم متوسط الحال مثل ما نحن الطلبة وتتفاوت مراتب الكمال في هذه المرتبة بحسب قربها من احد الطرفين وبعدي عن الاخر. كل ما اقتربت الى من يدرك الامور العالية فانت في فلاح</w:t>
      </w:r>
    </w:p>
    <w:p>
      <w:r>
        <w:t>كلما تقهقرت الى الرعاة فانت في هلاك وفائدة النبي تكميل ناقص من اشخاص النوع بحسب استعداداتهم المختلفة في الزيادة والنقص نعم شريعة لها دور كبير في تكميل النفس ومنها ان النوع الانساني محتاج الى الات واشياء نافعة في بقائه كالثياب والمساكن وغيرها  وذلك مما يحتاجه بتحصيله الى معرفة معرفة عمله والقوة البشرية عاجزا ففائدة النبي في ذلك تعليم هذه الصنائع النافعة الخفية. نعم. كثير من الأمور يقولون الأنبياء هم الذين انجزوها وتعلمت البشرية منها. حتى الخط الخط هذا الذي نفع الانسانية نفعا عظيما لولا هذه الكتب لا تصل الينا والعالم لا يكتب علمه يموت ويأخذه معه. هذا الخط يقولون لا ادري ان بإدريس عليه السلام هو الذي علمهم الخط ومنها ان مراتب الاخلاق وتفاء ووتها معلوم يفتقر فيه الى مكمل بتعليم الاخلاق والسياسات بحيث تنتظم امور الانسان بحسب بلده ومنزله. انما بعثت لاتمم مكارم الاخلاق عند ان تدرس حكومة النبي وحكومة امير المؤمنين كل اسرار السياسة تحيط بها سلام الله عليهما كل اسرار السياسة تحيط بهما النبي في فضاء التنزيل يعني مع المشركين دي الية خاصة والامير في فضاء التأويل في ازمات البلد داخليا نعم ومنها ان الانبياء يعرفون الثواب والعقاب على الطاعة او يعرفون الثواب والعقاب على الطاعة وتركها فيحصل للمكلف اللوط ببعثهم نعم اه فتجب بعثتهم لهذه الفوائد نعم يبينون الغايات التي تترتب على هذه الافعال والطاعات. نعم هذه كلها ملاكات حسن البعثة واحد اثنين ثلاثة اربعة خمسة ستة اي سبعة ثمانية تسعة ملاكات ذكرها المحقق التونسي في المتن يقول البعثة حسنة لاشتمالها على فوائد كمعاضدة العقل فيما يدل عليه واستفادة الحب فيما لا يدل يدل يعني يدل العقل وازالة الخوف واستفادة الحسن والقبح والنافع والضار وحفظ النوع الانساني وتكميل اشخاصه بحسب استعداداتهم المختلفة وتعليمهم الصناعي الخفية والاخلاق والسياسات والاخبار بالعقاب والثبات والسواد صحيح حصول اللطف للمكلف. حين يتكامل نعم طبعا الكمال هذا ليس قهريا باختياره كما بينا عدة مرات. قال وشبهة البراهين باطلة بما تقدم البراهمة ماذا قالوا? قالوا هذا النبي يأتي بما يدرك العاقل تحصيله للحاصل بما يخالف العاقل فيرفض. طبعا يرفض ما يخالف العقل بطبيعة الحال يرفض للمحققة التونسية يرشدون العقل في امور ويؤسس لأمور العقل لا يدركها ابدا اقول احتجت البراهم على انتفاء البعثة بان الرسول اما ان يأتي بما يوافق العقول او بما يخالفها يعني هذه الشرطية المنفصلة حصرها بين اه النفي والاثبات وهي لا هي منتشرة يعني اما ان ما يدركه العقل ارشاد ما لا يدرك العقل لا يمكن ما لا يدرك العقل وين وضحى الابراهيمي اخفاها نعم فان جاء بما يوافق العقول لم يكن اليه حاجة. ولا فائدة فيه. نعم تحصيل للحصر وانجاب ما يخالف العقول وجب رده. ردوه وجب رد قوله. صحيح وهذه الشبهة شبهة باطلة بما تقدم في اول الفوائد وذلك ان نقول لما لا يجوز ان يأتوا بما يوافق العقود من باب الارشاد وتكون الفائدة فيه التأكيد لدليل العقل يعني الارشاد او نقول لما لا يجوز ان يأتوا بما لا تقتضيه العقول ولا تهتدي اليه وان لم يكن مخالفا للعقول هذا هو الشق الثالث الذي اخفاه البراهمي نعم بمعنى انهم لا يأتون بما يقتضي العقل مثل كثير من الشرائع والعبادات التي لا يهتدي العقل الى تفصيلها صلاة حج نعم الزواج من محارم كثير من الامور لا يصل اليها العقل هذا الجزئي اليها ابدا انتهت المسألة. المسألة الثانية في وجوب البعثة? نعم اذا كانت هذه الفوائد مترتبة عليها كلها فالعدل الالهي يقتضي ان يخرق الغيب هذه النشأة المادية فيتعين هذا الغيب عنوانهم هو عنوان النبوة لبابه هو الوحي. نعم وهي واجبة. طبعا هذا الوجوب الوجوب الوجوب بحكمته وجوب حكم حكمته تقتضى بذلك. ليس الواجب التشريعي كما توهم ابن تيمية نعم وهي واجبة لاشتمالها على اللوط في التكاليف العقلية. اذا النبوة العامة الكلام عن النبوة العامة النبوة العامة لطف يعني من مصادق العدل الالهي لماذا لانها تقرب الانسان الى الله نعم انظر هذه العبارة كم هي جميلة وهي واجبة لاشتمالها على اللطف في التكاليف العقلية يعني كل النظام القيمي نظام حكمة نظام حكمة يعني يتناغم مع العقل والعقل يبصر ملكاته الواقعية النبوة خارجة عن هذا هذا النظم القيمي لا داخلة في هذا النظم القومي نعم اتكون الظرورية واجبة ظرورية في داخل هذا النظر اقول اختلف الناس هنا فقالت المعتزلة ان البعث واجبة من باب حكمته تعالى. يعني هي حكمة عملية وقالت الاشعرية انها غير واجبة لانها فهمت الوجوب الوجوب التشريعي احتجت المعتزلة بان التكاليف السمعية الطاف في التكاليف العقلية. هذه اما الخط تحتها ونسمعها كثير في الحوزة لكن مع الأسف الشديد التكاليف العقلية لا تدرس في الحوزة مطلقا. ما يسمى بالحقوق عيا تطبيقات بالفتوى موجودة يقول خلاف العدل خلاف العدل هذا يقتضي الظلم هذه كلها احكام عقلية لكن لم تدرس كما درس مثلا علم الاصول مع الأسف الشديد الكاثوليك درسوها بعمق والى الان في جامعات امريكا كتب تصدر من المتدينين في الحقوق الطبيعية وانا في تصوري ان الحوزاوي اذا درس الحقوق الطبيعية اه يبدع في تخصصه يقول احتج المعتزلة بان التكاليف السمعية القاف في التكاليف العقلية التكاليف العقلية موجودة من فجر الانسانية الى هنا. انا عندي كتاب في مجلدين فقط في تاريخ هذه الاحكام العقلية. يعني الحقوق الطبيعية نعم واللطف واجب فالتكليف السمعي واجب. نعم يعني التكاليف العقلية على هذه النظم القيمي يجب على الله من باب حكمته ان يتعين به بداخله ماذا هذه التكاليف الشرعية. نعم فالتكريس السمعي واجب ولا ولا يمكن معرفته الا من جهة النبي. نعم هادي التكاليف الشرعية مصدرها الوحي فقط فيكون وجود النبي هادي وجود النبي هنا النبوة العامة واجبان لان ما لا يتم الواجب الا به فهو واجب. لا هذا هذه الكلام لا معنى له. لانه ما لا يتم الواجب بهما فواجب. انت قلت لطف. لماذا تأتي بهذه العبارة واستدلوا على كون التكليف سمعي لطفا في العقل بان الانسان اذا كان مواظبا على فعل الواجبات السمعية وترك المناهج الشرعية كان من فعل الواجبات العقلية والانتهاء على المناهج العقلية اقرب. ولهذا قلت لكم القوانين الوضعية التي تضعها البرلمانات والدول كلما تناغمت التناغم التام مع الاحكام العقلية ما عنا مشكل من حيث الشعور لان الاحكام الشرعية هي مندكة في الاحكام العقلية. فالقانون الوضعي اذا تناغم مع الأحكام العقلية وانسجمت تمام الإنسجام فهو مقبول نعم فالملاك ليس الاحكام الشرعية الملاك هي الاحكام العقلية يعني الحقوق الطبيعية نعم وهذا معلوم بالظرورة لكل عاقل نعم وقد بينا فيما تقدم ان اللطف واجب نعم فالنبوة لطف فتكون واجبة هذا النبوة العامة الشيخ المفيد لا يقول اللطف قل الحكمة وخليني اظيء هذه النقطة اذا انت قاربت المسألة من الله الى النبوة</w:t>
      </w:r>
    </w:p>
    <w:p>
      <w:r>
        <w:t>بقوس النزول تركز على الحكمة يعني كيف تعينت النوبة? النبوة حكمة الله بالنسبة الى الانسان قوس الصعود من الانسان الى النبوة لطف بهذه المخلوقات لطف بهذه المخلوقات. اذا الحكمة صحيح من جهة واللوت الصحيح من جهة اخرى لا تنافي بينهم المسألة الثانية في وجوب العصمة بعد ما اثبتنا النبوة العامة ننتقل الى العصمة العامة العصمة ما معناه? العصمة كمال جمال الهي في النبي هذا الكمال الكمال الالهي في النبي. ملاكه هو الكاشفية العلم العلم طبعا العلم ليس العلم الحصول لا الحوزوي ولا الجامعي. هذا العلم الإلهي نعم وكذلك نري ابراهيم ملكوت السماوات والارض. يعني ابراهيم اندك في الملكوت النبي لا النبي فوقه ملكوت السماوات والارض هذا العلم يجعل النبي في الصراط المستقيم مصون من كل نقص ومن كل عيب ومن كل افة فيكون معصوما في اخذ الوحي هذه واحدة معصوما في حفظ الوعي. اثنين ما معصوم في فهم الوحي استيعاب الوحي ثلاثة معصوم في تطبيق الوحي يعني في انجاز العملي للوحي اربعة معصوف تبليغ الوحي لغيره من الناس خمسة نعم اذا لم نثبت نثبت النبوة العامة والعصمة العامة لا يمكن اثبات العصمة الخاصة انها امر باطني قالوا بيجب في النبي العصمة يجب يجب. يعني ايه هذه الحكمة تقتضي ذلك ليحصل الوثوق فيحصل الغرض الهداية هذا الدليل الأول ولوجوب متابعتي وضدها والانكار عليه وجوب متابعة النبي يعني كم دليل هنا? واحد اثنين ثلاثة هذا الدليل الاول انا ذكرته على الكوثر في مقابل جنبي ازهري لا يؤمن بالعصمة المطلقة على البث المباشر نعم هو جاب ترسانة من الآيات القرآنية تدل على عصمة على عدم عصمة النبي وروايات ما ادري والله لا ادري لا ادري المتدينون لا عقل لهم في الأغلب سبحان الله لا عقل لهم ما تفهم والله ما تفهم قلت له يا شيخنا العزيز ما تستطيع ان تتثبت عدم عصمة النبي به بالايات لان هذا دور هذا دور. يعني انت الان بعد ما عندك ظابطة ومؤمن على ان ما هو بيدك من قرآن وروايات انه من النبي. كيف تستدل به اصلا لم يفهمها لم يفهمها. فجئت هنا بهذا الدليل قلت له لو لم يكن النبي والامام عندنا كذلك معصوما لانتفت الغاية الهداية لان الوثوق ما في انا لا اثق في هذا النبي خربط يخربط لنا كل الاقتصاد ياتي ويقول لا تؤبروا النخل. اذا هذا في امور دنيا وبسيطة لا يفهمها يدعي الوصل بالغيب والسماء الذي هو ادق واصعب واخطر انا لا اتبعه لا اثق به نعم فقالوا لي خارج الحصة مشايخ يلتقون قالوا لي شيخنا دليلك جدا قوي والدليل المحقق التونسي يعني انا مدرس علم الكلام كثيرا وهذا الكتاب درسته  تعرف هذه الامور فيتصل بي صاحب القناة ويقول شيخنا العزيز هذه الادلة عقلية قوية جدا ومتينة الا انه يناقشك بالقرآن فتجد يجب ان تناقشه بالقرآن بالله عليك هذا الكلام  انا الان الان قلت لو اعطيني ظابطة اعطيني ظابطة بان هذا القرآن صادر من النبي الذي لا يكون معصوما بالاسمى الموطأ فقط تفضل  ما عندي ضابطة لانه هذا الانسان اه يخربط من يدريني ان هذا القرآن هو من نصفه من عنديته? ليس بمعصوم على مبناه طبعا ما لم يقتنع ولم يلتفت الى هذا الامر. يعني خليه يدمر النبي ويدمر الله تعالى. المهم النبي لا يكون معصوما. وتعرفون السر ما هو حتى لا يسري الاشكال للسقيفة وجماعة السقيفة نعم ما عندنا علاقة بهؤلاء يؤمنون لا يؤمنون خلونا نحن نبين الانسانية جمال اهل البيت وجمال اه علم اهل البيت نحن دخلنا في هذه السجالات في بعد التواصل التواصل الاجتماعي واغلقونا في متاهات صار هذا المذهب هو كذلك متخندق متخندق بشخصاته والناس بدأت تكره الدين فتقول التشيع خندق من هذه من هذه الامور لا يلتفت اليه خليني انا بعقلي لا اظلم يوم القيامة الله تيحاسبني. المهم انا لا اظلم ما عندي علاقة بهذا الدين لا الاسلام ولا المسيحية ولا ولا لماذا? لان نحن تخندقنا خندقنا نعم قناة الدعاء خمس حصص كلها في الخلاف واحدة بعد واحدة هيا انت والله وين اهل البيت؟ ما في اهل البيت دعك من هذا الأمر تكلم على اهل البيت نعم المسألة الثامنة في وجوب العصمة يخلوها للحصة القادمة لان الوقت انتهى اللهم صلي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