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المسألة الثالثة في العصمة العامة في وجوب العصمة. العصمة العامة الهيات طبيعية وليس الهيات وحيانية. نعم. يعني هنا العقل هو الذي يتحرك وليس النصوص الوحيانية قال ويجب في النبي العصمة نعم يعني العصمة واجبة ضرورية في الحكمة الاله هي كم دليل قال لام لام تعليلية مبدأ السبب الكافي ليحصل الوثوق فيحصل الغرض اذا الغرض هو الهداية بدون وثوق الهداية لا تتحقق الوثوق قيمة اخلاقية قيمة اخلاقية. انظر هنا الالهية الطبيعية منسجمة مع نفسها كاتب القيم القيم الاخلاقية كحد اوسط الدليل فيحصل الغرض ما هو الهداية ولوجوب هذا دليل ثاني ولوجوب متابعته وضد يعني النبي امرك بشيء وهو يخربط انت بتعصيه في جهنم تتبعه على خطأ. اي ان تحلها ايها الاشعري او من يقول اه العصمة فقط في دائرة التبليغ والانكار عليه يعني هو اذا فعل القبيح فانت واجب عليك بالوجوب العقلي ان تنكر عليه وتنكر على النبي انت يعني تنكر على الله تعالى اقول اختلف الناس هنا فجماعة المعتزلة جوزوا الصغائر على الانبياء اما على سبيل السهو كما ذهب اليه بعضهم او على سبيل التأويل كما ذهب اليه قوم منهم او لانها تقع محبطة بكف كثرة ثوابهم يعني هادي المعاصي يتجاوز عنها الله تعالى كثرة ثوابه. وذهبت الاشعرية والحشوية الحشوية الان ما يسمى بالسلفية. هم هم نعم الى انه يجوز عليهم الصغائر والكبائر الا الكفر والكذب وقالت الامامية انه تجب عصمتهم عن الذنوب كلها. صغيرها وكبيرها. يعني العصمة المطلقة الاسم المطلق والدليل عليه وجوه احدها ان الغرض من بعثة الانبياء عليهم السلام انما يحصل بالعصمة. الغرض هو الهداية فتجب العصمة تحصيلا للغرض هذه كلها ادلة عقلية الهيات الطبيعية وبيان ذلك ان المبعوث اليهم لو جوزوا لو جوزوا الكذب على الانبياء والمعصية تجاوزوا في امرهم ونهيهم وافعالهم التي امروهم باتباعها في ذلك. هذا هو هذا الذي ذكرته انا لهذا المصري في الفضائية قلت له اعطيني ضابطة نميز بها حيثية النبوة من حيثية غير النبوة. انا سألته انا يخطئ النبيب بشريتي ام بنبوته حتما هو يقول ببشريته ببشريته يعني ليس بنبوته وهم يضعون هذه الاخطاء كلها في كتب الدين يعني يقولون النبي اخطأ ما يقولون البشر محمد قريش اخطأ يقولون نبي يعني ينسبون الخطأ الى النبي. لما تقول لهم هذا نبي يقول لا فعلها ببشريته. اعطيني ملاك انا اميز بين البشرية والنبوية ما عندهم ملاك. نعم ولهذا انظر العلامة الحلي ملتفت الى هذه الضابطة. نعم وبيان ذلك ان المبعوث اليهم يعني النبي لو جوزوا الكذب على الانبياء يعني المبعوث اليهم النبي يعني هذه الجماعة لو جوزوا الكذب على الانبياء والمعصية جوزوا في امرهم ونهيهم وافعالهم التي امروهم باتباعهم فيها ذلك. لماذا? لان ما فيها ضابطة معنى ضابطة نميز حيثية البشرية للنبي والحيثية النبوية. ما فيه نعم. وحينئذ لا ينقضون الى امتثال اوامرهم. وذلك نقض للغلظ من البعثة. لان البعثة تريد الهداية هذا الدليل الأول يعني اذا عصمة تستدعي الوثوق الوثوق يؤدي الى الهداية نعم الثاني ان النبي تجب متابعته فاذا فعلى معصية فاما ان تجب متابعته او لا نعم  والثاني باطل تجب متابعته في الخراب في المعصية لانتفاء فائدة البعث والاول نعم والثاني ان تجب متابعته او لا لا تجب والثاني باطل الانتفاع فائدة البعثة يعني انا اذا ما اتبعه اين فائدة وجود النبي واين الهداية؟ نعم. واذا اتبعته واتبعه على المعصية. والاولى باطل لان المعصية لا يجوز فعلها واشار بقوله لوجوب لوجوب متابعته وضدها. طبعا هذا اذا بنينا اننا نميز ان فعلنا بهذا فعل بشري وانه اه ليس اه فعل نبوي. هذا اول الكلام نعم  الى هذا الدليل انه بالنظر نعم واشار بقوله وجوب متابعتي وضدها لهذا الدليل. لانه بالنظر الى كونه نبيا تجب متابعته. وبالنظر الى كون الفعل معصية لا يجوز اتباعه الثالث انه اذا فعل معصية وجب الإنكار عليه يعومو وجوب النهي عن المنكر وذلك يستلزمه ايذاءه وهو منهي عنه وكل ذلك محال محال يعني احكام العقل الاهيات الطبيعية نعم اذا استدلت على النبوة العامة بالشرع استلزام دوري لا معنى له ولا قيمة له لان الوحي فرع النبوة نعم هذا هو الدليل على العصمة العامة. ثم انت اذا احرزت العصمة العامة بمجرد ان تحرز نبوة شخص بالمعجزة ماذا تقول? نقول فهو معصوم. لا تحتاج الى دليل. ولا يمكن الدليل على العصمة الخاصة. لا يمكن لان امر لانها امر باطني. نعم  دليل متين عقلي ثابت رائع جدا لا يمكن دفعه. قال وكمال العقل يعني الان يشير الى ملكات العصمة. نعم قلت لكم الملاك الاساسي هو الكاشفية العلم وكمال العقل والذكاء والفطنة وقوة الرأي وعدم السهو يعني خلاص اذا قلت انت اذا اذا قلت معصوم عدم السهولة لا معنى له وكل ما ينفر عنه من دناءة الاباء. قلت له هذه ملاكات العصمة وعن عهر الامهات والفظاظة والغلظة والابناء وشبهها والاكل على الطريق وما اشبه ذلك قال يجب ان يكون في النبي هذه الصفات التي ذكرها هذه كلها تستبطنها العصمة العصمة المطلقة يكفي كمال العاقل عطفنا عطف على المعصية اي واجب في النبي كمال العاقل وذلك ظهر. طبعا اذا كان معصوما من اكل اسمه ما هو? من اكل عصمة انه يعلم بالقبيح وبالشر نعم وكماله الالهي يحرك الارادة على ضوء هذا العلم والكاشفية الإلهية نحو فقط الخير يجب ان يكون في النبي هذه الصفات التي ذكرها وقوله وكمال العاقل عطف على المعصية يعني وكمال العقل هكذا يعني ويجب في النبي العصمة ويجب في النبي كمال العقل نعم اي ويجب في النبي كمال العقل وذلك ظاهر لان العصمة ملكها العلم والعلم يعني العقل وان يكون في غاية الذكاء نعم الفطنة وقوة الرأي بحيث لا يكون ضعيف الرأي مترددا في الامور متحيرا لان ذلك من اعظم المنفرات عنه والا يصح عليه السهو لان لا يسهو عن بعض ما امر بتبليغه. انت قلت معصوم وان يكون منزها عن دناءة الاباء وعهر الامهات لان ذلك منفر عنه. وان يكون منزها عن الفظاظة والغلظة لان لا يحصل النفر عنه. وان يكون منزها على الامراض المنفرة. نحو الابنى سلس الريح والجذام والبرص وعن وعن عن كثير من المباحات الصارفة عن القبول منه القادحة في تعظيمه نحو الاكل على الطريق وغير ذلك لان ذلك كله مما ينفر عنه فيكون منافي للغرض من البعثة وهي الهداية  اي نعم كثير الان من المعممين يعيشون في القصور ويعيشون في السيارات الفخمة وو بعد من يدفع الثمن هذا المعمم لي يمشي في الشارع مسكين</w:t>
      </w:r>
    </w:p>
    <w:p>
      <w:r>
        <w:t>يشتم ويسب وكذا اما هذاك ذاك في قصره وفي سيارته الفخمة ولا واحد يلتقي به ولا واحد يكلمه ولا يصل اليه. من يدفعها يدفع هذا المسكين الطالب المستضعف الحوزوي المستضعف الفقير. ينظر اليه النظرة القبيحة ومرة يهان ومرة يشتم ومرة يسب. نعم. نعم. هذا اذا كان نبيكم بهذه المواصفات الرائعة فلماذا انتم تحيدون عن هذه الصفات? امير المؤمنين كان هكذا امير المؤمنين كان هكذا من يقول انا علوي يجب ان يقتضي يقتضي بوليه بوليه قمة في السرى وقمة في التواضع وقمة في الاخلاق وقمة في المحبة نعم مع الاسف الشديد دمرونا المسألة الرابعة في الطريق الى معرفة صدق النبي نعم الان انت ادركت العصمة النبوة العامة والعصمة العامة. الان تذهب الى المصداق وهنا نكتة جميلة جدا يقول في الطريق الى معرفة صدق النبي وطريق معرفة صدقه ظهور المعجز اذن هذه العبارة تشير الى ان البشر ما عندهم علاقة مطلقا بالنبوة هذا اصل النبوة سماوية الهية مرتبة اه الهية ما عندهم هوما دخل يثبتوها ينصبوها. هم فقط عندهم هذا الحق. وهذا الحق الحق يفرضه يفرضه من? يفرضه العقل. صدقك انت صدقك حتى نميزك عن من مدعي النبوة صدقك ان كمادا متصل بعالم العالم الاعلى وبالعرش الالهي صدق المعجزة القاهرة هذه المعجزة لها مواصفات يذكرها الان قال وطريق معرفة صدق النبي ظهور ظهور خبر. وطريق مبتدأ. وطريق معرفة صدقه ظهور المعجز على يده على يد النبي اذا هنا انت اذا اظهر المعجزة الخارقة بالمواصفات اثبت نبوته خلاص العصمة الخاصة تأتي لوحدها ما تحتاج الى دليل ولا يمكن ان يستدل عليها. في القناة الكوثر قلت لهم نحن هدف فيه ليست البحث بالاسماء تبت النبوة العامة في مقابل النبوة الخاصة. العصمة العامة في مقابل العصمة الخاصة. ثم نأتي الى المصداق نحرز النبوة بالمعجزة. يعني صدق النبي بمعجزة ثم العصمة قهرية لان النبي ثبتت نبوته لم نتبع هذا الطريق مع الاسف. لماذا? لان المستوى العقدي العلمي العقدي ضعيف نعم وطريق معرفة صدق النبي ظهور المعجز على يده جيد المعجز ما هو؟ وهو الثبوت وهذا مبدأ تصوري اطار مفاهيمي وهو ثبوت ما ليس بمعتاد يعني خارق للعادة او نفس ما هو معتاد يعني خالق للعادة مع خرق العادة ومطابقة الدعوة طبعا. يجب ان تكون هذه المعجزة مسانخة لدعوها نعم اقول لما ذكر صفات النبي وجب عليه ذكر آآ بيان معرفة صدقه وهو شيء واحد وهو ظهور المعجز على يديه حتى يحرز نبوته اذا احرز نبوته احرز عيص مات هو ثم احرز حجيته يعني وجوب الاتباع ونعلي بالمعجز ثبوت ما ليس بمعتاد. يعني هذه القوانين الطبيعية نعتادها اذا جاء بقانون طبيعي نعتادها ليس بمعجزة او نفي ما هو معتاد نعم يعني ما هو معتاد يخرق مثلا كالنار عند ابراهيم عليه السلام. النار المعتدلة تحرق صارت لا تحرق مع خرق العادة يعني خرق القانون ومطابقة الدعوة. هذه القيود التي يجب تجب في تعريف المعجزة جيد المعجزة في كنيا ما هي قانون غيبي غيبي يعني لا يدركه العقل الانساني الضيق ولا الحواس حاكم على القانون الطبيعي نعم الحكومة الحكومة الاصولية الحكومة الاصولية نعم يعني يخرجه من فاعليته بمورده طبعا دائما في دائرتهم الهداية خارج الهداية المعجزة لا معنى لها. ثم ماذا? يبقى في ظرفه يشتغل هداك القانون الطبيعي لكن في ظرف حاكمية القانون الغيبي لا يشتغل نعم فالنار نار ابراهيم تحرق. اذا القي فيل معه لا علاقة له بالهداية يحترق بكامله نعم لان الثبوت والنفي سواء في الاعجاز فانه لا فرق بين قلب العصا حية هذا خرق للعادة. وبين منع القادر على رفع اصغر الاشياء وشرطنا خرق العادة لان فعل المعتاد او نفي لا يدل على الصدق امور معتادة نعم وقلنا مع مطابقة الدعوة لان من يدعي النبوة ويسند معجزته الى ابراء الاعمى فيحصل له الصمم مع عدم برء العمى لا يكون صادقا. نعم فهذا القيد الاخير اخرج المتنبي ولابد من المعجز من شروط احدها ان يعجز عن مثله الناس اه يعجز عن مثله الناس او ما يقاربه اه الامة المبعوث اليها. الامة المبعوث عليها فاعل يعجز اما ان يعجز عن مثله او ما يقاربه الامة المبعوث اليها هذا الشرط الاول هذا هو الاعجاز والا لا معنى اه للإعجاز فالقرآن ببلاغته وفصاحته وتراكيبه اللغوية واستعاراته التفهيمية الخارقة اعجز العرب لقريش لي هوما افصح الناس على الكرة الارضية كلها. نعم فعجزت الامة عن الاتيان بمثل اية ثاني ان يكون من قبل الله تعالى او بامره نعم المعجزة المعجزة الهية  اعمل معجزة الهية نعم يخرج الساحر يخرج الشعوذة تخرج الشعب هذا وهذه الأمور الثالثة ان يكون في زمن التكليف نعم لا يكون في زمن اخر لان القصد والهداية لان العادة تنتقض عند اشتراط الساعة الرابع ان يحدث رقيب دعوة المدعي للنبوة وهو جاري مجرى ذلك. نعم. يدعي ما هو الدليل. يعني يأتي مع الدليل نعم ونعني بالمجال مجرى ذلك ان يظهر الدعوة النبي في زمانه وانه لا مدع للنبوة نبوة اه لابد للنبوة غير ثم يظهر المعجز بعد ان ظهر معجز اخر عقيب دعوات فيكون ظهور الثاني كالمتعقد قبل دعواه انه يعلم آآ لانه يعلم تعلقه بدعواه وانه لاجله ظهر كالذي ظهر عقيب دعواه. الخامس ان يكون خالقا للعدا يعني يخرق القانون بقانون الحكومة اذن معجزته تكون بعد معجزة النبي تؤيد وتعمق معجزة النبي. هذه الشروط آآ بديهية ضرورية نعم  اذا الان اثبتنا النبوة الخاصة النبوة الخاصة بالمعجزة مع هذه الشروط ومع هذه المكونات في تعريفها نعم ثبوته ليس بمعتاد او نسمة هو معتاد مع خلق العادة يعني العصا تصير حية هذا غير معتاد او نسمة هو معتاد مع خلق العادة ومطابقة الدعوة. خلق العادة يعني خرق القانون بقانون الحكومة ومطابقة الدعوة يعني فيه مسالخة بينه وبين اه بين دعوته وهذه المعجزة هذا اخراج للمتنبي ثم ولابد من المعجزة من شروط عظم ان يعجز عن مثله او ما يقاربه الامة المبعوث اليها. ويأتي بمعجزة والباقي يأتي بها لان ليس بمعجزة لان موتتي متناول يد الاخرين ثاني ان يكون من قبل الله تعالى وبأمره هي اصل الدعوة يعني المعجزة ويدعي انه من من الله تعالى هذا ان يكون من قبل الله تعالى او بأمره هذا شرط انا في تصوري لغم. لماذا? لأن هو يدعي انه من الله يعني ملاك المعجزة انا من الله. فهذا ليس بشرط وانما هذا المعجزة ثالث ان يكون في زمن التكليف. نعم. لماذا? لان يوم الاخرة كل هذه الامور تروح بالمعجزة. نعم. لان العادة تنتقد عند اشراط الساعة هذا النظام الكواكب والمجرات كلها يخرب عند اه يوم يوم القيامة يعني ما صار معتادا اختار اخت رقى ودمر وفسد اذا تكون في زمان التكليف لان مبعوث للناس حجة للناس</w:t>
      </w:r>
    </w:p>
    <w:p>
      <w:r>
        <w:t>فلا معنى ان تتأخر عن زمن التكليف الرابع ان يحدث عقيب دعوى المدعي للنبوة او جاني مجرى ذلك يعني ان يحدث عقيب دعوى المدعي للنبوة او جريمة ونعني بالجريمة مجرى ذلك ان ينظر بدعوى النبي في زمانه وانه لابد عن النبوة غير ثم يظهر المعجز بعد ان ظهر معجز اخر عقيب دعواه نعم فيكون ظهور الثاني المتعقب لدعوه لانه يعلم التعلق بدعوة وانه لاجله ظهر كالذي ظهر عقيد دعوة يعني النبي بعد النبي يعني النبي بعد عيسى نعم الخامس ان يكون خالقا للعدا هذا كذلك ليس شرطا وانما هذا قلت انت من مكونات من مكونات التعريف المعجزة. نعم اه تقول ثبوت ما ليس بمعتاد او نفي ما هو معتاد مع خلق العادة. اذا لماذا تأتي به كشرط? وانما هذا من مكونات يعني من مكونات مفهوم المعجزة من مكونات مفهوم المعجزة كفصل خارق خارقة للعادة نعم المسألة الخامسة في الكرامات يعني ما الفرق بين آآ الكرامات والمعجزة خلينا نفصل في مسألة تخص الكرامات تتصل بالكرامات ثم نعود الى بحثنا. كل ما يثبت للمعصوم من اهل البيت عليهم السلام ليس من باب الكهرباء وانما من باب النوع عجزت. لماذا? لأن الملاك واحد. ما هو المقام الإلهي نور واحد الائمة ما عندهم كرامات. المعجزات معجزات نعم الكرامة هي امر الخالق للعداء لكن ليست مقرونة بالتحدي. آآ صاحب الكرامة لا التحدي لا يتحدى غيره وقصة مريم وقصة مريم مريم ممنوعة من الصرف للتأنيث وقصة مريم وغيرها تعطي جواز ظهوره يعني اه الكرامة كرامات او ظهورها على الصالحين. قيد الصالحين يعني ناس صالحون تظهر على يدهم كرامات تخرق العادة الا انها ليست مقرونة بالتحدي ولا يدعي انه متصل بالسماء وله رسالة وله وظيفة الهية نعم. هنا اتى بمصداق يعني انت اذا تريد تنفي هذه المسألة السلب الكلي نأتيك بالإيجاب الجزئي. هذا يكفيني انا نعم اذن هنا رد على من ينفي الكرامة بالايجاب السلبي الايجاب السلبي في في قانون في مربع التناقض تنتفي بماذا? بالموجب الجوزائية. مريم صدرت عنها كرامات قال اختلف الناس هنا فذهب جماعة من المعتزلة الى المنع من اظهار المعجز على الصالحين كرامة لهم ومن اظهاره على العكس على الكذابين اظهارا لكذبهم وجوزه ابو الحسين منهم ابو الحسين البصري من منظرين معتزلة معاصرا للسيد المرتضى وجماعة اخرى من المعتزلة والاشاعرة وهو الحق. وجوزه ابو ابو الحسين منهم وجماعة اخرى من المعتزلة والاشاعرة وهو الحق يعني تجوز واستدل المصنف رحمه الله بقصة مريم. فانها تدل على ظهور معجزات عليها وغيرها قصة اصف اخبار عن اخبار المتواترة المنقولة عن علي عليه السلام وغيره من الائمة هنا يرى ما يصدر على النعيمة كرامات وانا اقول معجزة نعم وحمل المانعون وحمل المانعون يعني من يقول بمنع الكرامة على الاولياء وحمل المانعون قصة مريم على الارهاص لعيسى عليه السلام وقصة اسف على انه معجز لسليمان عليه السلام وليس لاصل مع بلقيس كأنه يقول ان بعض اتباع يقدر على هذا معجزهم عنه. ولهذا اسلمت بعد الوقوف على معجزاته وقصة علي عليه السلام على اه تكملة معجزات النبي عليه السلام. يعني العالي لماذا تظهر عنه هذه الكرامات? عند من ينفي الكرامات? يقول هذا بتبع النبي باعتباره في سياق النبي تظهر عنه هذه الكرامات. لولا هذا السياق لا تظهر عنه كرامات. هذا من ينفي على الأمر نعم لكن المسألة شهودية شهودية العباس عليه السلام تظهر انه كرامات فكيف بالمعصوم  نعم. قال ويلزم خروجه عن الاعجاز ولا ولا التنفير ولا عدم التميز ولا ابطال دلالته ولا العمومية ان شاء الله يأتي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