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وصلنا الى هذه الفقرة قال ولا يلزم خروجه عن الاعجاز ولا التنذير ولا عدم التميز ولا ابطال دلالته ولا العمومية. هذه كلها محاولات من ينسي الكرامة يعني المعجزة التي ليست مقرونة بالتبليغ نعم لان المعجزة المقرونة بالتبليغ وايصال الامانة الالهية هذه هي النبوة نعم نعم يعني هذا يدعي النبوة ورسالة وظيفة الهية معه هذا هو الفرق بين المعجزة بدون ادعاء النبوة والرسالة او الوظيفة الإلهية التي تصير كرامة على المعجزات معجزة الانبياء هنا جاء مجموعة من الامور استند اليها بعض المعتزلة ولا يلزم خروجه من الاعجاز ولا واحد ولا التنفير اثنين ولا عدم التمييز لاثا ولا ابطال ابطال دلالته اربعة ولا العمومية بخمسة. اقول هذه وجوه استدل بها المانعون من المعتزلة. المانعون من الكرامة يعني المعجزة غير بدون ادعاء النبوة الاول قالوا لو جاز ظهور المعجزة على غير الانبياء. اكراما لهم هذا القياس الاستثنائي. نعم لا جاز ظهورها عليهم وان لم يعلم بها غيرهم لان الغرض هو سرورهم الابتهاج كرامة اذا جاز ذلك بلغت في الكثرة الى خروجها عن الاعجاز يعني وصلت الى قانون طبيعي مع التكرار والكثرة تنقلب قانون طبيعي ففقدت هويتها الاعجازية. انظر ولا يلزم خروجه عن الاعجاز يعني هذا الامر يعني الكرامة  نعم اعلام الحل يقول والجواب المنع من الملازمة وانت دائما في نقضيك في القياس الاستثنائي اما ان تبطل ثبوت المقدم واما هو يبطل التالي انت تبطل ابطال التالي واما تظرب في الملازمة هذه هي الاليات ما عندك الا هذا. ثلاثة ويثبت المقدم انت تأتي بالنفي نفي المقدم بناء على مبدأ التناقض هو يبطل التالي لان لا سبيل الى ابطال التالي الثبوت الثاني لا ينتج يبطل التالي انت تثبت التالي لاجتماع الناقدين تبطل الدعوة اولى ويثبت الملازمة وانت تبطل الملازمة وحتى هنا يدخل اجتماع النقيضين في الظل هذه الموارد الثلاثة  والجواب المنع من الملازمة ملازمة ما هي يقول لو جاز ظهور المعجزة على غير الانبياء كرام لهم يعني الكرامة لجاز ظهورها عليهم وان لم يعلم بها غيره لان الغرض هو سرورهم واذا جاز ذلك بلغت في الكثرة الى خجوها عن الاعجاز يعني تصير قانونا طبيعي وخلاف بخلاف كونها اه معجزة يعني هذه الكرامة التي هي خلق للقانون تنقلب خلاف هوي يأتيها ما هي قانونا طبيعيا والجواب المنع من الملازمة لان خروج خروجها عن حد الاعجاز وجه قبح نعم يعني الله تعالى يفعل الكرامة و يجعل لها لازما ينفي هويتها مثل النار مثلا النار في القوارير الطبيعية للتمثيل فقط تجربة فكرية النار طبيعتها تحرق ثم يعطيها لازما ينافي الاحراق هذا قبيح قبيح في الحكمة الالهية نعم يقول لان خروج الكرامة عن حد الاعجاز لكثرتها وتكررها نعم وجه قبح ونحن انما نجوز ظهور المعجزة اذا خلا عن جهات هذا الظهور خلا عن جهات القبح نعم لان الله تعالى لا يفعل القبيحة انجوز ظهورها ما لم تبلغ في الكثرة الى حد خروجي عن الاعجاز يعني الحقيقة النقاش في ماذا? النقاش في هوية الكرامة قوية الكرامة انه لا تؤدي الى نقيضها وتمسي قانون طبيعي خلاف كونها معجزة الثاني قالوا لو جاز ظهور المعجزة على غير النبي هادي هي الكرامة لازم التنفير من الانبياء مع يعني انت خصصت الانبياء بالمعجزة هذا هو التخصيص حتى الناس يتبعون النبي اذا انبسطت هذه المعجزة يغير الأنبياء اذا لماذا يتبع الناس الان? هذا هو التنفير اذ علة وجوب طاعة الانبياء ظهور المعجزة عليهم القاهرة انا لا اؤمن بهذا الامر يعني تعليل المعتزلة غير معقول يعني اذ علة وجوب طاعتهم ظهور المعجزة عليهم لا المعجزة فقط تثبت الصدق يعني صدق النبي وانه متصل بالوحي اما انه لماذا يتبعه? لان هذا المشروع الإلهي يعني هذه القيم العقدية والتشريع والاخلاقية تنسجم مع فطرة الانسان تمام الانسجام بل هي غذاء للفطرة نعم وتنسجم مع العقل نعم هذا هو والا نحن الان عندنا هذا القرآن الكريم لم نشاهد حتى النبي من هذا القرآن عرفنا انه صادق ثم جينا الى هذه القيم. نعم اذن المعجزة صحيح تدل تدل على ماذا? على صدق النبي واتصاله بالوحي لكن قيمة الاسلام ليس في المعجزة يعني ليس في القرآن بما هو معجزة يوقف يتحدى الغير لا بما ينطوي عليه من دعوة نعم نعم الدعوة رائعة نعم الدعوة بالتاء المعجزة الدعوة بالالف المقصورة  فاذا شاركهم في ذلك من لا تجب طاعته هان موقعه يعني يتميز بماذا هانا موقعه يعني موقع النبي ولهذا لو اكرم يأتي به تجربة فكرية يعني مثال ولهذا لو اكرم الرئيس بنوع ما كل احد هان موقع ذلك النوع لمن يستحق الإكرام نعم نعم هذه صحيح سيرة العقلاء ولكن ليس هكذا الامر في اه المعجزة المعجزة معجزة النبي انه يدعي النبوة وله وظيفة الهية. اما الكرامة لا لا يدعي شيئا ولا ليس له وظيفة امام الامة والجبود والجواب من منع انحطاط مرتبة الاعجاز كما لو ظهر على نبي اخر فانه لو لم يظهر الا على نبي واحد لكان موقعه اعظم فكما لا تلزم الاهانة مع ظهورها على جماعة من الانبياء كذا لا كذا لا تلزم الاهانة مع ظهورها على الصالحين خصوصا ان الصالحين لا يدعون النبوة ولا ليس لهم وظيفة اه الهية الثالث احتجاج ابي هاشم قال المعجزة او المعجز يدل بطريق الابانة والتخصيص يعني اه واضح جدا موقعه بين وعجلي ومختصة به لا يشاركه فيها احد وفسره قاضي القضاة  لان المعجز يدل على تميز النبي عن غيره اذا الامة مشاركون له في الانسانية نعم هذي احد الادلة على النبوة الخاصة ما تفظل بي هنا قاضي القضاة اذا الامة مشاركة له في الانسانية واس في لوازمها فلولا المعجز لما تميز عنهم فلو شاركه غيره فيه لم يحصل الامتياز لكن هذا خطأ اشتباه عدم فهم معنى المعجزة ومعنى معنى الكرامة. المعجزة في في دعوة لتبليغ في وظيفة وفي تحدي وعلى من حاله يجيب? والجواب ان امتياز النبي يحصل بالمعجز واقتران الدعوة النبوة وهذا شيء يختص بالنبي دون غيره من الصالحين ولا يلزم من مشاركة غيره له في المعجزة يعني في الكرامة مشاركته له في كل شيء يعني في الدعوة وفي التحدي نعم فهذه العبارة اذ الامة مشاركون له في الانسانية المفرق اذن الامة مشاركة له في الانسانية ولكن باعتبارها افرادها يقول مشارك له في الانسانية نعم من الادلة على النبوة الخاصة كيف تقول النبي ابو جهل انسان ابو لهب انسان ابو سفيان انسان وهكذا هكذا اذا</w:t>
      </w:r>
    </w:p>
    <w:p>
      <w:r>
        <w:t>لو صدرت المعجزة من النبي لإنسانيته لشركه غير ان الطبيعة الانسانية موجودة في غيره اذا لخصوصها فيه وهي النبوة والقاعدة ما هي ما تقتضيه الطبيعة تقتضيه في جميع الموارد نعم يعني ما ثبت للطبيعة يثبت لجميع الافراد وهذه الخاصية هذه المعجزة لم تثبت للافراد. اذا ليست خاصية الطبيعة خاصية اخرى غيبية نعم الرابع لو جاز اظهار المعجزة على غير النبي يعني الكرامة لبطلت دلالته على صدق المدعي النبوة والتالي باطل في المقدم مثله. بيان الملازمة ان ثبوت المعجز في غير سورة النبوة يعني الكرامة. ينفي اختصاصه بها. ولهذا اه اه قال في ولا ابطال دلالاته نعم وحينئذ لا يظهر الفرق بين مدعي النبوة وغيرها في المعجز وبطلت دلالته اذ لا دلالة للعام على الخاص والجواب المنع من ملازمة قلنا ان النبوة لخاصية ملأ الدعوة والتحدي نعم والجواب المنع من ملازمة. لان المعجز مع الدعوة مختص بالنبي فاذا ظهرت المعجزة على شخص فاما ان يدعي النبوة او لا ادعى النبوة فهو نبي لم يدعي فهو صالح كرامة فان ادعاها يعني ادعى النبوة علمنا صدقه اذ اظهار المعجزة على يد الكذب قبيح عقلا طبعا قبيح عقل ننظر يعني خلاف العدل وان لم يدعي النبوة لم يحكم بنبوته. نقول هذا عبد صالح والحاصل ان المعجزة لا تدل على النبوة ابتداء بل تدل على صدق الدعوة نعم فان تضمنت الدواء الدعوة النبوة دلت المعجزة على تصديق المدعي في دعواه ويستلزم ذلك ثبوت النبوة. الصدق يدلنا على ثبوت النبوة الخامس قالوا لو جاز اظهارا معجز على صادق ليس بنبي لا جاز اظهاره على كل صادق ولا العمومية قال في المثل ولا العمومية ولا يلزم العمومية فجاز اظهار المعجزة على المخبر بالجوع والشبع والشبع وغيرها. والجواب ولا يلزم العموم ايلا يلزم اظهار المورزة على كل صادق اذ نحن انما جوزناه نجوز اظهاره على مدعي النبوة او الصالح اكراما له وتعظيما له يعني هذه الملاكات اه محدودة وليست بلاكات عامة كالطبيعة الانسانية. الطبيعة الانسانية عامة نعم  وذلك لا يحصل لكل مخبر بصدق. لا من القلب وفيه خصوصيات نحن لا نعلم بها خصوصيات نحن خصوصيات يعلم بها الله تعالى. اذا هذا الكلام لا معنى له جواب العلامة كله صحيح وهذا كله في كتب السيد المرتضى والشيخ المفيد رحمة الله عليه قال ومعجزاته عليه السلام قبل النبوة تعطي الارهاص هادي تسمى الارهاصات اصوات النبوة ارهاصات النبوغ نعم تخيل انت السيد بقر الصدر قبل العشرين وممكن قبل حتى تمنتاشر سنة يشكل على شخصية كالسيد الخوئي رحمة الله عليه اشكالات لا تخطر على البال على كبار المجتهدين فهذا ارهاص على ماذا? على اه نبوغه وعلى عبقريته وعلى اجتهاده. نعم ومعجزاته عليه السلام قبل النبوة تعطي الارهاص. نعم اقول اختلف الناس هنا فالذين منعوا الكرامات منعوا من اظهار المعجزة على سبيل الارهاص الا جماعة منهم وجوزوه الباقون واستدل المصنف رحمه الله على تجويزه بوقوع معجزات الرسول صلى الله عليه صلى الله عليه واله قبل النبوة  دليل العاقل امكان ذلك فقط لكن الامكان لا يدل على الوقوع. لكن الوقوع يدل على الامكان يدل على الامكان وعلى الوقوع بالشهود. اذا هذه الارهاصات لا دليل عليها الا الشهود لنرى ما وقع للنبي قبل بعثته الشريفة نعم كما نقل من انشقاق ايران كسرى انا زرت في المدائن هذا القصر والى الان ما زال هذا الانشقاق نعم توفقت زيارته لا ادري مرة او مرتين نسيت اه كان عندنا مؤتمر في بغداد عن سلمان الفارسي اه رضي الله عنه زرنا هذا ان اه ايوان كسرى وغور ما بحيرة سوا ليست بعيدة عن قوم وانتفاء ناري فارس وقصة اصحاب الفيل والغمام الذي كان يظل عن الشمس وهو في سفر وتسليم الاحجار عليه وغير ذلك مما ثبت له عليه السلام قبل النبوة طبعا هذه تثبت بالتواتر. على الاقل التواتر المعنوي قال وقصة مسيلمة وفرعون ابراهيم تعطي جواز اظهار المعجزة على عكس نعم واقول اختلف الناس هنا فالذين مانعوا الكرامات منعوا من اظهار المعجزة على يد الكذابين على العكس من دعواهم اظهار لكذبهم واستدل المصنف رحمه الله بالوقوع على الجواز يعني اذا وقعت قلت لكم الوقوع يدل على الامكان والامكان يدل على الجواز كما نقل عن مسيلمة الكذاب لما ادعى النبوة فقيل له ان رسول الله صلى الله عليه واله دعا لاعور فرد الله عينه الذاهبة. يعني عين هذا الاعور الذاهبة فدعا لاعور ذهبت عينه الصحيحة نعم اعجاز خلاف ما يدعيه. ولهذا قال وقصة مسيلمة وفرعون ابراهيم تعطي جواز اظهار المعجزة على العكس اذا هذا ليس كرامة لمسيلمة وانما لحكمة وهي ابطال وهي ابطال ما يدعيه. نعم وكما نقل عن ان ابراهيم عليه السلام لما جعل الله تعالى جعل الله تعالى عليه النار بردا وسلاما قال نمرود عن ذلك ولهوذا سماه فرعون ابراهيم مفروض يكون الطاغوت طاغوت ابراهيم فلا عين كلمة تطلق على المصريين لا بأس يعني القرائن تدل على الطاغوت نعم كما نقل ان ابراهيم عليه السلام لما جعل الله تعالى عليه النار بردا وسلاما قال نمرود عند ذلك ان مسارت كذلك يعني النار صارت باردة وسالمة هبة مني يعني انا سويتها فجاءته نار في تلك الحال فاحرقت اه لحيته وانت يعني ما الدافع حتى على نفسك انت تبطل هذي تحقق هذه المعجزة الخالقة لا يقال يكشف التكذيب ترك المعجز عقيبة اه عقيبة دعواهم فيبقى اظهار المعجزة على العكس خرقا للعادة من غير فائدة فيكون عبثا لان نقول قد يتضمن المصلحة اه قد يتضمن المصلحة اظهاره على العكس اظهارا لتكذيبه في الحال بحيث يزول الشك لتجهيز ان يقول تأخير المعجز عقيد الدعوة قد يكون لمصلحة ثم يوجد بعد وقت اخر فلا يحصل الجسم التام بالتكذيب نعم مسألة فرعية ما عندها قيمة لماذا انت تؤخر المعجزة المعجزة هي مقرونة بماذا? بتصديق صاحب المعجزة اذا تأخيرها ليس فيه مصلحة المسألة السادسة في في وجوب البعثة في كل وقت نعم ان هذه المسألة دائما تخطر ببالي اذا كانت المعجزة اذا كانت البعثة واجبة في كل وقت لا تخلو الانسانية من نبوة بالنبوة لكن نحن نرى في تاريخ الحضارات والمدنيات اه ان النبوة كانت في نسل الناس لنوح وابراهيم وامم اخرى ما عندنا قاطعوا يقين ان النبوة كانت هناك نعم لكن عدم الوجدان لا يدل على عدم الوجود. هذا كلام في هذه المسألة ان النبوة لا تنقطع حتى لا تقام الحجة على الله قال ودليل الوجوب يعطي العمومية لان النبوة عامة وملاكها هو هداية الناس  تكون عامة ليست في وقت دون وقت اقول اختلف الناس هنا فقال جماعة من المعتزلين المعتزلة ان البعث لا تجب في كل وقت بل في حال دون حال وهو اما اذا كانت المصلحة في البعث هي البعض في حد ذاتها مصلحة</w:t>
      </w:r>
    </w:p>
    <w:p>
      <w:r>
        <w:t>البعثة في حد ذاتها لطف يعني في مصلحة وقال علماء الامامية اه الحمد لله سمعنا علماء الامامية فيما مر دخلوا في المحق. الان ظهروا مفروض من بداية الكتاب الى نهايته يعني على الأقل الهيات بالمعنى الأخص يأتي فقط بالامامية نعم وقال علماء الامامية انه تجب تجب البعثة في كل وقت بحيث لا يجوز خلو زمان من شيء من شرع النبي هذا مبنى الامامية وقال في الاشاعرة لا تجب البعث في كل وقت لانهم ينكرون الحسنى والقبح العقليين على مبناهم نعم وقد مضى البحث معهم. ولهذا تجد علماء الخلاف بين قوسين الأشاعرة ما عندهم باب العدل ما عندهم في العقائد باب العبد. هذا لا يعني انهم يؤمنون بان الله تعالى ظالمون لا ما عندهم باب العدل باب العدل يسوي مشاكل كبيرة في نسقهم العقدي. كثير من الأمور تنهار كتير من امور تنهار اذا حتى يؤمنون هذه الامور. هذه الامور تتصل ببعض النبوة كلها تنهار فالنظام ينهار النظام العقدي النظام السياسي ينهار فخلي نعالج المسألة بالارادة الالهية اه الارادة الالهية الله اراد اه معاوية حاكما معاوية حاكم انتهى الامر ما تناقشني لان ما في حسن وقبح يعني الله تعالى لا يتقيد بالحكمة وارادته تكفي نعم واستدل المصنف يعني المحقق الطوسي رحمه الله على وجوب البعثة في كل وقت بان دليل الوجوب يعطي العمومية. نعم لماذا تجب البعث لمصلحة الهداية؟ والانسان موجود والمقتضي موجود مقتضى الهداية آآ وجوب البعثة يكون مسانخا ومزامنا مع هذه الفطرة الانسانية العامة نعم لا تبديل لخلق الله نعم اي اي دليل دليل وجوب البعثة يعطي عمومية الوجوب في كل وقت لان في بعثته زجرا عن القبائح وحثا على الطاعة يعني الهداية فتكون لطفا هادي بيناها فيما مضى ولان فيه تنبيه الغافل وازالة الاختلاف ودفع الهرج والمرج وكل ذلك من المصالح الواجبة التي المصالح الواجبة يعني العدل العدل الالهي التي لا تتم الا بالبعثة فتكون واجبة في كل وقت. يعني منبسطة ليس في وقت دون وقت نعم هذا مقتضى العدالة الالهية هي مقتضى العدالة الإلهية اذا لاحظتم انتم من بداية الالهيات بمعنى الاخص الى يومنا هذا ان الالهية الطبيعية حاكمة على العقائد اذا الدين وحي وعقل وحي لوحده تتسلل الخرافات الى الاسلام افواج وافواج العقل لوحدي بدون وحي يأتي الجفاف الروحي وتأتي اليبسة الروحية المعنويات لا تكون. كما هو النظام الغربي وغير الغربي في غير العالم الاسلامي وحتى في العالم الاسلامي. نعم قال ولا تجبوا الشريعة مم بالشريعة لا تجب. اقول اختلف الشيخان هنا  رجعنا الى ابي هاشم الجبي وعلي الجبي لان العقيدة تدور مدار هذين الشيخين فقال ابو علي الجبائي تجوز بعثة النبي لتأكيد ما في العقول ولا يجب ان تكون له الشريعة نعم الشريعة ظاهرة مختصة بالرسل وللعزم. اما النبي في زاوية من الزوايا كشعيب ليس بالضرورة ان تكون له شريعة. وهل لهذا يقول لا تجب الشريعة لا تجب يعني ليست حتمية قد تكون. نعم قد تكون. ولكن لا تجب في كل نبي  نعم. وقال ابو هاشم واصحابه لا يجوز ان يبعث الله الا بشريعة او يبعث النبي الا بشريعة لان العقل اه كاف في العلم بالعقليات يعني بالكليات فالبعثة فالبعثة تكون عبثا نعم لا يجوز ان يبعث النبي الا بشريعة لان الدليل ما هو? لان العقل كاف في العلم بالعقليات فالبعثة تكون ليس البعثة تكون عبثا فيما استقل به العقل البعثة تكون عبثا لا لا تكونوا عبثا تكونوا ارشادا لاحكام العقل نعم فالشريعة تكون على حسب جماعة ابي هاشم واصحابه والجواب يجوز ان تكون البعثة قد اشتملت على نوع من المصلحة بان يكون العلم بنبوته ودعائه اياهم الى ما في المعقول مصلحة نعم لهم فلا تكونوا البعث عبثا ويجب عليهم النظر في معجزته سيحصل لهم مصلحة لا تحصل بدون البعثة نعم واحتج ابو علي بانه يجوز يجوز بعثة نبي بعد نبي شريعة واحدة وكذا تجوز بعثة نبيل مقتضى ما في العقول يجوز بعثة النبي بعد النبي بشريعة واحدة اظن المسيح لم يأت بشريعة جديدة هي نفس شريعة موسى بعض الأمور حرمها ليس كالنبي النبي شريعة خاتمة نعم شريعة خاتمة صححت كل الحج موسى ما كان في بمكة ولا ولا المسيح اجاء بامور جديدة فيما نعم المسألة السابعة في نبوة نبينا محمد صلى الله عليه واله ياتي ان شاء الله.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