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المسألة الاخيرة. المسألة السابعة في نبوة نبينا محمد صلى الله عليه واله يعني النبوة الخاصة اذا احرزنا النبوة الخاصة نحرز العصمة الخاصة والحجين بماذا? بالمعجزة يكفي المعجزة تدلنا على صدقه يعني انه صادق في اتصاله بالله فالاتصال بالله يعطيه النبوة ثم اذا احرزنا النبوة والعصمة لازم النبوة فهو معصوم وحجة يجب اتباعه قال وظهور معجزة القرآن وغيره. يعني من المعاجز مع اقتران دعوة نبينا محمد صلى الله عليه واله يدل على نبوتي والتحدي مع الامتناع يعني يتحدى العرب بفصاحة القرآن وبلاغة القرآن اه ما في من يقابله يعني امتنع المقابل وتوفر الدواعي يدل على الاعجاز والمنقول معناه متواترا من المعجزات يعضدوه نعم يعني ما وصلنا الينا من المعجزات بالتواتر يعضد هذا الأمر يعني انه متصل بالله. قال لما فرغ من البحث في النبوة مطلقا شرع في اثبات نبوة نبينا في اثبات نبوة نبينا ما في اثبات المعاينة معاينة. كيف من عاش مع النبي يعاين المعجزة بالشهود ونحن تنقل الينا بالتواتر انتهى الامر او تعاين المعجزة القرآنية تعاينه اي نعم فاثبات هنا بمعنى ليس بالمعنى المنطقي في اثبات نبوة نبينا محمد صلى الله عليه واله والدليل عليه تصورون انتم الى الآن يعتقدون ان الامامية لا تؤمن بالنبوة. اصلا ما عندهم ايمان بالنبوة نعم شيء عجيب لان في التاريخ ظهرت فرق شيعية مخربطة تعبانة في مقابل الامامية فالمقيال السني العام الى الان لم يوفق لمعرفة الامام الامامية ويفرز عن غيرها نعم الالمع فيهم نعم لما قطبا شيخ كاشف الغطاء ظاهرهم في مصر القاهرة في المعنى الحرفي الحرفي للجملة اه الجملة الانشائية اذا اتذكر جيدا طه حسين كان جالسا وهو اديب كبير وازهري فلما اكمل الشيخ اه هذه الكلمة  طه حسين قال له علمتني علمني النجف ولا زال يعلمني الالمعي الكبار نعم كالشاعر شوقي كان حافظا لكل قصائد الشيعة الكبار من من مدرستنا اناس عباقرة ناس متحررون. اما الاغلب لا الازهر لا يعرف عن الامامية شيئا اقول نعم ايوا والدليل عليه انه ظهرت المعجزة على يده الشريفة وادعى النبوة يعني في دعوة فيكون صادقا. يعني اولا هو ادعى النبوة دليل الصدق دعوةهما والمعجزة الخارقة اما ظهور المعجزة على يد يده فلوجه الأول ان القرآن معجز. نعم للقرآن معجزون يعني معجزة قولية كما يقول اه يقول لعلم حسن زاد امله يقول لا يخفى عليك ان معجزات السفراء الالهية يعني الأنبياء على قسم قولي وفعلي. والقول اقوى لحجتين على حجيتهم. وقد استوفينا البحث عن ذلك في رسالتنا نهج الولاية صفحة مية وخمسة وتسعين ايوا متين والى ميتين واثنين الطبعة الاولى من حداش رسالة فارسية فإن شئت فراجعوا. نعم ان القرآن معجز وقد ظهر على يده الشريفة. اما اعجاز القرآن فانه تحدى به فصحاء العرب. لقوله تعالى فاتوا بسورة من مثله فاتوا بعشر سور فاتوا بعشر سور مثله مفتريات. نعم تفضلوا هاو الان او القرى ما ممكن نعم قابلوه بما عندكم قل لئن اجتمعت الانس والجن على ان يأتوا بمثل هذا القرآن لا يأتون بمثله ولو كان بعضه لبعض ظاهرا حتى لو اجتمعوا الكل لا يقدرون احد الطلاب اشكل علي اشكال اشكالا في هذا الامر قال اه نحن لم نستقرأ كل البشرية لا زالت البشرية تتطور في عقلها وممكن تصل الى درجة من النضج الكبير فتنشئ احسن من القرآن الكريم ونحن ركزنا على مجموعة فقط في زمن النبي والى الان ولكن الانسانية اه تتطور مع اشكالهم اشكال حقيقة اشكال مهم جدا حتى ندفع على الاشكال ماذا نقول؟ نقول ان طبيعة القرآن في طبيعته فوق الزمان والمكان. يعني الطبيعة لا علاقة لها بزمن النبي او بغير زمن اخر طبيعة لا يمكن الاتيان بمثلها هكذا صرت طبيعة القرآن معجزة ما عندها علاقة بالزمن ما عندها علاقة بالاستقرار نعم والتحدي مع امتناعهم عن الاتيان بمثله مع توفر الدواعي عليه اظهارا لفضله وابطالا لدعواه وسلامة من القتل يدل على عجزه وعدم قدرتهم على المعارضة اما ظهوره على يده فبالتواتر. قد تقول اه بالنسبة الى زمن النبي نعم لكن بالنسبة لنا كيف نحن لم نكن مع النبي يقول بالتواتر تواتر المعنوي والتواتر غير المعنوي اللفظي قرآن كما هو نعم خلينا نخرج حاشية ونرجع مادام نحن في القرآن الكريم انا وصلت الى مسألة لا ادري صحيحة انا اراها صحيحة مئة بالمئة يعني عندي قطع اصولي على صحتها واحد الاصدقاء من بنجلاديش لما سمع هذا هذه المسألة هذا الطرح قال من خمس سنوات وانا ذهني مشوش من هذه المسألة والان اه تبين لي الامر ما هو تحريف القرآن هنا نتناول مسألة بغض الطرف عن المدارس والمذاهب سني قال بالتحريف شيعي مخربط يقول بالتحريف انا لا يهمني لا يهمني من يقول يهمني القول في حد ذاته تقول القرآن محرف من يقول قرآن موظوع محرف محمول يعني اذا انت ركزت على الموضوع ينفي المحمول واذا ركزت على المحمول ينفي الموضوع يعني قضية في حد ذاتها مفارقة كبيرة جدا اذا انت قلت القرآن فلا معنى للتحريف واذا قلت التحريف فلا معنى للقرآن كيف يقول القرآن محرف. من من? من قال ان هذا قرآن اذا انت قلت قرآن محرف لماذا تشكل الموضوع القرآن محرفون انت تقول محرف كيف احرصت انه قرآن كيف احرص انه قرآن قد يقول قائلون هذا موجود في التوراة والانجيل واثبتنا اه انه حرفا نقول هذا بالقرآن الكريم يعني بنموت النبي بنبوت النبي فمن يقول القرآن محرف اذا احرز القرآنية لا يمكن ان يقول انه محرف اذا احرزت التحريف يعني المحمول من اين له ان يقول القرآن قضية مفارقة بينتها انا هذا البنغلاداشي احد فضلاء الحوزة يقوم تعجب من هذا الكلام قال خمس سنوات وانا افكر في هذه النقطة ولكن ما قدرت تنسيقها ولا ابلورها كما بلورتها انت دقق جيدا في هذه النقطة وتناقشوها انتو اذا احرصت ان هذا الموضوع هو القرآن فلا معنى للتحريف لان القرآن بيدك اذا قلت انه محرف كيف حرصت انه قرآن لا تقول هذا قرآن كتاب غير القرآن. فلا يمكن ان يحرف القرآن ابدا. فهذه العبارة مفارقة يعني اجتماع الناقضين في جانب الموضوع وفي جانب المحمول القرآن. يعني انت حزت القرآن فلا يكون محرفا ابدا نعم يعني تقول القرآن محرف يعني قرآن وليس بقرآن اذا قلت محرف لا تقل هذا قرآن لان اذا قلت محرف فانت القرآن لم يصل اليك نعم يعني اذا قلت محرف وهذا القرآن حمده على القرآن يعني محرف وليس بمحرف اجتماعا نقيدا</w:t>
      </w:r>
    </w:p>
    <w:p>
      <w:r>
        <w:t>دليل عقلي عميق على عدم تحريف القرآن الكريم. انا هكذا ارى وانتم تأملوا فيه جيدا نعم  تاني انه نقل عنه عليه السلام معجزات كثيرة كنبوع الماء من بين اصابيع عليه السلام حتى اكتفى الخلق الكثير من الماء القليل بعد رجوعه من آآ غزوة تبوك وكعود ماء بئر الحديبية لما استقاء اصحابه بالكلية تنشف البئر تنشف البير الماء ربما المشارقة ما عندهم هذه الكلمة جافة تنشف المغاربة يقولون نحن في قبيلتنا نقول نشف البير يعني جف يعني انتهى ماؤه وتنشف البئر نعم فدفع سهمه عليه السلام الى البراء بن عازب احد الصحابة فامره بالنزول وغرزه في البئر فغرزه فكثر الماء في الحال حتى خيف على البراءة البراء بن عازم من الغرق نعم كثير من الامور كثير من الامور صدرت علنا آآ النبي يعني هذا الوجود المقدس الذي له هذه حيثية الالهية يشتبه في تعبير النخل نعم. ويجامع زوجته في الحيض. وو ومن الخزعبلات التي نقلت عن امرأة وعن ابي هريرة نعم امير المؤمنين يقول اثنان يكذبان يكذبان على النبي ابو هريرة وامرأة نعم ونوقر عنه عليه السلام في بئر قوم شكوا اليه اه ذهاب مائها في الصيف فتفل انظر تفل تلك البركة الالهية بكل شؤوناته بكل شؤون شؤوناته نعم حتى شؤون تهو الطبيعية فيها بركة وقدسية. فتفل في البئر نعم حتى انفجر الماء الزلال منها من البئر. فبلغ اهل اليمامة ذلك فسألوا مسيلمة لما قل ماء بئرهم ذلك فتفل في فذهب الماء اجمع. هذه هي اه معجزة تخالف هذا المدعي الكذاب ولما نزل قوله تعالى وانظر عشيرتك الاقربين. معروف احاديث الدار هناك اثبت اه امامة امير المؤمنين عليه السلام خلافته نعم قال لعلي السلام شقف فاخذ الشاة وجئني بعس من لبن لبن لبن وادعو لي من بني ابيك يعني بني هاشم ففعل عليه السلام ذلك ودعاهم وكانوا اربعين رجلا وتعرف انت الهاشميون واحد فقط شات لا تكفيه شتلة تكفي فاكلوا حتى شبعوا ما يرى فيه الا اثر الا اثر اصابعهم وشربوا من العرس حتى اكتفوا واللبن على حاله لا اله الا الله فلما اراد ان يدعوهم الى الاسلام قال ابو لهب كاد ان يسحركم محمد. انظر هذه السحرة الالية الوحيدة اللي لمن يقف في مقابل اه الدعوة الالهية الان من لا يقول للسحر لانهم هم لا يؤمنون بالسحر يقولون الخزعبلات اساطير نعم خزعبلات وغيبيات وميتافيزيقيات نعم ما عندهم الا هذا الدليل. نعم اما خزعبلات واساطير او ميتافيزيقيات اكل عليه الدهر وشرب نعم كاد ان يسحركم محمد فقاموا قبل ان يدعوهم الى الله فقال لي علي عليه السلام افعل مثلما فعلت ففعل في اليوم الثاني كالاول فلما اراد ان يدعوهم عاد ابو لهب الى كلامه فقال لي علي عليه السلام افعل مثل ما فعلت ففعل مثله في اليوم الثالث فبايع علي عليه السلام على الخلافة بعده ومتابعة  على حديث الدار. هناك ثبتت خلافة امير المؤمنين عليه السلام بالقطع نعم وذبح له جابر بن عبدالله عناقا يوم الخندق وخبز له صاع شعير ثم دعاه عليه السلام فقال انا واصحابي? فقال نعم ثم جاء الى امرأته واخبرها بذلك فقالت له انت قلت ام امضي واصحابك فقال لا بل هو لما قال انه اصحابي قلت نعم وقالت هو اعظم بما قال يعني لا تخف ان ان بمخطط خطاطة الهية لذلك. يعني المرأة المرأة تفهم تعي فلما جاء عليه السلام قال ما عندكم? قال جابر ما عندنا الا عناق في التنور وصاع من شعير خبزناه فقال له عليه السلام اقعد اصحابي عشرة عشرة يعني كثير عشرة عشرة يعني كل الاصحاب ففعل فاكلوا كلهم معجزة مثل هادي نعم وسبح الحصى في يده عليه السلام وشهد الذئب له بالرسالة فان وهبان بن اوس نعم  وهبان يعني كعثمان يقول الشيخ حسن زاده امولي صحابي بالخصائص الكبرى للسيوطي وهبان بن اوس. نعم فان اهبان بن اوس كان يرعى غنما فله فجاء ذئب فاخذ شاة منها تسعى نحوه فقال له ذئب اتعجب من اخذ شاة هذا محمد يدعو الى الحق فلا تجيبونه فجاء الى النبي واسلم وكان يدعي مكلم بالذئب سبحان الله. اه جيد خلينا اه نحلل هذه المسألة لنعقد الآن الليبرالي والعلماني في العراق يشكل عليك وما اكثر من الليبيرانيين اه العلمانيين ونخشى ان يعني يخرج من وسطنا من المعممين يكونوا علمانيين ويكونوا ليبراليين وليس ببعيد نعم يقول الذئب يتكلم اذن خلينا اقارب هذه المسألة في دائرة الهداية الالهية يعني في دائرة الهداية الالهية. وهذه تشمل النبي صلى الله عليه واله معصومين في دائرة الهداية الالهية الله تعالى يرقي الحيوان الى درجة الادراك تنتهي هذه المسألة التي لها مساس بالهداية الحيوان يرجع الى طبعه لا يدرك ولا يحزن ولا يتكلم هذه افهموها جيدا. اذا هذه معجزة في سياق الهداية لا يفعل الله تعالى الا في سياق الهداية. يعني في مصلحة هدايتية عليا جدا وهذا لا يعني ان الذيب يتكلم لا لا لا ابدا هناك خرق للعادة صعده الى مستوى الادراك تكلم وتفل في عين علي عليه السلام لما رمدت فلم ترمد بعد ذلك ابدا ودعا له بان يصرف الله تعالى عنه الحر والبرد فكان لباسه في الصيف والشتاء واحدا وانشق له القمر يعني للنبي ودعا الشجرة فاجابته وجائته نعم تخض الارض من غير جاذب ولا دافع ثم رجعت الى مكانها وكان يخطب عند الجذع فاتخذ له منبرا فانتقل اليه فحن الجذع اليه حنينا الناقة الى ولدها. فالتزمه فسكن كثير من المعجزات التي وصلت الينا بالتواتر او بالشهرة واخبر بالغيوب في مواضع كثيرة كما اخبر بقتل الحسين عليه السلام وموضع اه الفتك يعني كربلاء فقتل في ذلك الموضة واخبر بقتل ثابت بن قيس بن الشماس وقتل بعله عليه السلام. واخبر اصحابه بفتح مصر واوصاهم بالقبض خيرا فان لهم ذمة ورحما يعني ماريا القبطية واخبرهم بدعاء مسيلمة النبوة باليمامة وادعاء العنس النبوة بصنعاء وانهما سيقتلان فقتل فيروز الديلمي العنسي قرب وفاة النبي عليه السلام وقتل خالد بن الوليد مسيلمة واخبر علي علي عليه السلام بخبر ذي الثدية يعني زعيم المنافقين وسيأتي ودعا لا عتبة ابن ابي لهب لما تلا عليه السلام والنجم فقال عتبة كفرت برب النجم بتسليط اه كلب الله عليه سبع كلب يعني سبع فخرج عتبة الى الشام فخرج الاسد فارتعدت فرائسه فقال له اصحابه من اي شيء ترتعد? فقال ان محمدا دعا علي فوالله ما اظلت السماع الذي نهجه اصدق من محمد فاحاط القوم بانفسهم ومتاعيم عليه فجاء الاسد فلاح سار رؤوسهم واحدا واحدا. حتى انتهى اليه فغم ظغمه ظغمة ففزع منه ومات نعم انظر سبحان الله ويؤمن بان النبي صادق مصدق ولا لكن زجت الاموية دمرت بصيرته فصار اعمى البصيرة. مع الاسف الشديد اذا البيئة الثقافية تؤثر في تدين الانسان</w:t>
      </w:r>
    </w:p>
    <w:p>
      <w:r>
        <w:t>تؤثر في تدين الانسان نعم واخبر بموت النجاشي وصلى عليه صلاة الغائب وآآ بقتل زيد بن حارثة بموته فاخبر عليه السلام بقتله في المدينة وان جعفر اخذ الراية ثم قال اه قتل جعفر ثم توقف وقفة ثم قال واخذ الراية عبدالله بن رواح ثم قال وقتل عبد الله بن واحة وقال عليه السلام الى وقام عليه السلام الى بيت جعفر واستخرج ولده ودمعت عيناه ونعى جعفران الى اهله ثم ظهر الامر كما اخبر عليه السلام لما عادوا من من المعركة ليست غزوة لان النبي لم يكن فيها معركة وقال لعمار تقتلك الفئة الباغية. يعني في حرب صفين فقتله اصحاب معاوية والاشتهار هذا الخبر لم يتمكن معاوية من دفعه واحتال على العوام فقال قتله من جاء به فعارضه ابن عباس وقال لم يقتل الكفار اذا حمزة وانما قتله رسول الله هنا هذا علامن نحلي نسبه الى اه عبد الله بن عباس ولكن انا الذي اعرفه اه هو لامير المؤمنين عليه السلام لعلي انا مشتبه نعم الذي علمه ان علي عليه السلام دفع هذه آآ المكيدة وهذا المكر انه قال اذا الرسول هو الذي قتل حمزة لانه هو الذي جره الى اه الى اه احد نعم فعارظه ابن عباس وقال لم يقتلوا الكفار اذا حمزة وانما قتله رسول الله لانه هو الذي جاء به اليهم في غزوة احد حتى قتلوه وقال لي علي عليه السلام ستقاتل بعض الناكثين نعم اه الناكثين اه اه والقاسطين والمارقين. المارقين هم الخوارج  ناكثين البعثة يعني حرب الجمل والقاسطين حرب صفين فالناكثون يفسرها العلامة الحالي تنكث للبيعة طلحة والزبير لانهما بايعا ونكتا والقاسطون هم الظالمون وهو معاوية واصحابه لانهم ظلمة بغاة. الشافعي يقول ما علمنا بفقه البغاة الا معارك علي عليه السلام يعني فقه البغاة عند اهل السنة قام بمعارك الامير سلام الله عليه فهم يعرفون يعني السنة بالاجماع انهم يقولون ان علي هو الحق في المعارك الثلاث بالاجماع اذا تعلموا فقه البغاة مع امير المؤمنين عليه السلام والمالقون هم الخارجون عن الملة وهم الخوارج. وهذه المعجزات بعض ما نقل واقتصرنا على هذا القدر لكثرتها وبلوغ الغرض بهذه. يعني يكفي انه صادق في دعوة. وقد اوردنا معجزات اخرى منقولة في كتاب نهاية المرام للعلام الحلي رحمة الله عليه قال واعجاز القرآن قيل لفصاحته وقيل لاسلوبه وفصاحته وقيل للصرف والكل محتمل السيد مرتضى عنده كتاب في الصرفة مطبوع وانا عندي نسخة يأتي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