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سبحان الله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ملاك الاعجاز قال واعجاز القرآن قيل لفصاحته وقيل لاسلوبه وفصاحته يعني الجمع بين الاسلوبية والفصاحة وقيل للصرف كما تبناها السيد المرتضى وله كتاب مطبوع لنسخة منه بالصرف والكل محتمل المحقق التونسي لا يرجح هذا عن هذا يقول الكل محتمل. الصرف يعني لهم الاقتضاء ليأتوا بمثل القرآن لكن فيه مانع وهو الله تعالى منعه نعم اقول اختلف الناس هنا فقال الجب ايان ان سبب اعجاز القرآن فصاحته وقال الجويني امام الحرمين امام الاشاعرة في زمانه كان مقيما في نيشابور وجاور الحرم اربع سنوات لهذا سمي امام الحرمين عندو كلمة جميلة جدا في كتابه غياث الامم غياث الامم يعني نظرية الحكومة عند السنة كتاب نفيس من اراد ان يدرس نظرية الحكومة عند الاشعرية فعليه بهذا الكتاب مطبوع موجود على النت وصل الى مسألة شرط القرشية في الحاكم الحاكم الشرعي القائد الشرعي لان القراشية مشروطة يجب ان يكون الحاكم قرشين فيقول هذا الشرط آآ ليس لازما في الحاكم هنا يشير الى نكتة من ورائها الغاز واسرار يقول هذا خاص بالهاشميين يعني باهل البيت ماذا تفهم من هذه العبارة يقول الحكومة يعني معنى العبارة الحكومة الإلهية هي للهاشميين فالقراشية تكون متضمنة بالقهر وحتما خارج الهاشميين يعني الحكومة بالعرض وليست حكومة حقيقية فتصير المسألة سلبة بانتفاء الموضوع. قرشي لا معنى لها. لان الحكومة اصلا ليست دينية. حكومة توافقية هذا قاله الجويني في كتابه غياث الامم والكياس اه غياس الامم الكياس نسيت الكتاب المهم اكتب غياس الأمم يأتيك الكتاب بكامله يقول هو الفصاحة والاسلوب معا يعني الجمع بين الفصاحة والاسلوبيات وعلا بالاسلوب الفن والضرب وقال النظام من المعتزلة والمرتضى السيد المرتضى صاحب كتاب الصرفة موجود والصرف. بمعنى ان الله تعالى صرف العرب ومنعوه من المعارضة الى المقتضي موجود عند صاحب هذا الرأي منع هذا المقتضي ان يحقق مدى غايته نعم واحتج الاولون من قالوا الفصاحة بان المنقول عن العرب انهم كانوا يستعظمون فصاحته ولهذا اراد النابغة الاسلام يعني اراد ان يسلم لما سمع النبي وسمع القرآن الكريم يتلوه النبي عليه نعم لما سمع القرآن وعرف فصاحته فرده ابو جهل وقال له يحرم عليك الاطيبين فانظر البيئة كيف تؤثر في مصير الانسان. هذا الانسان مات مشركا لانه تأثر بابي جهل فالبيئة تصنع الرجال. تصنع الرجال يعني تصنع تصنع الرجال ليس الرجال بمعنى الفحولة لا. تصنع الناس فكان بامكانه ان يقف في مقابل اه اه ابي جهل ويسلم وينتقل الى النبي ويفوز بالخلود لكن البيئة تؤثر لان عوامل كثيرة اه تدخل في تكوينه شخصية الانسان نعم واخبر الله تعالى عنهما بذلك بقوله انه فكر وقدر فقتل كيف قدر ثم قتل كيف قدر ثم نظر الى اخر الاية ولان الصرف لو كان سببا في اعجازه. هنا المناقشة مع الصرف لو كان سببا في اعجازه لوجب ان يكون في غاية الركاكة. لماذا لان الصرف عن الركيك ابلغ في الاعجاز لا العلامة الحلي ما هذا الكلام نعم والتالي باطل بالظرورة. واحتج السيد المرتضى صاحب كتاب الصرفة موجود بان العرب كانوا قادرين على الالفاظ المفردة وعلى التركيب وانما منعوا من الاتيان بمثله تعجيزا لهم عما كانوا قادرين عليه وكل هذه الاقسام محتملة عند المحقق التونسي والعلامة من حلي لكن الانصاف ان الصرف اه يصعب قبولها نعم يصعب قبوله نعم قال والنسخ تابع للمصالح. يشير الى نسخ بعض الايات القرآنية فلسفة النسخ يشبه البدا في التكوين. البدء ما هو؟ البدى ان يأتي الله تعالى لاسباب موضوعية يرفع مفرده من مفردات التكوين ويضع مفردة اخرى يعني الانسان هذا يموت  اللوح المحو والاثبات يموت لكن في اللوح المحفوظ مشهور بماذا مشروط بعدم الصدقة على الفقير فاذا تصدق على الفقر الله تعالى ينسخ الموت ويضع بمكانها الحياة. هذا هو البدء. مع الاسف الشديد لا رائحة للبدء في هذا الكتاب مع انه من اروع مسائل العقيدة لولا البدالة معنى لي هذه الحياة. اذا رفعت يدك الى السماء تدعو الله تعالى لولا البدء هذا الدعاء يصير لغوا لا معنى له النسخ في الشريعة يشبه النسخ في التكوين يعني يشبه البدء كيف عندنا الشريعة مستمرة انتهت مصلحتها فالحكمة تقتضي ماذا? تقتضي ان تغير هذه الشريعة النسخ هو نهاية المصلحة نهاية المصلحة لشروط موضوعية ثم تأتي مصلحة اخرى يأتي تشريع جديد هذا هو النسخ اه اياك ان تفكر ان النسخ ان الله تعالى اشتبه تبين له ان المصلحة السابقة ليست مصلحة بالواقع ثم غيرنا ابدا هذا شرك فالنسخ في التشريع انتهاء المصلحة. يعني انتهاء امد المصلحة فتأتي مصلحة اخرى السر ما هو? الانسان التاريخاني. الانسان انسان سياقي الظروف الموضوعية تتغير نعم والنسخ تابع للمصالح? نعم المصالح المصالح الواقعية الذي يقول بالحسن والقبح الشرعيين كيف يفسر النسخ لا ادري الا بتفسير واحد هذه الارادة الاعتباطية الالهية يعني الله تعالى يشعر بالاعتباط وليس بالحكمة. اقول هذا اشارة الى الرد على اليهود حيث قاله قالوا بدوام شرع موسى عليه السلام يعني لا ينسخ فلا معنى للاسلام المحمدي قالوا لان النسخ باطلون. اذا المنسوخ ان كان مصلحة اه قبح النهي عنه وان كان مفسدة قبح الامر به. المصلحة نعم والله امر بها لكن هذه المصلحة لها امد تنتهي اليه. اين اه المشكل العقلي والشرعي هذا واذا بطل النسخ لزم القول بدواعي شرع موسى عليه السلام. فلا معنى لشرع عيسى ولشرع النبي محمد صلى الله عليه واله والجواب اننا نقول الاحكام منوطة بالمصالح بالمصالح للخير بفلسفة الاخلاق نقول الخير في الفلسفة والحكمة ونقول الكمال الاحكام منوطة بالمصالح والمصالح تتغير بتغير الاوقات وتختلف باختلاف المكلفين. نعم. الشروط الموضوعية الخارجية نعم فجاز ان يكون الحكم المعين مصلحة لقوم في زمان فيؤمر به نعم فيؤمر به ومفسدة لقوم في زمان اخر فينهى عنه. يعني مصلحته انتهى امدها. لا تصلح لظروف موضوعية اخرى هذا هو النصر نعم قال وقد وقع حيث حرم على حرم الله على نوح بعض ما احل لمن تقدمه واوجب الختان بعد تأخيره وحرم الجمع بين الاختين وغير ذلك من الاحكام يقولون يعقوب كان متزوج الاختين نعم فهذا الان في شرعنا ممنوع. اقول هذا تأكيد لابطال قول اليهود المانع من النص فانه بين اولا جواز جواز وقوعه يعني ان كان وقوعه وها هنا بين وقوعه في شرعه وذلك في مواضع منها انه جاء في التوراة ان الله تعالى قال لادم وحواء عليهما السلام قد ابحت لكما كل ما دب على وجه الارض فكانت له اه</w:t>
      </w:r>
    </w:p>
    <w:p>
      <w:r>
        <w:t>اه نفس حية وورد فيها انه قال لنوح عليه السلام خذ معك من الحيوان الحلال كذا ومن الحيوان الحرام كذا يعني لم يحله الجميع فحرم على نوح عليه السلام بعض ما اباحه لادم عليه السلام ومنها انه اباح نوح عليه السلام تأخير الختان الى وقت الكبر وحرمه على غيره من الانبياء واباح ابراهيم عليه السلام تأخير ختانه تأخير ختام ولده اسماعيل عليه السلام الى حال كبر وحرم على موسى عليه السلام تأخير الختان عن سبعة ايام ومنها انه اباح ادم عليه السلام الجمع بين الاختين وحرمه على موسى واحله علي يعقوب وهكذا يعني بعدما اثبت الامكان اثبت الوقوع تبطل ما يدعيه اليهود قال وخبرهم وخبرهم عن موسى عليه السلام بالتأييد اه مختلق ومع تسليمه لا يدل على المراد قطعا اقول ان جماعة اليهود جوزوا وقوع النسخ عقلا ومنعوا من النسخ نسخ شريعة موسى عليه السلام يعني العقل يجوز ولكن الوقوع لا خاصة في شريعة موسى عليه السلام وتمسكوا بما روي عن موسى عليه السلام انه قال تمسكوا بالسبت ابدا نعم والتأبيد يدل على الدوام ودوام الشرع بالسبت ينفي القول بنمو بنبوة محمد صلى الله عليه واله اولا هادي مصادرة على المطلوب. يعني اليهودي يستدل بنصوصه عليك. هذه مصادرة. من قال ان هذه التوراة اولا? وانك تدل تستدل بما عندك انت والجواب من وجوه. الاول ان هذا الحديث مختلق ونسب الى ابن الرواندي لا اله الا الله محمد رسول الله يعني الإسلام ابتلي بشخصيات تضع الاحاديس فصارت مشكلة عند السنة ومشكلة كبيرة كذلك عند الشيعة ابو هريرة كان يتكلم بلسان النبي يعني يقول هذا روى النبي وهو يأخذه من كعب الاحبار. والان كل هذه الروايات عن ابي هريرة منسوبة الى النبي  الكريم صلى الله عليه واله ومصيبة كبيرة جدا مصيبة كبيرة نعم قال ولو سلمنا نقله لكان اليهود اه اه لكان اليهود انقطع تواترهم نعم لأن العراقي استأصلهم وافناهم حتى لم يبق منهم من يوثق بنقله نعم هذا دليل تاريخي الثالث ان لفظة التأبيد لا لا تدل على الدوام قطعا فان قد وردت في التوراة لغير الدوام. هذا جواب نقضي على كلمة ابدا تمسكوا بالسبت ابدا. نعم كما في العبد انه يستخدم ست سنين ثم يعرض عليه العتق للسابعة. فان ابى العتق ثقبت اذنه واستخدم واستخدم ابدا وفي موظوع في موظوع اخر يستخدم خمسين سنة وامروا في البقرة التي كلفوا بذبحها ان يكون لهم ذلك سنة ابدا. ثم انقطع تعبدهم بها وفي التوراة قربوا الا هي قربوا الي كل يوم خروفين خروف غدوة وخروف عشية بين المغاربة قربانا دائما لاحقا بكم وانقطع تعبدهم به اذن الأبدية هنا لا تدل على الدوام السرمدي لا نعم واذا كان التأبيد في هذه الصور لا يدل على الدوام انتفت دلالته هنا قطعا اقسم في الباب انه يدل ظاهرا لكن ظواهر الالفاظ قد تطلق لوجود الادلة المعارضة لها هذي قاعدة من العلام الحلي عمل حتى تحتها خط نعم يدل لكن ظواهر الالفاظ قد تترك لوجود الادلة المعارضة له نعم الآن كثير يناقشوك في اساسيات عقدية تقول له من اين لك? يقول رواية يا الله! يعني رواية تؤسس لعقيدة خطيرة نعم يجب ان نلقح التراث نلقح التراث قال والسمع دل على عموم نبوته عليه السلام يعني بعد ما اشار الى النبوة العامة والعصمة العامة والنبوة الخاصة والعصمة الخاصة تكون قهرية لانه نبي ووصل الى ثم بين الاعجاز يعني صدق صدق اتصاله بالله تعالى يقول هذه الرسالة ليس للعرب بل هي عامة لجميع الخلق والسمع دل على عموم نبوته عليه السلام طبعا لماذا قال السمع يعني يجب ان ترجع الى الروايات او القرآن الكريم يعني النصوص الوحي يعني مطلقا يعني هنا دخلت الالهيات الوحيانية. الاهيات الطبيعية لا يمكن ان تفتي في هذه المسألة ما اقول ذهب قوم من النصارى الى ان محمدا صلى الله عليه واله مبعوث الى العرب خاصة والسمع يكذب قولهم هذا يكذبوا قولهم هذا فاصلة مفروض يعمل فاصل قال الله تعالى اه لانذركم يعني انتم العرب ومن بلغ. يعني من وصل اليه هذا البلاغ. وقال تعالى وما ارسلناك الى كافة للناس كافة للناس اه وصورة الجن تدل على بعثته على عليه السلام اليهم وقال عليه السلام بعثت الى الاسود والاحمر يعني لجميع الناس لا يقال كيف يصح ارساله الى من لم يفهم اه لم يفهم خطابه وقد قال تعالى وما ارسلنا من رسول الا بلسان قومه عجيب الان خصوصا الان في هذه آآ هذا الزمان تعلم اللغة صار سهلا. نعم. لان نقول لا استبعاد في ذلك بان يترجم خطابه لمن ان يترجم خطابه يعني اما مبنيا للفعل بان يترجم الانسان خطابه او يترجم خطابه لمن لا يفهم لغته مترجمون فاعلون ان يترجم. يعني بان يترجم خطابه لمن لم يفهم لغته مترجمون. مترجمون فعل بان يترجم وليس في الاية انه تعالى ما ارسل رسول الا الى الا الى من يفهم لسانه وانما اخبر بانه ما ارسله الا بلسان قومه نعم طبعا للسنوخية والتفاهم بلسان قومه. ولكن هذا لا يعني ان الامم الاخرى لا تعلم هذا اللسان ولا تتعلمه نعم وجوز قاضي القضاة في يأجوج ومأجوج احتمالين احدهما الا يكونوا مكلفين اصلا وان كانوا مفسدين في الارض كالبهائم المفسدة في الارض. والثاني ان يكونوا مكلفين. وقد بلغتهم دعوة دعوته عليه السلام بان يقربوا ان يقربوا من الامكنة التي يسمعون فيها اه كلام من هو وراء السد وجوز بعض الناس ان يكونوا في بعض البقاع من لا تبلغه دعوته فلا يكون مكلفا بشريعته. لا يكون مكلفا بشريعته اه ولا يكون مستضعفا يعني يكون لا اقول المستضعفة اقول قاصرا لم يصل اليه البيان مكلف يعني في مقام الثبوت مكلف بما قام من اثبات غير مكلف يعني لم يصل اليه البيان اما هو مكلف ثبوتا وعندي انا المراد بذلك ان كان عدم تكليفهم مطلقا سواء بلغتهم بعد ذلك الدعوة ام لا فهو باطل قطعا لما بينا من عموم نبوته عليه السلام وان كان المراد انهم غير مكلفين ما داموا غير عالمين فاذا بلغتهم الدعوة صاروا مكلفين فيها فهو حق اولا يأجوج ومأجوج هما قوم من الصين قبل المسيح عليه السلام نعم بعد النبي الان الرسالة وصلت الى الصين وصلت الى وصلت الى البرازيل وصلت الى امريكا ما هذا الهراء ونعم قال وهو افضل من الملائكة ما غادي حتى الشيعة بعض يتزعزعون فيها كيف يكون النبي افضل من الملائكة يا الله قاب قوسين او ادنى. انا اتعجب من بعض الشيعة يتزعزعون اذا قيل لهم ان الأئمة عليهم السلام افضل من الملائكة. نعم. اني جاعل في الأرض خليفة هذا الجعل يعني المجعول هو الانسان. ومطلق الانسان خليفة ثم نقول في خليفة من وصل الى خلافته واحد بالمئة</w:t>
      </w:r>
    </w:p>
    <w:p>
      <w:r>
        <w:t>بعض الكثير منهم بقي في الصفر الائمة عليهم السلام والاولياء والانبياء والائمة عليهم السلام وصلوا الى التمام واعلى مرتبة في هذا التمام هم النبي صلى الله عليه واله والائمة فهم خليفة الله اين الملائكة نعم قال وهو افضل من الملائكة وكذا غيره من الانبياء عليه السلام لوجود مضاد للقوة العقلية نعم وقهره على الانقياد عليها وهذا جدا كلام رائع يعني هذا الانسان عنده ما يضاده في القوة العقلية مع انه تغلب وصار الانسان الكامل خليفة الله هذه كرامة. اما الملائكة لا الله اعطاهم كل ما يحتاجون من نورانية وكمال ولهم وظيفة في الكون فقط هذا لا يعني انهم يدخلون في المقايسة مع الاولياء الله والانبياء. ابدا اقول اختلف الناس هنا فذهب اكثر المسلمين الى ان الانبياء عليهم السلام افضل من الملائكة عليهم السلام. يعني وبالتالي الائمة كذلك اخرون منهم وجماعة الجماعة الاوائل الى ان الملائكة افضل او جماعة من الاوائل يعني الفلاسفة. واستدل الاولون بوجوه ذكر المصنف رحمه الله منها وجها للاكتسابه وهو ان الانبياء قد وجد فيهم القوة الشهوية والغضبية وسائر القوة الجسمانية كالخيالية والوهمية وغيرها. هذه تضاد بالتكامل نعم تجعل الانسان يخرج الى الارض ما على الانبياء طوعوها. الاولياء طوعوها هذه قوة قوة ليس للملائكة ليس للملائكة نعم كالخيالية والاهمية وغيرهما واكثر احكام هذه القوة تضاد حكم القوة العقلية والقوة الالهية وتمانعها حتى ان اكثر الناس يلتجئوا الى قوة الشهوة والغضب والوهم ويترك مقتضى القوة العاقلة نعم اكثر الناس هكذا اكثر الناس ركنوا الى الدنيا نعم نعم والانبياء عليه السلام يقهرون قوة طباعهم ويفعلون بحسب مقتضى الوهم العقلية انا لا اؤمن بان الانبياء ينزلون الى القوة العقلية لا الانبياء عندهم قوة سرمدية او قوة قدسية اه ويعرضون يعرضون عن القوة الشهوانية وغيرها من القوة الجسمانية فتكون عبادتهم وافعالهم اشاق من عبادة الملائكة حيث خلوا عن هذه القوة يعني الملائكة خلوا عن هذه القوة الشهوانية واذا كانت عبادتهم اشق كانوا افضل لقوله عليه السلام افضل الاعمال احمزها وها هنا وجوه اخرى من الطرفين ذكرناها في كتاب نهاية المنام نعم بالقطع واليقين ان الائمة والانبياء والأولياء والأئمة افضل من الملائكة. افضل من ملكية خصوصا النبي الأكرم الخاتم واهل البيت عليهم السلام جبرائيل في المعراج وصل الى مرتبة وجودية توقف وقال للنبي انا اذا تقدمت احترق يعني محترق تماما يعني وجودي لا يتحمل تلك المرتبة الراقية. والنبي ترقى قاب قوسين او ادنى. هذا دليل على انه فاقت جبرائيل وجبرائيل هو امام الملائكة امام الملائكة نعم انتهى بحث النبوة وندخل في بحث الامامة من اروع البحوث. اشير فقط الى نقطة تاريخية وفي الحصة القادمة ان شاء الله نتناول المقصد الخامس في الامامة اه هذا الكتاب كتاب التجريد للمحقق الطوسي عليه شروح متعددة وحواشي نفيسة جدا وجميلة القش دي مثلا شرحه وهو كان متنا دراسيا في الحوزة في الماضي. وهو افضل بما فيه اخذ ورد بين اشعري وامامي الدواني كان من الاشعرية فكان يعلق على التجريد وشرح العلامة والشروح الاخرى وكان السيد السيد اه في شراز اه السند يرد عليه. السيد سند زعيم الامامية في شرس ومن كبار العلماء الآن نسله اه عائلة المدني من العراق وفيه في ايران نعم هذا الشرح الصحيفة السجادية اه يعني المدني خان من نسله الشريف فكان كانت اه كانت سجالات عقدية بين الديواني قوية جدا اما السيد سند او الدشتكي ظهر انه السيد سند وصلوا الى او وصل وصل الى بحث الامامة فالديواني استبصر اه سافر الى العراق فزار الأضرحة المقدسة وكتب كتاب الزوراء الزورة باسم بغداد كتاب فلسفي هناك اثبت ان المعلول وجود ضوابط بالنسبة الى علته تلقف هذا المطلب صدر المتألهين وبنى عليه اه بناء فلسفيا عميقا جدا فتغيرت اه تغيرت مجرى الفلسفة فاستبصر رحمة الله عليه الدواني في اخر حياته فصار اماميا ببركة هذا السجال عن هذا البحث في هذا البحث بحث الامامة بينه وبين السيد السند الامامي شكر على حسن الاصغاء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